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17 Aug 2026  11:59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เพื่อนยังใช้ปุ่มกลมๆ บนจออยู่ป่ะ? บอกเลยว่าโคตรเอ้าท์! มาดูวิธีใช้แบบโปรที่ซ่อนอยู่กันดีกว่า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ไอ้ปุ่มกลมๆ ที่เรียกว่า AssistiveTouch เนี่ย หลายคนนึกว่ามีไว้แค่ตอนปุ่ม Home พัง แต่จริงๆ มันคือปุ่มลัดขั้นเทพเลยนะ! เข้าไปที่ Settings &gt; Accessibility &gt; Touch &gt; AssistiveTouch แล้วตั้งค่า Custom Actions ได้เลย จะตั้งให้แตะทีเดียวเพื่อแคปจอ, แตะสองทีเพื่อล็อคเครื่อง, หรือกดค้างเพื่อเปิด TikTok ก็ทำได้หมด! โคตรสะดวก ไม่ต้องกดหลายปุ่มให้วุ่นวายอีกต่อไป ลองไปตั้งค่าตามสไตล์ตัวเองดูดิ!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อยากใช้ iPhone เก่งกว่าเพื่อน? กด follow ไว้เลย เดี๋ยวมีทริคเด็ดๆ มาสอนอีกเพียบ! 🔥</w:t>
      </w:r>
    </w:p>
    <w:p>
      <w:pPr>
        <w:spacing w:before="0" w:after="40"/>
      </w:pPr>
      <w:r>
        <w:rPr>
          <w:rFonts w:ascii="Arial" w:hAnsi="Arial"/>
          <w:b w:val="0"/>
          <w:i/>
          <w:color w:val="888888"/>
          <w:sz w:val="16"/>
        </w:rPr>
        <w:t>⏱ 40s  📰 อาตี๋รีวิว  #iphonetricks #ทริคไอโฟน #ios #ปุ่มลัดไอโฟน #Apple  💡 เปลี่ยนมุมมองของ AssistiveTouch จากฟีเจอร์สำหรับ 'เครื่องพัง</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อยากได้ iPhone 15 แต่ไม่อยากกินมาม่าสิ้นเดือน? รู้ยังว่าตอนนี้ราคาลงมาแบบช็อคมาก!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ใครที่เล็ง iPhone 15 ไว้อยู่ ฟังทางนี้ด่วนๆ! ตอนนี้มีรายงานจาก Droidsans ว่าราคาเครื่องใหม่มือหนึ่งในร้านออนไลน์บางร้าน เริ่มต้นแค่สองหมื่นนิดๆ เอง! ย้ำว่านี่คือเครื่องใหม่แกะกล่องนะ ไม่ใช่มือสอง! ได้เครื่องสเปคเทพ กล้องปังๆ ในราคาที่เก็บตังค์ซื้อไหวอะแก ใครกำลังจะอัปเกรดหรือซื้อใหม่ ลองไปส่องๆ ตามร้านออนไลน์ดังๆ ดูได้เลย ดีลแบบนี้ไม่ได้มีมาบ่อยๆ 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ไม่อยากพลาดดีล iPhone เด็ดๆ แบบนี้ กด follow ด่วนๆ เลย จะได้ไม่ตกข่าว! 🔥</w:t>
      </w:r>
    </w:p>
    <w:p>
      <w:pPr>
        <w:spacing w:before="0" w:after="40"/>
      </w:pPr>
      <w:r>
        <w:rPr>
          <w:rFonts w:ascii="Arial" w:hAnsi="Arial"/>
          <w:b w:val="0"/>
          <w:i/>
          <w:color w:val="888888"/>
          <w:sz w:val="16"/>
        </w:rPr>
        <w:t>⏱ 35s  📰 Droidsans  #iPhone15 #ราคาไอโฟน #โปรไอโฟน #นักเรียนนักศึกษา #ของมันต้องมี  💡 นำเสนอข่าวราคาในมุมของ 'student budget hack' โดยเน้นว่าเป็นโ</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รอซื้อ iPhone 17 หรือ 18 อยู่เหรอ? อาจจะต้องคิดใหม่นะ เพราะมีข่าวลือว่าราคาอาจจะพุ่งไปดาวอังคาร!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ใครเป็นสาย 'รอรุ่นใหม่ล่าสุดเท่านั้น' ต้องฟัง! มีข่าวลือหนาหูมากว่า iPhone รุ่นใหม่ๆ ในอนาคต อาจจะอัปเกรดใหญ่จนราคาพุ่งไปไกลกว่าเดิมอีก! ตามรายงานจาก Droidsans เค้าวิเคราะห์ว่า การซื้อ iPhone 15 ตอนนี้ หรือรอสอย iPhone 16 ที่กำลังจะมา อาจจะเป็นตัวเลือกที่ฉลาดสุดๆ เพราะอาจจะเป็นรุ่นสุดท้ายที่เราจะได้ราคานี้แล้วก็ได้นะ! แค่ข่าวลือนะ แต่ก็น่าคิด!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อยากรู้ข่าวลือ iPhone รุ่นใหม่ก่อนใคร? กด follow ไว้เลย จะได้ไม่ตกเทรนด์! 🔥</w:t>
      </w:r>
    </w:p>
    <w:p>
      <w:pPr>
        <w:spacing w:before="0" w:after="40"/>
      </w:pPr>
      <w:r>
        <w:rPr>
          <w:rFonts w:ascii="Arial" w:hAnsi="Arial"/>
          <w:b w:val="0"/>
          <w:i/>
          <w:color w:val="888888"/>
          <w:sz w:val="16"/>
        </w:rPr>
        <w:t>⏱ 45s  📰 Droidsans  #iPhone17 #iPhone18 #ข่าวไอที #ข่าวลือ #Apple  💡 นำเสนอข่าวลือในมุมสนุกๆ แบบ 'ทำนายอนาคต' สร้างความรู้สึก FOM</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หา iPhone เครื่องใหม่ งบ 20,000 ต้นๆ มีจริงเหรอ? นี่คือ iPhone รุ่นที่คุ้มที่สุดสำหรับคนทำงานในปีนี้ครับ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ตอนนี้ราคา iPhone 15 รุ่นเริ่มต้นจากร้านค้าออนไลน์บางแห่ง ปรับลงมาอยู่ที่ประมาณ 21,000 บาท คำถามคือราคานี้คุ้มค่าพอสำหรับใช้ทำงานจริงจังหรือเปล่า?</w:t>
        <w:br/>
        <w:br/>
        <w:t>ข้อดีคือ คุณจะได้ชิป A16 Bionic ที่ยังแรงเหลือเฟือสำหรับแอปทำงานทุกประเภท จัดการอีเมล สเปรดชีต หรือประชุมออนไลน์ได้สบายๆ กล้องหลัก 48MP ถ่ายรูปเอกสารหรือสแกน QR Code คมชัดแน่นอน และได้จอ Dynamic Island สำหรับดูแจ้งเตือนสำคัญๆ แบบไม่ต้องสลับแอป ที่สำคัญที่สุดคือได้อัปเดต iOS ไปอีกอย่างน้อย 4-5 ปี ใช้งานได้ยาวๆ</w:t>
        <w:br/>
        <w:br/>
        <w:t>ส่วนที่ต้องพิจารณาคือ คุณจะไม่ได้จอ ProMotion 120Hz ที่ลื่นไหลเท่ารุ่น Pro และไม่มีเลนส์ซูม Telephoto มาให้</w:t>
        <w:br/>
        <w:br/>
        <w:t>สรุปคือ ถ้างานของคุณเน้นใช้แอปทั่วไป ไม่ได้ต้องการฟีเจอร์กล้องระดับโปรสูงสุด นี่คือตัวเลือกที่ชาญฉลาดมาก ประหยัดเงินไปได้เป็นหมื่นแต่ยังได้ประสิทธิภาพที่เพียงพอไปอีกหลายปีครับ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ใครกำลังเล็ง iPhone 15 อยู่บ้างครับ? คอมเมนต์บอกหน่อยว่าใช้ทำงานด้านไหนเป็นหลัก</w:t>
      </w:r>
    </w:p>
    <w:p>
      <w:pPr>
        <w:spacing w:before="0" w:after="40"/>
      </w:pPr>
      <w:r>
        <w:rPr>
          <w:rFonts w:ascii="Arial" w:hAnsi="Arial"/>
          <w:b w:val="0"/>
          <w:i/>
          <w:color w:val="888888"/>
          <w:sz w:val="16"/>
        </w:rPr>
        <w:t>⏱ 55s  📰 Droidsans  #iPhone15 #ราคาไอโฟน #มนุษย์เงินเดือน #ไอทีน่ารู้ #Apple  💡 Value Analysis for Professionals: ไม่ใช่แค่บอกราคาถูก แต่เป็</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รอ iPhone 16 หรือซื้อ iPhone 15 ตอนนี้เลยดี? ฟังข่าวลือนี้ก่อนตัดสินใจ อาจประหยัดเงินได้หลายพันบาท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มีรายงานข่าวลือที่น่าสนใจจาก Droidsans ครับ ว่าในอนาคต Apple อาจมีการปรับราคา iPhone รุ่นใหม่ให้สูงขึ้นอีก โดยเฉพาะรุ่นท็อปๆ ทำให้การตัดสินใจอัปเกรดตอนนี้สำคัญมาก</w:t>
        <w:br/>
        <w:br/>
        <w:t>ถ้าคุณซื้อ iPhone 15 ตอนนี้ ข้อดีชัดเจนคือ ราคาเริ่มปรับตัวลงแล้ว หาซื้อได้ในราคาที่คุ้มค่ากว่าตอนเปิดตัว และสเปคปัจจุบันก็ยังแรงพอใช้งานสบายๆ ไปอีกหลายปี</w:t>
        <w:br/>
        <w:br/>
        <w:t>แต่ถ้าเลือกที่จะรอ iPhone 16 ที่คาดว่าจะเปิดตัวปลายปี สิ่งที่จะได้แน่นอนคือชิปประมวลผลรุ่นใหม่ และอาจมีฟีเจอร์ AI ที่เก่งขึ้น แต่ก็ต้องแลกมากับราคาเปิดตัวที่อาจจะสูงขึ้นตามข่าวลือ และต้องจ่ายราคาเต็มในช่วงแรก</w:t>
        <w:br/>
        <w:br/>
        <w:t>คำแนะนำสำหรับคนทำงานที่ต้องการความคุ้มค่า: การซื้อ iPhone 15 ในช่วงนี้ถือเป็นจังหวะที่ดีมากครับ เพราะได้เครื่องประสิทธิภาพสูงในราคาที่สมเหตุสมผล ก่อนที่มาตรฐานราคาของรุ่นใหม่จะขยับขึ้นไปอีกในอนาคต</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คุณอยู่ทีมไหนครับ? ทีมรอรุ่นใหม่ล่าสุด หรือทีมซื้อรุ่นที่ราคาลงแล้ว คอมเมนต์มาคุยกันครับ</w:t>
      </w:r>
    </w:p>
    <w:p>
      <w:pPr>
        <w:spacing w:before="0" w:after="40"/>
      </w:pPr>
      <w:r>
        <w:rPr>
          <w:rFonts w:ascii="Arial" w:hAnsi="Arial"/>
          <w:b w:val="0"/>
          <w:i/>
          <w:color w:val="888888"/>
          <w:sz w:val="16"/>
        </w:rPr>
        <w:t>⏱ 50s  📰 Droidsans  #iPhone16 #iPhone15 #อัปเกรดไอโฟน #ข่าวไอที #Apple  💡 Upgrade Timing Strategy: วิเคราะห์จังหวะการซื้อโดยอิงจากข่าว</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ทำงานอยู่รึเปล่า? คุณอาจเสียเวลาวันละ 10 นาทีไปกับการปัดหน้าจอโดยไม่จำเป็น ลองใช้ปุ่มนี้ดูครับ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หลายคนน่าจะเคยเห็น 'ปุ่มโฮมลอย' หรือ AssistiveTouch บนหน้าจอ แต่ส่วนใหญ่มักจะเปิดไว้เฉยๆ รู้ไหมครับว่าเราตั้งค่าให้มันเป็นปุ่มลัดสำหรับทำงานได้เร็วขึ้นมาก</w:t>
        <w:br/>
        <w:br/>
        <w:t>ตัวอย่างเช่น:</w:t>
        <w:br/>
        <w:t>1. ตั้งค่า 'แตะหนึ่งครั้ง' เป็น Screenshot: แค่แตะทีเดียวก็จับภาพหน้าจอสไลด์ประชุมหรือเอกสารสำคัญได้ทันที ไม่ต้องวุ่นวายกดหลายปุ่ม</w:t>
        <w:br/>
        <w:t>2. ตั้งค่า 'แตะสองครั้ง' เป็น Lock Screen: วางโทรศัพท์บนโต๊ะทำงาน แตะสองทีล็อคจอได้เลย สะดวกและปลอดภัย</w:t>
        <w:br/>
        <w:t>3. ตั้งค่า 'กดค้าง' เป็น Control Center: ช่วยให้คุณเปิด-ปิด Wi-Fi หรือปรับแสงสว่างได้ทันทีจากทุกแอป ไม่ต้องปัดจอลงมาให้เสียจังหวะ</w:t>
        <w:br/>
        <w:br/>
        <w:t>วิธีตั้งค่าง่ายๆ ครับ เข้าไปที่ Settings &gt; Accessibility &gt; Touch &gt; AssistiveTouch แล้วเลือกตั้งค่าในส่วน Custom Actions ได้เลย</w:t>
        <w:br/>
        <w:br/>
        <w:t>แค่ปรับแต่งไม่ถึง 1 นาที ก็ช่วยลดขั้นตอนทำงานซ้ำๆ ได้ทั้งวัน ลองไปใช้กันดูครับ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ปกติคุณใช้ Shortcut อะไรบน iPhone ที่ช่วยให้ทำงานเร็วขึ้นบ้าง? คอมเมนต์แชร์ทริคกันหน่อยครับ</w:t>
      </w:r>
    </w:p>
    <w:p>
      <w:pPr>
        <w:spacing w:before="0" w:after="40"/>
      </w:pPr>
      <w:r>
        <w:rPr>
          <w:rFonts w:ascii="Arial" w:hAnsi="Arial"/>
          <w:b w:val="0"/>
          <w:i/>
          <w:color w:val="888888"/>
          <w:sz w:val="16"/>
        </w:rPr>
        <w:t>⏱ 60s  📰 อาตี๋รีวิว  #iPhoneTips #Productivity #ทำงาน #เคล็ดลับไอโฟน #AssistiveTouch  💡 Workflow Optimization Tip: ไม่ใช่แค่แนะนำฟีเจอร์ แต่เป็นการน</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ปุ่มเดียวบน iPhone 15 Pro ที่เปลี่ยน workflow การถ่ายรูปของคุณไปตลอดกาล...แต่คน 99% ตั้งค่าผิด!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ช่างภาพทุกคนรู้ดีว่าจังหวะสำคัญมีแค่เสี้ยววินาที Action Button บน iPhone 15 Pro ถูกสร้างมาเพื่อสิ่งนี้เลยครับ หลายคนอาจจะตั้งค่าพื้นฐานไว้แค่เปิดแอปกล้อง ซึ่งก็ดีครับ แต่เราจะทำให้มันโปรขึ้นไปอีกระดับ</w:t>
        <w:br/>
        <w:br/>
        <w:t>ลองเข้าไปที่ Settings &gt; Action Button แล้วเลือก Shortcuts ครับ ทีนี้คือจุดเปลี่ยน...เราสามารถสร้างเมนูให้มันได้เลย เช่น กดปุ่มค้างทีเดียวแล้วให้มีตัวเลือกขึ้นมา 1. เปิดกล้องในโหมด ProRAW ทันที 2. เปิดแอป Blackmagic Camera เพื่อถ่าย Log video สำหรับงานสีจริงจัง หรือ 3. เข้าสู่ Cinematic Mode โดยตรง</w:t>
        <w:br/>
        <w:br/>
        <w:t>แค่นี้คุณก็ไม่ต้องเสียเวลาปัดหาโหมดที่ต้องการหน้างานอีกต่อไป ทุกอย่างพร้อมใช้ในปุ่มเดียว นี่คือการใช้เครื่องมือให้เต็มศักยภาพของมันจริงๆ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Action Button ถ่ายรูปอยู่ คอมเมนต์บอกหน่อยว่าตั้งเป็นอะไรกันอยู่? Save คลิปนี้ไว้ลองตั้งค่าตามได้เลย</w:t>
      </w:r>
    </w:p>
    <w:p>
      <w:pPr>
        <w:spacing w:before="0" w:after="40"/>
      </w:pPr>
      <w:r>
        <w:rPr>
          <w:rFonts w:ascii="Arial" w:hAnsi="Arial"/>
          <w:b w:val="0"/>
          <w:i/>
          <w:color w:val="888888"/>
          <w:sz w:val="16"/>
        </w:rPr>
        <w:t>⏱ 60s  📰 อาตี๋รีวิว  #iPhone15Pro #Actionbutton #iPhonePhotography #ช่างภาพ #เทคนิคถ่ายรูป  💡 Moves beyond a generic 'iPhone tips' video by creating a pro</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ภาพสวยๆ ที่คุณถ่าย อาจเป็นภาพสุดท้ายจาก iPhone คู่ใจ ถ้ามันถูก Apple จัดเข้าสถานะ 'Vintage'...</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อาตี๋รีวิว ล่าสุด Apple เพิ่งประกาศให้ iPhone บางรุ่นเก่าๆ เข้าสู่สถานะ 'Vintage' ซึ่งหมายความว่าศูนย์บริการอาจไม่สามารถซ่อมหรือหาอะไหล่ให้ได้แล้ว</w:t>
        <w:br/>
        <w:br/>
        <w:t>สำหรับคนทั่วไปอาจจะแค่ถึงเวลาเปลี่ยนเครื่อง แต่สำหรับช่างภาพที่ใช้ iPhone เป็นเครื่องมือทำงาน ความน่าเชื่อถือ (Reliability) คือหัวใจหลัก คุณคงไม่อยากให้กล้องหลักของคุณมีปัญหาหน้างานสำคัญแล้วซ่อมที่ไหนไม่ได้จริงไหมครับ?</w:t>
        <w:br/>
        <w:br/>
        <w:t>นี่คือเหตุผลที่การอัปเกรดมาใช้รุ่นใหม่อย่าง iPhone 15 Pro ไม่ใช่แค่เรื่องของกล้องที่ดีขึ้น แต่มันคือการลงทุนในความเสถียร, การเข้าถึงไฟล์ ProRAW ที่ยืดหยุ่น, และ Log video สำหรับงานวิดีโอระดับโปร ที่รับประกันว่าเครื่องมือของคุณพร้อมใช้งานเสมอเมื่อคุณต้องการที่สุด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ใครเคยเจอประสบการณ์อุปกรณ์พังหน้างานบ้าง? Save คลิปนี้ไว้เตือนใจถึงความสำคัญของอุปกรณ์ที่ไว้ใจได้ครับ</w:t>
      </w:r>
    </w:p>
    <w:p>
      <w:pPr>
        <w:spacing w:before="0" w:after="40"/>
      </w:pPr>
      <w:r>
        <w:rPr>
          <w:rFonts w:ascii="Arial" w:hAnsi="Arial"/>
          <w:b w:val="0"/>
          <w:i/>
          <w:color w:val="888888"/>
          <w:sz w:val="16"/>
        </w:rPr>
        <w:t>⏱ 55s  📰 อาตี๋รีวิว  #iPhonePhotography #Apple #ช่างภาพ #ProRAW #ไอโฟน  💡 Connects a general tech news item (vintage products) directl</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16 Pro กำลังจะมา...แต่สิ่งที่ช่างภาพควรรอดูจริงๆ ไม่ใช่แค่เลนส์ใหม่ แต่มันคือ 'ขนาดเซ็นเซอร์'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มีข่าวลือหนาหูเกี่ยวกับกล้องของ iPhone 16 Pro ที่กำลังจะมาถึง ซึ่งถ้าเป็นจริง นี่คือการอัปเกรดที่สำคัญที่สุดสำหรับคนถ่ายรูปเลยครับ</w:t>
        <w:br/>
        <w:br/>
        <w:t>ตามรายงานจากแหล่งข่าวต่างๆ ระบุว่า iPhone 16 Pro อาจจะอัปเกรดขนาดเซ็นเซอร์กล้องหลักให้ใหญ่ขึ้นอย่างมีนัยสำคัญ...แล้วมันดียังไง? เซ็นเซอร์ที่ใหญ่ขึ้นหมายถึงการรับแสงที่ดีขึ้นแบบก้าวกระโดด ทำให้ภาพในที่แสงน้อยมี Noise ลดลง, Dynamic Range กว้างขึ้น เก็บรายละเอียดในส่วนมืดและสว่างได้ดีกว่าเดิม และยังให้มิติของภาพ หรือโบเก้ที่เป็นธรรมชาติมากขึ้นด้วย</w:t>
        <w:br/>
        <w:br/>
        <w:t>นอกจากนี้ยังมีข่าวลือเรื่องการเคลือบเลนส์แบบใหม่เพื่อลด Flare และ Ghosting ซึ่งเป็นปัญหาคลาสสิกเวลาถ่ายย้อนแสง ทั้งหมดนี้ยังไม่ได้รับการยืนยันจาก Apple นะครับ แต่เป็นทิศทางที่น่าจับตามากสำหรับคนที่จริงจังกับการถ่ายภาพด้วยมือถือ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ถ้าเลือกได้ฟีเจอร์เดียวใน iPhone 16 Pro อยากได้อะไรกันครับ ระหว่างเซ็นเซอร์ใหญ่ขึ้น กับเลนส์ซูมไกลกว่า? กด Save ไว้เลย เดี๋ยวมีข้อมูลเพิ่มจะรีบมาอัปเดต</w:t>
      </w:r>
    </w:p>
    <w:p>
      <w:pPr>
        <w:spacing w:before="0" w:after="40"/>
      </w:pPr>
      <w:r>
        <w:rPr>
          <w:rFonts w:ascii="Arial" w:hAnsi="Arial"/>
          <w:b w:val="0"/>
          <w:i/>
          <w:color w:val="888888"/>
          <w:sz w:val="16"/>
        </w:rPr>
        <w:t>⏱ 65s  📰 Droidsans  #iPhone16Pro #AppleRumors #iPhoneCamera #MobilePhotography #ช่างภาพ  💡 Transforms a price-focused source into a technical camera sp</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นิดๆ อยากได้ iPhone มือหนึ่ง มีจริงมั้ย? มีจริง! และนี่คือรุ่นที่คุณซื้อได้เลยตอนนี้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เห็นคลิปจาก Droidsans บอกว่าตอนนี้ iPhone มือหนึ่งมีราคาเริ่มต้นแค่ 21,000 บาท! ใช่แล้วครับ ฟังไม่ผิด นี่คือโอกาสสำหรับคนงบน้อยที่อยากเข้าสู่โลกของ Apple เลย</w:t>
        <w:br/>
        <w:br/>
        <w:t>ราคานี้ส่วนใหญ่จะเป็นราคาจากร้านค้าออนไลน์นะครับ ซึ่งมักจะเป็น iPhone รุ่นเริ่มต้นอย่าง iPhone 13 หรือ 14 ที่มีการปรับราคาลงมาแล้ว ถึงจะเป็นรุ่นเริ่มต้น แต่การใช้งานทั่วไปลื่นๆ เลย ถ่ายรูปสวย เล่นโซเชียลสบายๆ และที่สำคัญคือได้ใช้ iOS ยาวๆ อัปเดตได้อีกหลายปีแน่นอน</w:t>
        <w:br/>
        <w:br/>
        <w:t>ใครที่งบจำกัดจริงๆ แต่อยากได้เครื่องใหม่แกะกล่อง ประกันเต็มๆ ตัวนี้ถือว่าตอบโจทย์มากครับ เป็นการเริ่มต้นที่คุ้มค่าสุดๆ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ใครมีงบเท่าไหร่กันบ้าง? อยากได้มือหนึ่งหรือมือสอง คอมเมนต์มาเลย เดี๋ยวช่วยเลือกรุ่นที่คุ้มที่สุดให้ครับ</w:t>
      </w:r>
    </w:p>
    <w:p>
      <w:pPr>
        <w:spacing w:before="0" w:after="40"/>
      </w:pPr>
      <w:r>
        <w:rPr>
          <w:rFonts w:ascii="Arial" w:hAnsi="Arial"/>
          <w:b w:val="0"/>
          <w:i/>
          <w:color w:val="888888"/>
          <w:sz w:val="16"/>
        </w:rPr>
        <w:t>⏱ 45s  📰 Droidsans  #ไอโฟน #ไอโฟนมือ1 #งบน้อย #รีวิวไอโฟน #Apple  💡 budget_buying_guide - ไม่ใช่แค่แจ้งราคา แต่เป็นการแนะนำ 'จุด</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รอซื้อ iPhone อยู่รึเปล่า? อาจจะต้องคิดใหม่! เพราะมีข่าวว่าถ้าช้ากว่านี้อาจต้องจ่ายแพงขึ้นนะ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อ้างอิงจากคลิปของ Droidsans นะครับ มีข่าวลือออกมาว่า iPhone รุ่นในอนาคตอาจจะมีการปรับราคาให้สูงขึ้น ซึ่งเรื่องนี้อาจจะส่งผลกระทบกับราคารุ่นปัจจุบันด้วย</w:t>
        <w:br/>
        <w:br/>
        <w:t>ปกติพอรุ่นใหม่ออก รุ่นเก่าจะราคาลงใช่มั้ยครับ? แต่ถ้าต้นทุนใหม่มันสูงขึ้นหมด บางทีรุ่นเก่าอาจจะไม่ได้ลดราคาลงเยอะเหมือนที่เราคาดหวัง หรือบางรุ่นอาจจะเลิกขายไปเลยก็ได้</w:t>
        <w:br/>
        <w:br/>
        <w:t>ดังนั้นใครที่กำลังเล็ง iPhone 14 หรือ iPhone 15 ไว้อยู่แล้ว และเห็นว่าราคาตอนนี้มันโอเคแล้ว การตัดสินใจซื้อตอนนี้เลยอาจจะเป็นจังหวะที่ดีที่สุดครับ ดีกว่ารอไปเสี่ยงลุ้นในอนาคตที่ไม่แน่นอนนะ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กำลังเล็งรุ่นไหนกันอยู่? หรือมีงบในใจเท่าไหร่ คอมเมนต์มาคุยกันได้เลยครับ</w:t>
      </w:r>
    </w:p>
    <w:p>
      <w:pPr>
        <w:spacing w:before="0" w:after="40"/>
      </w:pPr>
      <w:r>
        <w:rPr>
          <w:rFonts w:ascii="Arial" w:hAnsi="Arial"/>
          <w:b w:val="0"/>
          <w:i/>
          <w:color w:val="888888"/>
          <w:sz w:val="16"/>
        </w:rPr>
        <w:t>⏱ 50s  📰 Droidsans  #iPhone #ราคาไอโฟน #ข่าวไอที #Apple #ซื้อไอโฟน  💡 strategic_purchase_timing - แปลข่าวลือเรื่องราคามือถือในอนาค</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คิดจะซื้อ iPhone มือสองราคาหมื่นต้นๆ? หยุดก่อน! เช็คให้ดี ไม่งั้นอาจกลายเป็นที่ทับกระดาษ ซ่อมศูนย์ไม่ได้นะ!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เห็นคลิปจากช่องอาตี๋รีวิวออกมาเตือนว่ามี iPhone บางรุ่นที่เก่ามากๆ จน Apple ประกาศให้เป็นรุ่น Vintage หรือ Obsolete ไปแล้ว ซึ่งหมายความว่าถ้าเครื่องมีปัญหา จะไม่สามารถส่งซ่อมที่ศูนย์บริการทางการได้เลย ไม่มีอะไหล่รองรับแล้ว</w:t>
        <w:br/>
        <w:br/>
        <w:t>นี่คือความเสี่ยงสุดๆ สำหรับคนซื้อมือสองเลยครับ เพราะเราไม่รู้ว่าเครื่องผ่านอะไรมาบ้าง ดังนั้นถ้าจะซื้อมือสองให้ปลอดภัย ควรเลือกรุ่นที่ยังไม่เก่าเกินไปครับ</w:t>
        <w:br/>
        <w:br/>
        <w:t>แนะนำให้มองหาอย่างน้อยๆ คือ iPhone 13 ขึ้นไปครับ ราคาลงมาเยอะแล้ว แต่ยังได้รับการอัปเดต iOS, กล้องยังสวย และที่สำคัญคือยังเข้าศูนย์ได้สบายใจ หายห่วงแน่นอนครับ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มีงบซื้อมือสองเท่าไหร่กันบ้าง? คอมเมนต์มาเลย เดี๋ยวช่วยแนะนำรุ่นที่ปลอดภัยและคุ้มค่าให้ครับ</w:t>
      </w:r>
    </w:p>
    <w:p>
      <w:pPr>
        <w:spacing w:before="0" w:after="40"/>
      </w:pPr>
      <w:r>
        <w:rPr>
          <w:rFonts w:ascii="Arial" w:hAnsi="Arial"/>
          <w:b w:val="0"/>
          <w:i/>
          <w:color w:val="888888"/>
          <w:sz w:val="16"/>
        </w:rPr>
        <w:t>⏱ 55s  📰 อาตี๋รีวิว  #ไอโฟนมือสอง #ซื้อไอโฟน #เตือนภัย #iPhoneมือสอง #Apple  💡 used_iphone_warning - เป็นมุมเตือนภัยผู้บริโภคสำหรับตลาดมือส</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กำลังวางแผนจัดซื้อ iPhone ให้ทีม? ข่าวลือเรื่อง iPhone รุ่นใหม่อาจกระทบงบประมาณและแผนงานของคุณมากกว่าที่คิด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ตามรายงานจากสื่ออย่าง Droidsans, มีการพูดถึง iPhone รุ่นใหม่ที่อาจเปิดตัวในอนาคต ซึ่งโดยปกติแล้วการมาของรุ่นใหม่มักจะส่งผลต่อการปรับราคาของรุ่นปัจจุบันเสมอ สำหรับองค์กร นี่ไม่ใช่แค่เรื่องของราคา แต่เป็นเรื่องของจังหวะและกลยุทธ์ การจัดซื้ออุปกรณ์ล็อตใหญ่ก่อนการเปิดตัวจะช่วยล็อคราคาและสร้างมาตรฐานเดียวกันให้ทั้งทีมได้ง่าย แต่การรอซื้อหลังเปิดตัวก็จะทำให้ทีมได้ใช้เทคโนโลยีล่าสุด ซึ่งอาจมาพร้อมกับราคาที่สูงขึ้นในช่วงแรกและมีความท้าทายด้าน Supply Chain การวางแผนจัดซื้อให้สอดคล้องกับ Product Cycle ของ Apple จึงเป็นหัวใจสำคัญในการบริหารต้นทุนและเพิ่มประสิทธิภาพของทีมในระยะยาว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เพื่อวางแผนการใช้ Apple Ecosystem ในองค์กรอย่างมีกลยุทธ์</w:t>
      </w:r>
    </w:p>
    <w:p>
      <w:pPr>
        <w:spacing w:before="0" w:after="40"/>
      </w:pPr>
      <w:r>
        <w:rPr>
          <w:rFonts w:ascii="Arial" w:hAnsi="Arial"/>
          <w:b w:val="0"/>
          <w:i/>
          <w:color w:val="888888"/>
          <w:sz w:val="16"/>
        </w:rPr>
        <w:t>⏱ 60s  📰 Droidsans  #iPhoneForBusiness #AppleEcosystem #TechStrategy #ผู้บริหาร #ไอที  💡 เปลี่ยนจากมุมมองผู้บริโภคที่กลัว 'ราคาขึ้น' เป็นมุมมองเชิงกล</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ของพนักงานที่คุณใช้อยู่ ยังได้รับการดูแลจาก Apple หรือไม่? การใช้อุปกรณ์ที่หมดระยะ Support คือความเสี่ยงทางธุรกิจมูลค่ามหาศาล</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ล่าสุดมีรายงานข่าวจากฝั่งบล็อกเกอร์อย่าง อาตี๋รีวิว ที่ย้ำเตือนเรื่องการสิ้นสุดการซัพพอร์ตของ iPhone รุ่นเก่า ซึ่งเป็นนโยบายปกติของ Apple ที่จะจัดอุปกรณ์เข้าสู่สถานะ 'Vintage' หรือ 'Obsolete' เมื่อครบอายุขัย สำหรับธุรกิจ นี่คือสัญญาณเตือนภัยระดับสูงสุด เพราะมันไม่ได้หมายความแค่การซ่อมที่ศูนย์ไม่ได้ แต่หมายถึงการหยุดอัปเดตความปลอดภัย (Security Patch) ซึ่งทำให้อุปกรณ์นั้นกลายเป็นช่องโหว่ขนาดใหญ่ในเครือข่ายของบริษัท เสี่ยงต่อการรั่วไหลของข้อมูลสำคัญ ดังนั้น การมีนโยบาย Mobile Device Management (MDM) ที่ชัดเจนและวงจรการเปลี่ยนอุปกรณ์ (Device Refresh Cycle) ที่แน่นอน ไม่ใช่ค่าใช้จ่าย แต่คือการลงทุนในความปลอดภัยทางไซเบอร์ขององค์กร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 เพื่อเรียนรู้การจัดการ Apple devices ในองค์กรให้ปลอดภัยและคุ้มค่าที่สุด</w:t>
      </w:r>
    </w:p>
    <w:p>
      <w:pPr>
        <w:spacing w:before="0" w:after="40"/>
      </w:pPr>
      <w:r>
        <w:rPr>
          <w:rFonts w:ascii="Arial" w:hAnsi="Arial"/>
          <w:b w:val="0"/>
          <w:i/>
          <w:color w:val="888888"/>
          <w:sz w:val="16"/>
        </w:rPr>
        <w:t>⏱ 65s  📰 อาตี๋รีวิว  #CyberSecurity #MDM #AppleSecurity #BusinessTips #iPhone  💡 ยกระดับข่าว 'รุ่นเก่าเข้าศูนย์ไม่ได้' จากเรื่องส่วนบุคคล ให้</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สมาร์ทโฟนราคาสูงให้ ROI กับธุรกิจของคุณจริงๆ หรือ? สำหรับผู้บริหาร มูลค่าของ iPhone ไม่ได้วัดกันที่สเปคฮาร์ดแวร์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เรามักจะเห็นข่าวการเปิดตัวสมาร์ทโฟนราคาสูงที่เน้นเรื่องคุณสมบัติกล้องหรือดีไซน์ที่หรูหรา แต่ในโลกธุรกิจ ตัวชี้วัดที่สำคัญกว่าคือ Total Cost of Ownership (TCO) หรือต้นทุนรวมตลอดอายุการใช้งาน สำหรับ iPhone ในองค์กร TCO ไม่ได้มาจากราคาซื้อ แต่มาจาก 4 ปัจจัยหลัก: 1. ความปลอดภัยระดับสูงที่ติดมากับเครื่อง ลดความเสี่ยงข้อมูลรั่วไหล 2. Ecosystem ที่เชื่อมต่อ iPhone, Mac และ iPad เข้าด้วยกันอย่างราบรื่น ช่วยประหยัดเวลาทำงานของบุคลากรได้อย่างมีนัยสำคัญ 3. มูลค่าขายต่อ (Resale Value) ที่สูงกว่าแบรนด์อื่นอย่างชัดเจน ทำให้ต้นทุนสุทธิต่อเครื่องต่ำลง และ 4. การบริหารจัดการผ่าน Mobile Device Management (MDM) ที่ทำได้ง่ายและปลอดภัย ดังนั้น ROI ที่แท้จริงของ iPhone ในองค์กรจึงอยู่ที่ Productivity ที่เพิ่มขึ้นและความเสี่ยงที่ลดลง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ถ้าอยากรู้ว่า Apple ecosystem จะเพิ่ม Productivity ให้ทีมของคุณได้อย่างไร</w:t>
      </w:r>
    </w:p>
    <w:p>
      <w:pPr>
        <w:spacing w:before="0" w:after="40"/>
      </w:pPr>
      <w:r>
        <w:rPr>
          <w:rFonts w:ascii="Arial" w:hAnsi="Arial"/>
          <w:b w:val="0"/>
          <w:i/>
          <w:color w:val="888888"/>
          <w:sz w:val="16"/>
        </w:rPr>
        <w:t>⏱ 70s  📰 Droidsans  #BusinessROI #TCO #AppleEcosystem #Productivity #iPhoneForBusiness  💡 ใช้แนวคิดจากข่าว 'มือถือแพง' แต่เปลี่ยนมุมมองจากการ unbox หร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หลุดมาอีกแล้ว! ข้อมูลล่าสุด iPhone 18 Pro ที่คุณอาจยังไม่รู้...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MacRumors เพิ่งจะปล่อยข่าวลือชุดใหม่เกี่ยวกับ iPhone 18 Pro ออกมาสดๆ ร้อนๆ เลยครับ! ถึงแม้จะยังไม่มีรายละเอียดแบบเจาะลึก แต่การที่ข่าวเริ่มออกมาตอนนี้ เป็นสัญญาณว่าเราอาจจะได้เห็นการเปลี่ยนแปลงครั้งใหญ่ โดยเฉพาะเรื่องดีไซน์และกล้องที่คาดว่าจะถูกอัปเกรดแบบก้าวกระโดด ใครที่กำลังเล็งจะเปลี่ยนมือถือ บอกเลยว่าข้อมูลชุดนี้น่าติดตามมากครับ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ข้อมูลใหม่มาเมื่อไหร่ ผมรีบเอามาอัปเดตให้ทันที กด follow ไว้เลยครับ!</w:t>
      </w:r>
    </w:p>
    <w:p>
      <w:pPr>
        <w:spacing w:before="0" w:after="40"/>
      </w:pPr>
      <w:r>
        <w:rPr>
          <w:rFonts w:ascii="Arial" w:hAnsi="Arial"/>
          <w:b w:val="0"/>
          <w:i/>
          <w:color w:val="888888"/>
          <w:sz w:val="16"/>
        </w:rPr>
        <w:t>⏱ 35s  📰 MacRumors  #iPhone18Pro #Apple #ไอโฟน #ข่าวลือ  💡 เน้นไปที่ข่าวลือ iPhone 18 Pro โดยเฉพาะ เพื่อสร้างความตื่นเต</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Pro รุ่นต่อไปอาจมีกล้องในตัว! แถมสั่งงานได้โดยไม่ต้องแตะ?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ใครว่าหูฟังจะสุดแค่นี้! ตามรายงานล่าสุดจาก AppleInsider นะครับ มีข่าวลือว่า AirPods Pro รุ่นใหม่จะมาพร้อมฟีเจอร์สุดล้ำ อย่างแรกคืออาจจะมี 'กล้องอินฟราเรด' ติดมาด้วย ซึ่งยังไม่ชัดเจนว่าจะใช้ทำอะไร แต่อาจเกี่ยวกับสุขภาพหรือ AR ก็เป็นได้ อย่างที่สองคือ 'Gesture Recognition' หรือการสั่งงานด้วยท่าทาง แค่พยักหน้าหรือส่ายหัวก็อาจจะรับสายหรือเปลี่ยนเพลงได้เลย! เหมือนในหนัง Sci-Fi ชัดๆ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ถ้าไม่อยากพลาดข่าวหลุด Apple แบบนี้ กดติดตามไว้เลยครับ อัปเดตให้ก่อนใคร!</w:t>
      </w:r>
    </w:p>
    <w:p>
      <w:pPr>
        <w:spacing w:before="0" w:after="40"/>
      </w:pPr>
      <w:r>
        <w:rPr>
          <w:rFonts w:ascii="Arial" w:hAnsi="Arial"/>
          <w:b w:val="0"/>
          <w:i/>
          <w:color w:val="888888"/>
          <w:sz w:val="16"/>
        </w:rPr>
        <w:t>⏱ 45s  📰 AppleInsider  #AirPodsPro #Apple #หูฟัง #ข่าวไอที  💡 เจาะลึกข่าวลืออุปกรณ์เสริมอย่าง AirPods Pro ที่มีฟีเจอร์ล้ำอ</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Watch ถึงทางตันแล้วจริงเหรอ? นี่คือสิ่งที่อาจจะเกิดขึ้นกับรุ่นต่อไป!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หลายคนเริ่มรู้สึกว่า Apple Watch ไม่ค่อยมีอะไรใหม่ แต่ MacRumors เพิ่งจะวิเคราะห์ทิศทางในอนาคตไว้น่าสนใจมากครับ! มีข่าวลือว่า Apple กำลังซุ่มพัฒนาฟีเจอร์สุขภาพที่ล้ำกว่าเดิมเยอะมาก อาจจะวัดความดันหรือระดับน้ำตาลในเลือดได้โดยไม่ต้องเจาะเลือดเลยก็ได้! นอกจากนี้ดีไซน์ก็อาจจะเปลี่ยนใหม่หมดจดในรุ่นครบรอบ ซึ่งถ้าทำได้จริง บอกเลยว่าคู่แข่งอย่าง Samsung มีหนาวแน่นอน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Apple Watch รุ่นใหม่จะล้ำขนาดไหน กด follow รอเลยครับ มีข่าวมาปุ๊บ รู้ปั๊บ!</w:t>
      </w:r>
    </w:p>
    <w:p>
      <w:pPr>
        <w:spacing w:before="0" w:after="40"/>
      </w:pPr>
      <w:r>
        <w:rPr>
          <w:rFonts w:ascii="Arial" w:hAnsi="Arial"/>
          <w:b w:val="0"/>
          <w:i/>
          <w:color w:val="888888"/>
          <w:sz w:val="16"/>
        </w:rPr>
        <w:t>⏱ 50s  📰 MacRumors  #AppleWatch #Apple #สมาร์ทวอทช์ #ข่าวลือApple  💡 พูดถึงอนาคตและข่าวลือของ Apple Watch เพื่อจับกลุ่มผู้ใช้ที่อ</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