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18 Aug 2026  09:13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อยากเฟียสๆ ใช้ iPhone 15 แต่ไม่อยากกินมาม่าสิ้นเดือนปะ?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ข่าวดีชาวเรา! ตอนนี้ตามรายงานจาก Droidsans ราคา iPhone 15 มือหนึ่งตามร้านออนไลน์คือดิ่งลงมาแบบสุดๆ เริ่มต้นแค่สองหมื่นนิดๆ เองแก! คือได้เครื่องใหม่แกะกล่องนะเว้ย ไม่ใช่มือสอง ได้ชิป A16 ตัวเดียวกับ 14 Pro, กล้อง 48MP ชัดเวอร์, มี Dynamic Island เก๋ๆ ด้วย เอาไปถ่ายลง TikTok คือสวยจบ ไม่ต้องแต่งเยอะ ในราคาที่แบบ...ซื้อได้เลย ไม่ต้องคิดนาน ใครเล็งๆ อยู่ บอกเลยว่าจังหวะนี้แหละคือ 'The One'!</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ใครอยากได้พิกัดหรือทริคเพิ่ม กด follow ไว้เลย เดี๋ยวมาแจก! 🔥</w:t>
      </w:r>
    </w:p>
    <w:p>
      <w:pPr>
        <w:spacing w:before="0" w:after="40"/>
      </w:pPr>
      <w:r>
        <w:rPr>
          <w:rFonts w:ascii="Arial" w:hAnsi="Arial"/>
          <w:b w:val="0"/>
          <w:i/>
          <w:color w:val="888888"/>
          <w:sz w:val="16"/>
        </w:rPr>
        <w:t>⏱ 38s  📰 Droidsans  #iPhone15 #ราคาไอโฟน #นักศึกษา #ของมันต้องมี  💡 Affordable Flex: เปลี่ยนมุมมองจากการ 'ซื้อของถูก' ให้กลายเป็</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สายเกมเมอร์ฟังทางนี้! รู้ปะว่าการซื้อ iPhone 'ตอนนี้' อาจจะฉลาดกว่ารอรุ่น 18 อีก?</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คือเรื่องมันเป็นงี้... มีข่าวลือตามที่ Droidsans รายงานว่า iPhone รุ่นใหม่ๆ ในอนาคตอาจจะแพงขึ้นไปอีก! แปลว่าถ้าจะรอตัวท็อปใหม่ๆ ก็ต้องจ่ายหนักกว่าเดิมไง แต่ถ้าเราจัด iPhone 15 Pro ตอนนี้เลยนะ ได้ชิป A17 Pro ตัวโหด เล่นเกมปรับสุดคือลื่นหัวแตก แถมใช้ได้ยาวๆ ไปอีก 2-3 ปีสบายๆ สรุปคือเหมือนเราล็อคสเปคเทพสำหรับเล่นเกมไว้ในราคาที่ยังจับต้องได้ไง ก่อนที่ทุกอย่างจะแพงขึ้นอะ คิดดูดีๆ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ใครเป็นสายเกม iPhone เหมือนกัน กด follow ไว้เลย มีทริคเด็ดๆ รออยู่เพียบ! 🔥</w:t>
      </w:r>
    </w:p>
    <w:p>
      <w:pPr>
        <w:spacing w:before="0" w:after="40"/>
      </w:pPr>
      <w:r>
        <w:rPr>
          <w:rFonts w:ascii="Arial" w:hAnsi="Arial"/>
          <w:b w:val="0"/>
          <w:i/>
          <w:color w:val="888888"/>
          <w:sz w:val="16"/>
        </w:rPr>
        <w:t>⏱ 40s  📰 Droidsans  #iPhone15Pro #เกมเมอร์ #iPhone18 #ข่าวลือ #Apple  💡 Gaming Investment: เปลี่ยนจากการเตือนเรื่องราคาในอนาคตแบบทั่</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โดนเพื่อนงอนเพราะตอบไลน์ช้าปะ? อย่าเพิ่งโทษตัวเอง! มาเช็ค iPhone ด่วน!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ปัญหาโลกแตกมาก ไลน์ไม่ยอมเด้งเนี่ย! บางทีไม่ใช่เพราะเน็ตหรือเครื่องเรากากนะ แต่อาจจะไปเผลอปิดแจ้งเตือนบางอย่างไว้ไม่รู้ตัว เข้าไปที่ Settings &gt; Notifications &gt; แล้วเลื่อนหา LINE เช็คเลยว่า 'Allow Notifications' เปิดอยู่มั้ย แล้วก็ดูตรง 'Time-Sensitive Notifications' เนี่ย เปิดไว้เลยนะ สำคัญมาก! มันจะช่วยให้แจ้งเตือนสำคัญๆ เด้งมาทันทีแบบไม่สนโหมดอื่นเลย แค่นี้ก็ไม่พลาดทุกดราม่ากับเพื่อนแล้ว!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ถ้าไม่อยากพลาดทริคกู้ชีพแบบนี้อีก กด follow ไว้เลยนะ!</w:t>
      </w:r>
    </w:p>
    <w:p>
      <w:pPr>
        <w:spacing w:before="0" w:after="40"/>
      </w:pPr>
      <w:r>
        <w:rPr>
          <w:rFonts w:ascii="Arial" w:hAnsi="Arial"/>
          <w:b w:val="0"/>
          <w:i/>
          <w:color w:val="888888"/>
          <w:sz w:val="16"/>
        </w:rPr>
        <w:t>⏱ 38s  📰 ครูหนึ่งสอนดี  #iPhoneTips #สอนใช้ไอโฟน #ไลน์ไม่แจ้งเตือน #ชีวิตวัยรุ่น  💡 Social Lifesaver Tip: เปลี่ยนจาก 'how-to' แก้ปัญหาทางเทคนิคท</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มือหนึ่งราคา 21,000 บาท คุ้มจริงไหม? เทียบกับการซื้อมือสองรุ่น Pro ในราคาใกล้กัน แบบไหนขาดทุนน้อยกว่ากันในระยะยาว?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ตอนนี้เราจะเห็น iPhone มือหนึ่งรุ่นเริ่มต้นอย่าง iPhone 13 หรือ 14 วางขายตามร้านค้าออนไลน์ในราคาประมาณ 21,000 บาท ซึ่งน่าสนใจมากครับ แต่สำหรับคนทำงานที่มองมือถือเป็นเครื่องมือและสินทรัพย์ คำถามคือ ระหว่างซื้อมือหนึ่งรุ่นเริ่มต้น กับมือสองรุ่น Pro ในราคาใกล้กัน แบบไหนเป็นการลงทุนที่ฉลาดกว่า?</w:t>
        <w:br/>
        <w:br/>
        <w:t>ลองเปรียบเทียบดูนะครับ:</w:t>
        <w:br/>
        <w:t>1. ซื้อเครื่องใหม่รุ่นเริ่มต้น: คุณจะได้ประกันเต็ม 1 ปี, แบตเตอรี่ใหม่ 100%, และการันตีอัปเดตซอฟต์แวร์ไปอีกหลายปี ทำให้ใช้งานได้เสถียรและสบายใจ ไม่ต้องกังวลเรื่องซ่อมจุกจิก แม้สเปคกล้องหรือจออาจจะไม่เท่ารุ่น Pro แต่ความน่าเชื่อถือสูงมาก</w:t>
        <w:br/>
        <w:br/>
        <w:t>2. ซื้อมือสองรุ่น Pro: คุณจะได้สเปคที่ดีกว่าในราคาที่เท่ากัน ทั้งกล้อง Telephoto หรือจอ ProMotion แต่ก็ต้องแลกมากับความเสี่ยงเรื่องประกันที่หมดไปแล้ว สุขภาพแบตเตอรี่ที่ลดลง และอาจมีค่าซ่อมแซมตามมาได้</w:t>
        <w:br/>
        <w:br/>
        <w:t>สรุปคือ ถ้างานของคุณต้องการความเสถียรสูงสุดและไม่อยากเสียเวลาไปกับการซ่อม การเลือกเครื่องมือหนึ่งอาจจะคุ้มค่าในระยะยาวมากกว่า เพราะมูลค่าที่ลดลงถูกชดเชยด้วยความสบายใจและต้นทุนแฝงที่ต่ำกว่าครับ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คุณให้ความสำคัญกับอะไรมากกว่ากัน ระหว่างสเปค Pro มือสอง กับความน่าเชื่อถือของเครื่องมือหนึ่ง? คอมเมนต์มาคุยกันครับ</w:t>
      </w:r>
    </w:p>
    <w:p>
      <w:pPr>
        <w:spacing w:before="0" w:after="40"/>
      </w:pPr>
      <w:r>
        <w:rPr>
          <w:rFonts w:ascii="Arial" w:hAnsi="Arial"/>
          <w:b w:val="0"/>
          <w:i/>
          <w:color w:val="888888"/>
          <w:sz w:val="16"/>
        </w:rPr>
        <w:t>⏱ 55s  📰 Droidsans  #iPhone #ไอโฟน #การเงิน #มนุษย์เงินเดือน #รีวิวiPhone  💡 Long-Term Value Investment vs. Initial Cost: วิเคราะห์การซื้</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เคยสงสัยไหมครับว่าทำไมราคา iPhone ถึงมีแนวโน้มแพงขึ้นเรื่อยๆ? ข่าวลือล่าสุดบอกอะไรเราเกี่ยวกับจังหวะการอัปเกรดที่ดีที่สุด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มีรายงานข่าวลือออกมาว่า iPhone ในอนาคตอาจมีการปรับราคาสูงขึ้นอีก ซึ่งแม้จะยังไม่ได้รับการยืนยัน แต่ก็ทำให้เราต้องกลับมาคิดเรื่องจังหวะการซื้อครับ</w:t>
        <w:br/>
        <w:br/>
        <w:t>สำหรับคนทำงาน การเข้าใจ 'วัฏจักรราคา' ของ Apple จะช่วยให้เราวางแผนอัปเกรดได้คุ้มค่าที่สุด ซึ่งปกติแล้วจะมี 4 ช่วงหลักๆ:</w:t>
        <w:br/>
        <w:t>1. ช่วงเปิดตัว (ก.ย.): ราคาพรีเมียมสูงสุด</w:t>
        <w:br/>
        <w:t>2. ช่วงกลางปี: ราคาเริ่มนิ่ง แต่มีโปรโมชั่นจากร้านค้าต่างๆ</w:t>
        <w:br/>
        <w:t>3. ช่วงก่อนเปิดตัวรุ่นใหม่ (ส.ค.): เป็นช่วงที่ร้านค้าเริ่มล้างสต็อกรุ่นเก่า ราคาดีที่สุดสำหรับคนหาของคุ้ม</w:t>
        <w:br/>
        <w:t>4. ช่วงหลังเปิดตัวรุ่นใหม่: รุ่นของปีก่อนหน้าจะถูกปรับราคาลงอย่างเป็นทางการ</w:t>
        <w:br/>
        <w:br/>
        <w:t>ข่าวลือเรื่องราคาที่จะสูงขึ้นนี้สำคัญอย่างไร? มันหมายความว่าราคาตั้งต้นของรุ่นใหม่ที่สูงขึ้น อาจจะดึงให้ราคาของรุ่นเก่าในแต่ละช่วงของวัฏจักรสูงตามไปด้วย ทำให้ส่วนลดที่เราเคยคาดหวังอาจจะน้อยลง</w:t>
        <w:br/>
        <w:br/>
        <w:t>ดังนั้น การวางแผนซื้อโดยจับจังหวะช่วงล้างสต็อก หรือช่วงที่รุ่นก่อนหน้าเพิ่งปรับราคาลง อาจจะกลายเป็นกลยุทธ์ที่สำคัญกว่าเดิมในการคุมงบประมาณครับ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คุณวางแผนจะอัปเกรด iPhone เครื่องต่อไปเมื่อไหร่ครับ? รอซื้อรุ่นใหม่เลย หรือรอรุ่นเก่าลดราคา? คอมเมนต์บอกหน่อยครับ</w:t>
      </w:r>
    </w:p>
    <w:p>
      <w:pPr>
        <w:spacing w:before="0" w:after="40"/>
      </w:pPr>
      <w:r>
        <w:rPr>
          <w:rFonts w:ascii="Arial" w:hAnsi="Arial"/>
          <w:b w:val="0"/>
          <w:i/>
          <w:color w:val="888888"/>
          <w:sz w:val="16"/>
        </w:rPr>
        <w:t>⏱ 60s  📰 Droidsans  #iPhone16 #ราคาไอโฟน #Apple #วางแผนการเงิน #รอบรู้ไอที  💡 Decoding Apple's Pricing Cycle for Strategic Upgrades: เปลี่</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พลาดข้อความ LINE สำคัญจากลูกค้าหรือหัวหน้าบ่อยไหมครับ? ปัญหานี้อาจกระทบกับงานของคุณโดยตรง มาเช็ค 3 จุดนี้ใน iPhone ด่วนใน 1 นาที</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สำหรับคนทำงานอย่างเรา การพลาดการแจ้งเตือน LINE สำคัญๆ ไม่ใช่แค่เรื่องน่ารำคาญ แต่อาจหมายถึงการพลาดโอกาสทางธุรกิจ หรือการสื่อสารที่ผิดพลาดกับทีมได้เลยครับ เรามาทำ 'Communication Reliability Audit' หรือการตรวจสอบความน่าเชื่อถือของเครื่องมือสื่อสารหลักของเรากัน</w:t>
        <w:br/>
        <w:br/>
        <w:t>เช็คด่วน 3 จุดนี้เลยครับ:</w:t>
        <w:br/>
        <w:t>1. การตั้งค่าแจ้งเตือนพื้นฐาน: ไปที่ Settings &gt; LINE &gt; Notifications เช็คให้แน่ใจว่า Allow Notifications เปิดอยู่ และเปิดรูปแบบการเตือนครบทั้งสามอย่างคือ Lock Screen, Notification Center และ Banners</w:t>
        <w:br/>
        <w:br/>
        <w:t>2. Background App Refresh: จุดนี้หลายคนมองข้าม ไปที่ Settings &gt; General &gt; Background App Refresh แล้วเลื่อนหา LINE ตรวจสอบว่าเปิดอยู่ เพื่อให้แอปสามารถรับข้อมูลใหม่ได้แม้เราไม่ได้เปิดใช้งานอยู่</w:t>
        <w:br/>
        <w:br/>
        <w:t>3. โหมดโฟกัส (Focus Mode): บางทีเราอาจจะเปิดโหมด 'Work' หรือ 'Do Not Disturb' ค้างไว้โดยไม่ตั้งใจ ลองปัดหน้าจอจากมุมขวาบนลงมาดูสถานะโหมดโฟกัส และเข้าไปตั้งค่าในแต่ละโหมดเพื่ออนุญาตการแจ้งเตือนจาก LINE โดยเฉพาะ</w:t>
        <w:br/>
        <w:br/>
        <w:t>การตรวจสอบนี้ใช้เวลาไม่ถึงนาที แต่ช่วยให้คุณมั่นใจได้ว่า iPhone ของคุณพร้อมสำหรับการทำงานเต็มร้อย ไม่พลาดทุกการติดต่อที่สำคัญครับ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มีใครเคยเจอปัญหานี้แล้วแก้ด้วยวิธีอื่นไหมครับ? มาแชร์ทริคกันในคอมเมนต์ได้เลย</w:t>
      </w:r>
    </w:p>
    <w:p>
      <w:pPr>
        <w:spacing w:before="0" w:after="40"/>
      </w:pPr>
      <w:r>
        <w:rPr>
          <w:rFonts w:ascii="Arial" w:hAnsi="Arial"/>
          <w:b w:val="0"/>
          <w:i/>
          <w:color w:val="888888"/>
          <w:sz w:val="16"/>
        </w:rPr>
        <w:t>⏱ 50s  📰 ครูหนึ่งสอนดี  #iPhoneTips #LINE #สอนใช้ไอโฟน #มนุษย์เงินเดือน #ทำงาน  💡 Communication Reliability Audit for Professionals: ยกระดับทิ</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เคยสงสัยมั้ยครับ ทำไม Apple ไม่เคยทำ ‘iPhone Photographer Kit’ แบบจริงจัง ทั้งที่กล้องก็โปรขนาดนี้?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เห็นข่าวค่ายอื่นทำ Photographer Kit แล้วน่าสนใจมาก แต่สำหรับ Apple ที่เน้นความ Minimalist ผมว่าเค้ามองอีกแบบครับ ปรัชญาของเค้าคือตัว iPhone 15 Pro เนี่ย มันคือ 'Kit' ในตัวเองอยู่แล้ว ทั้งการถ่าย Apple ProRAW, วิดีโอ ProRes Log, ระบบจัดการสี ACES, และ Ecosystem ที่เชื่อมต่อกับ Mac และ iPad ได้แบบไร้รอยต่อ</w:t>
        <w:br/>
        <w:br/>
        <w:t>แต่ถ้าจะมี Kit จริงๆ มันต้องไม่ใช่แค่เคสกับเลนส์เสริม มันต้องเป็นอุปกรณ์ที่ยกระดับ workflow ได้จริง เช่น Grip ที่มีปุ่มชัตเตอร์และวงแหวนปรับค่าได้แบบกล้องจริง, ระบบ Mount ฟิลเตอร์ ND แบบแม่เหล็กที่ทำงานร่วมกับ LiDAR ได้, หรืออาจจะเป็น SSD Enclosure ที่ออกแบบมาให้ประกบติดกับเครื่องเพื่อถ่าย Log 4K 60fps ได้โดยตรงเลย</w:t>
        <w:br/>
        <w:br/>
        <w:t>นี่คือสิ่งที่ช่างภาพจริงๆ ต้องการ ไม่ใช่แค่ของสวยงาม แต่คือเครื่องมือที่ทำให้งานเร็วขึ้นและดีขึ้นครับ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 Apple ทำ Photographer Kit จริงๆ คุณอยากได้อะไรในนั้นบ้าง? comment มาคุยกัน! และ save คลิปนี้ไว้เลย เดี๋ยวมาเจาะลึกอุปกรณ์เสริมที่ช่างภาพต้องมีครับ</w:t>
      </w:r>
    </w:p>
    <w:p>
      <w:pPr>
        <w:spacing w:before="0" w:after="40"/>
      </w:pPr>
      <w:r>
        <w:rPr>
          <w:rFonts w:ascii="Arial" w:hAnsi="Arial"/>
          <w:b w:val="0"/>
          <w:i/>
          <w:color w:val="888888"/>
          <w:sz w:val="16"/>
        </w:rPr>
        <w:t>⏱ 65s  📰 Droidsans  #iPhonePhotography #ApplePro #ShotOniPhone #ช่างภาพ #อุปกรณ์ถ่ายภาพ  💡 Leverages the viral concept of a 'Photographer Kit' from a c</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ช่างภาพสายโปร: ซื้อ iPhone 15 Pro Max ตอนนี้ หรือรอ 16 Pro ดี? คำตอบสำหรับงานจริงจังอาจไม่ใช่อย่างที่คิดครับ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ถ้ามองในมุมช่างภาพมืออาชีพ ความเสถียรของเครื่องมือสำคัญที่สุดครับ ตอนนี้ iPhone 15 Pro Max คือระบบที่ 'สมบูรณ์' และ 'พิสูจน์แล้ว' เราเข้าใจศักยภาพเซ็นเซอร์, รู้จัก Dynamic Range ของมัน, และมี Workflow สำหรับไฟล์ ProRAW และ Log ที่นิ่งแล้ว อุปกรณ์เสริมอย่างเคส, ฟิลเตอร์, กิมบอล ก็มีให้เลือกครบและทดสอบกันมาหมดแล้ว</w:t>
        <w:br/>
        <w:br/>
        <w:t>ในขณะที่ iPhone 16 Pro ที่มีข่าวลือว่าจะมาพร้อมเซ็นเซอร์ใหม่หรือเทคโนโลยีใหม่ๆ มันยังมีความไม่แน่นอนอยู่ สำหรับงานที่ต้องการความน่าเชื่อถือ 100% การรอของใหม่หมายถึงการต้องไปเริ่มเรียนรู้ข้อดีข้อจำกัดกันใหม่หมด และอาจต้องรออุปกรณ์เสริมที่รองรับอีกพักใหญ่</w:t>
        <w:br/>
        <w:br/>
        <w:t>ดังนั้น สำหรับคนที่ต้องใช้ถ่ายงานหาเงินทุกวัน การเลือก iPhone 15 Pro Max ตอนนี้คือการลงทุนในเครื่องมือที่ไว้ใจได้ ไม่ใช่การตกรุ่น แต่เป็นการเลือกความชัวร์ครับ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15 Pro Max ถ่ายงานจริงจังอยู่บ้าง? กด save คลิปนี้ไว้ก่อน เดี๋ยวผมทำเปรียบเทียบ workflow ระหว่างรุ่นให้ดูชัดๆ ครับ</w:t>
      </w:r>
    </w:p>
    <w:p>
      <w:pPr>
        <w:spacing w:before="0" w:after="40"/>
      </w:pPr>
      <w:r>
        <w:rPr>
          <w:rFonts w:ascii="Arial" w:hAnsi="Arial"/>
          <w:b w:val="0"/>
          <w:i/>
          <w:color w:val="888888"/>
          <w:sz w:val="16"/>
        </w:rPr>
        <w:t>⏱ 60s  📰 Droidsans  #iPhone15ProMax #iPhone16Pro #AppleProRAW #ช่างภาพมืออาชีพ #ถ่ายวิดีโอ  💡 Reframes the 'buy now vs. wait' debate from a price/FOMO per</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กล้อง iPhone Pro ของคุณ จะ 'หมดสภาพโปร' เมื่อไหร่? ไม่ใช่ตอนที่ Apple เลิกซัพพอร์ต แต่เป็นตอนที่มันฉุด workflow ของคุณครับ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ข่าวเรื่อง iPhone รุ่นเก่าเข้าศูนย์ไม่ได้อาจจะน่ากลัว แต่สำหรับช่างภาพ คำว่า 'หมดสภาพ' มันมีความหมายลึกกว่านั้นครับ มันไม่ได้วัดกันที่ปีที่ออก แต่วัดกันที่ Performance ในงานจริง</w:t>
        <w:br/>
        <w:br/>
        <w:t>จุดชี้วัดที่หนึ่ง: การจัดการไฟล์ ProRAW ขนาด 48MP คุณยังสามารถเปิดแก้ไฟล์ แต่งสี export ได้ลื่นไหลบนเครื่องอยู่มั้ย? ถ้าเริ่มหน่วงจนหงุดหงิด นั่นคือสัญญาณแรก</w:t>
        <w:br/>
        <w:br/>
        <w:t>จุดที่สอง: คุณภาพไฟล์ในสภาพแสงท้าทาย เซ็นเซอร์ของ iPhone 13 Pro ตอนนั้นว่าดีแล้ว แต่พอเทียบ Dynamic Range และ Noise ในที่แสงน้อยกับ iPhone 15 Pro มันเห็นความต่างชัดเจน ถ้าไฟล์ของคุณเริ่มสู้รุ่นใหม่ไม่ได้ นั่นคือสัญญาณที่สอง</w:t>
        <w:br/>
        <w:br/>
        <w:t>และจุดตัดสินเลยสำหรับสายวิดีโอ: Codec ครับ iPhone 13 Pro มี ProRes แต่ 15 Pro มี ProRes Log และระบบสี ACES ซึ่งเป็นมาตรฐานงานโปรดักชันระดับโลก ถ้าลูกค้าเริ่มขอไฟล์ Log แล้วคุณให้ไม่ได้ นั่นคือจุดที่เครื่องของคุณ 'หมดสภาพโปร' สำหรับงานนั้นแล้วครับ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Workflow ของคุณเริ่มช้าเพราะ iPhone รุ่นเก่ารึยัง? กด save คลิปนี้ไว้เลย เดี๋ยวคลิปหน้ามาดูกันว่าแต่ละรุ่นยังไหวกับงานแบบไหนบ้าง</w:t>
      </w:r>
    </w:p>
    <w:p>
      <w:pPr>
        <w:spacing w:before="0" w:after="40"/>
      </w:pPr>
      <w:r>
        <w:rPr>
          <w:rFonts w:ascii="Arial" w:hAnsi="Arial"/>
          <w:b w:val="0"/>
          <w:i/>
          <w:color w:val="888888"/>
          <w:sz w:val="16"/>
        </w:rPr>
        <w:t>⏱ 70s  📰 อาตี๋รีวิว  #iPhonePro #ProWorkflow #Videography #AppleProRes #ช่างภาพ  💡 Transforms a general 'vintage product' news item into a prof</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มีงบไม่ถึงหมื่นห้าอยากได้ iPhone มือสอง? ต้องฟังเรื่องนี้ก่อน! ไม่งั้นอาจเสียเงินฟรีแบบไม่รู้ตัว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เดี๋ยวนี้ iPhone มือสองราคาดีมีเยอะมาก แต่มีกับดักนึงที่คนงบน้อยต้องระวังสุดๆ คือ 'iPhone รุ่นเก่ามากๆ' ครับ ล่าสุดมีข่าวจากอาตี๋รีวิวเตือนว่า Apple เค้าจะทยอยประกาศให้ iPhone รุ่นเก่าๆ บางรุ่นเข้าสถานะ Vintage คือจะส่งซ่อมที่ศูนย์บริการทางการไม่ได้อีกต่อไป ถ้าเครื่องพังขึ้นมา ก็เหมือนที่ทับกระดาษดีๆ นี่เอง ดังนั้น แทนที่จะไปเสี่ยงกับรุ่นที่เก่าเกินไป ลองขยับงบอีกนิดมองหา iPhone 13 มือสองดีกว่าครับ ยังใช้งานได้อีกยาวๆ อัปเดตได้อีกหลายปี สบายใจกว่าเยอะ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ใครกำลังเล็ง iPhone มือสองรุ่นไหนอยู่? คอมเมนต์งบมา เดี๋ยวช่วยดูให้ว่าเสี่ยงไปมั้ย</w:t>
      </w:r>
    </w:p>
    <w:p>
      <w:pPr>
        <w:spacing w:before="0" w:after="40"/>
      </w:pPr>
      <w:r>
        <w:rPr>
          <w:rFonts w:ascii="Arial" w:hAnsi="Arial"/>
          <w:b w:val="0"/>
          <w:i/>
          <w:color w:val="888888"/>
          <w:sz w:val="16"/>
        </w:rPr>
        <w:t>⏱ 48s  📰 อาตี๋รีวิว  #ไอโฟนมือสอง #เตือนภัย #ซื้อมือถือ #iphone13 #เรื่องไอที  💡 second_hand_risk_management - ไม่ใช่แค่รายงานข่าวว่ารุ่นไหนเ</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มือหนึ่งถูกสุด 21,000 บาท! แล้วถ้าเรามีงบแค่ 15,000 ล่ะ? จะซื้ออะไรได้บ้าง มาดูกัน!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เห็นข่าวจาก Droidsans บอกว่าตอนนี้ iPhone มือหนึ่งเครื่องใหม่แกะกล่อง มีราคาเริ่มต้นที่ประมาณ 21,000 บาทแล้วนะ ซึ่งถือว่าดีมากๆ แต่ก็เข้าใจว่าสำหรับบางคนอาจจะยังสูงไปนิดนึง คำถามคือ ถ้างบเราอยู่ที่หมื่นกลางๆ หรือประมาณ 15,000 บาท เราจะได้อะไรที่คุ้มที่สุด? คำตอบคือ iPhone 13 มือสองสภาพดีครับ! กล้องยังสวย ชิปยังแรง ใช้ได้ยาวๆ แน่นอน อาจจะไม่ได้ฟีลแกะกล่อง แต่ประหยัดเงินไปได้หลายพันเลยนะ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ถ้ามีงบ 15,000 คุณจะเลือก iPhone 13 มือสอง หรือเก็บเงินเพิ่มเอาเครื่องใหม่? คอมเมนต์งบของคุณมาเลย เดี๋ยวช่วยเลือก!</w:t>
      </w:r>
    </w:p>
    <w:p>
      <w:pPr>
        <w:spacing w:before="0" w:after="40"/>
      </w:pPr>
      <w:r>
        <w:rPr>
          <w:rFonts w:ascii="Arial" w:hAnsi="Arial"/>
          <w:b w:val="0"/>
          <w:i/>
          <w:color w:val="888888"/>
          <w:sz w:val="16"/>
        </w:rPr>
        <w:t>⏱ 42s  📰 Droidsans  #ไอโฟนราคาถูก #งบน้อย #iphone13 #ผ่อนไอโฟน #ไอโฟนมือ1  💡 budget_reality_check - ไม่ใช่แค่แจ้งราคาเริ่มต้น แต่เป็นการย</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คิดจะรอ iPhone รุ่นใหม่เปิดตัวให้ราคาลง? ระวังจะคิดผิด! ข่าวลือบอกว่าซื้อ 'ตอนนี้' อาจจะคุ้มที่สุดแล้ว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ใครที่กำลังลังเลว่าจะซื้อ iPhone ตอนนี้ดีมั้ย หรือจะรอรุ่นใหม่เปิดตัวก่อนดี เผื่อราคาจะลง...ต้องฟังทางนี้เลยครับ มีข่าวลือจาก Droidsans วิเคราะห์ว่า มีความเป็นไปได้ที่ iPhone รุ่นใหม่อาจจะปรับราคาสูงขึ้น! ซึ่งถ้าเป็นแบบนั้นจริง การรออาจจะไม่ใช่คำตอบที่ดีที่สุด เพราะราคารุ่นปัจจุบันอาจจะไม่ได้ลดลงเยอะอย่างที่คิด หรืออาจจะไม่ลดเลยก็ได้ ดังนั้น ถ้าตอนนี้เจอดีลดีๆ ของรุ่นที่เล็งไว้ เช่น iPhone 14 หรือ 15 ในราคาที่รับได้ การตัดสินใจซื้อเลยอาจจะเป็นจังหวะที่ฉลาดที่สุดแล้วครับ ย้ำว่านี่ยังเป็นแค่การคาดการณ์นะ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ใครกำลังลังเลอยู่ คอมเมนต์รุ่นที่เล็งไว้กับงบมา เดี๋ยวช่วยวิเคราะห์ให้ว่าจังหวะนี้ควรจัดเลยมั้ย!</w:t>
      </w:r>
    </w:p>
    <w:p>
      <w:pPr>
        <w:spacing w:before="0" w:after="40"/>
      </w:pPr>
      <w:r>
        <w:rPr>
          <w:rFonts w:ascii="Arial" w:hAnsi="Arial"/>
          <w:b w:val="0"/>
          <w:i/>
          <w:color w:val="888888"/>
          <w:sz w:val="16"/>
        </w:rPr>
        <w:t>⏱ 50s  📰 Droidsans  #ราคาไอโฟน #ซื้อไอโฟน #ข่าวไอที #iphone14 #iphone15  💡 preemptive_budget_strategy - เปลี่ยนจากการรอคอยราคาลดตามปกติ</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ของผู้บริหารที่เข้าศูนย์ไม่ได้ อาจไม่ใช่แค่เรื่องซ่อม แต่คือความเสี่ยงด้านความปลอดภัยของข้อมูลทั้งองค์กร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ล่าสุดมีรายงานข่าวว่า Apple ได้ประกาศให้ iPhone บางรุ่นเข้าสู่สถานะ 'Vintage' ซึ่งหมายความว่าการหาอะไหล่เพื่อซ่อมจะทำได้ยาก หรือทำไม่ได้เลยที่ศูนย์บริการ</w:t>
        <w:br/>
        <w:br/>
        <w:t>สำหรับผู้บริหาร ประเด็นนี้สำคัญกว่าเรื่องความไม่สะดวก เพราะเมื่ออุปกรณ์เข้าสู่สถานะนี้ ก็มักจะหมายถึงจุดสิ้นสุดของการอัปเดตความปลอดภัยด้วยเช่นกัน</w:t>
        <w:br/>
        <w:br/>
        <w:t>การใช้ iPhone ที่ไม่ได้รับแพตช์ความปลอดภัยล่าสุด ก็เปรียบเสมือนการเปิดประตูหลังให้ผู้ไม่หวังดีเข้าถึงข้อมูลที่ละเอียดอ่อนได้ ไม่ว่าจะเป็นอีเมลเชิงกลยุทธ์, ข้อมูลทางการเงิน หรือข้อมูลลูกค้าระดับสูงที่อยู่ในเครื่อง</w:t>
        <w:br/>
        <w:br/>
        <w:t>ดังนั้น นี่จึงเป็นสัญญาณสำคัญสำหรับองค์กรในการทบทวนนโยบายการจัดการวงจรชีวิตอุปกรณ์ (Device Lifecycle Management) เพื่อให้แน่ใจว่าผู้บริหารและทีมงานสำคัญได้ใช้อุปกรณ์ที่ทันสมัยและปลอดภัยอยู่เสมอ</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เราไว้ เพื่อให้แน่ใจว่าอุปกรณ์ Apple ของทีมคุณเป็นเครื่องมือสร้างความได้เปรียบทางธุรกิจ ไม่ใช่จุดอ่อนด้านความปลอดภัย</w:t>
      </w:r>
    </w:p>
    <w:p>
      <w:pPr>
        <w:spacing w:before="0" w:after="40"/>
      </w:pPr>
      <w:r>
        <w:rPr>
          <w:rFonts w:ascii="Arial" w:hAnsi="Arial"/>
          <w:b w:val="0"/>
          <w:i/>
          <w:color w:val="888888"/>
          <w:sz w:val="16"/>
        </w:rPr>
        <w:t>⏱ 65s  📰 อาตี๋รีวิว  #iPhoneSecurity #ผู้บริหาร #CyberSecurity #AppleForBusiness #ความปลอดภัย  💡 Executive Device Lifecycle &amp; Security: ยกระดับข่าว 'เข้าศูนย</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มือถือผู้บริหารค้าง อาจไม่ใช่แค่เครื่องรวน แต่อาจเป็นสัญญาณของการโจมตีทางไซเบอร์ที่พุ่งเป้ามาที่คุณโดยตรง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มีรายงานที่น่าสนใจระบุว่า อาการเครื่องค้างหรือทำงานผิดปกติ อาจไม่ใช่แค่ปัญหาซอฟต์แวร์ แต่อาจเป็นผลมาจากการถูกควบคุมระยะไกลโดยแฮกเกอร์</w:t>
        <w:br/>
        <w:br/>
        <w:t>สำหรับผู้บริหารซึ่งเป็นเป้าหมายมูลค่าสูง (High-Value Target) ประเด็นนี้ต้องให้ความสำคัญเป็นพิเศษ เพราะสมาร์ทโฟนคือศูนย์กลางข้อมูลสำคัญขององค์กร ตั้งแต่แผนกลยุทธ์ไปจนถึงการเข้าถึงระบบภายใน</w:t>
        <w:br/>
        <w:br/>
        <w:t>ข้อควรสังเกตคือ หากเครื่องเริ่มค้างโดยไม่มีสาเหตุชัดเจน แบตเตอรี่หมดเร็วกว่าปกติ หรือมีการใช้งานข้อมูลอินเทอร์เน็ตสูงผิดสังเกต นี่อาจไม่ใช่เรื่องบังเอิญ</w:t>
        <w:br/>
        <w:br/>
        <w:t>แทนที่จะรีสตาร์ทเครื่องแล้วใช้งานต่อตามปกติ แนวทางปฏิบัติที่ดีที่สุดสำหรับผู้บริหารคือการหยุดใช้งานและแจ้งทีมความปลอดภัยไอทีขององค์กรทันทีเพื่อทำการตรวจสอบ เพราะการตอบสนองที่รวดเร็วอาจช่วยยับยั้งความเสียหายต่อองค์กรได้อย่างมหาศาล</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ไว้เพื่ออัปเดตภัยไซเบอร์ล่าสุด และวิธีป้องกันสำหรับผู้บริหารที่ใช้ Apple ecosystem</w:t>
      </w:r>
    </w:p>
    <w:p>
      <w:pPr>
        <w:spacing w:before="0" w:after="40"/>
      </w:pPr>
      <w:r>
        <w:rPr>
          <w:rFonts w:ascii="Arial" w:hAnsi="Arial"/>
          <w:b w:val="0"/>
          <w:i/>
          <w:color w:val="888888"/>
          <w:sz w:val="16"/>
        </w:rPr>
        <w:t>⏱ 70s  📰 ครูหนึ่งสอนดี  #CyberSecurity #ผู้บริหาร #iPhoneTips #แฮกเกอร์ #AppleForBusiness  💡 Executive-Level Threat Identification: เปลี่ยนประเด็น 'มือถื</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มีข่าวลือว่า iPhone 18 อาจปรับราคาขึ้น สำหรับองค์กร นี่ไม่ใช่แค่เรื่องงบประมาณ แต่คือการประเมิน 'ต้นทุนของการรอคอย' (Cost of Delay)</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ตามรายงานข่าวลือล่าสุด มีแนวโน้มว่า iPhone รุ่นในอนาคตอาจมีการปรับราคาที่สูงขึ้น แต่มุมมองสำหรับผู้นำองค์กรไม่ได้อยู่ที่การซื้อเพื่อประหยัดเงิน แต่อยู่ที่การลงทุนเพื่อรักษาความได้เปรียบในการแข่งขัน</w:t>
        <w:br/>
        <w:br/>
        <w:t>การชะลอการอัปเกรดอุปกรณ์ของทีมบริหารและทีมงานหลัก อาจมีต้นทุนแฝงที่สูงกว่าส่วนต่างของราคาเครื่อง การพลาดโอกาสในการใช้เทคโนโลยีใหม่ๆ เช่น ชิปประมวลผลที่เร็วขึ้นสำหรับแอปวิเคราะห์ข้อมูล หรือความสามารถด้าน AI ที่จะมาในอนาคต อาจหมายถึงการทำงานที่ช้าลงและการตัดสินใจที่ล่าช้ากว่าคู่แข่ง</w:t>
        <w:br/>
        <w:br/>
        <w:t>ดังนั้น การวางแผนจัดซื้อในปัจจุบัน จึงไม่ใช่แค่การตอบสนองต่อข่าวลือ แต่เป็นการตัดสินใจเชิงกลยุทธ์ ว่าการลงทุนในเครื่องมือที่ดีที่สุดสำหรับทีมในวันนี้ จะสร้างผลตอบแทนและความคล่องตัวให้องค์กรในวันข้างหน้าได้อย่างไร</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เราเพื่อวิเคราะห์กลยุทธ์และ ROI ของเทคโนโลยี Apple สำหรับองค์กรของคุณโดยเฉพาะ</w:t>
      </w:r>
    </w:p>
    <w:p>
      <w:pPr>
        <w:spacing w:before="0" w:after="40"/>
      </w:pPr>
      <w:r>
        <w:rPr>
          <w:rFonts w:ascii="Arial" w:hAnsi="Arial"/>
          <w:b w:val="0"/>
          <w:i/>
          <w:color w:val="888888"/>
          <w:sz w:val="16"/>
        </w:rPr>
        <w:t>⏱ 60s  📰 Droidsans  #AppleForBusiness #iPhone18 #ผู้บริหาร #การลงทุน #กลยุทธ์ธุรกิจ  💡 Maintaining Competitive Advantage through Technology Refresh</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Ultra อาจไม่ได้เป็นแค่ข่าวลืออีกต่อไป! เพราะมีรายละเอียดใหม่หลุดออกมาแล้วว่า Apple อาจจะเปิดตัวรุ่นท็อปสุดใหม่ พร้อมกับ iPhone 18 Pro!</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มีรายงานล่าสุดจาก MacRumors ครับ ว่า Apple กำลังพิจารณาเปิดตัวไลน์อัพใหม่ที่ชื่อว่า 'iPhone Ultra' ซึ่งจะอยู่เหนือรุ่น Pro Max ขึ้นไปอีก! ข้อมูลที่หลุดมาบอกว่ามันอาจจะมาพร้อมดีไซน์ใหม่หมดจด, กล้องที่ดีกว่ารุ่น Pro แบบก้าวกระโดด, และอาจจะมีชิปที่แรงเป็นพิเศษด้วยครับ</w:t>
        <w:br/>
        <w:br/>
        <w:t>คาดกันว่า iPhone 18 Pro ก็จะได้รับการอัปเกรดใหญ่เช่นกัน แต่ Ultra จะเป็นรุ่นที่จัดเต็มเทคโนโลยีที่สุดเท่าที่ Apple เคยทำมาเลยครับ! แต่ย้ำก่อนนะว่าทั้งหมดนี้ยังเป็นแค่ข่าวลือที่ยังไม่ได้รับการยืนยันนะครับ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ใครกำลังรอ iPhone รุ่นท็อปสุดๆ อยู่บ้าง? คอมเมนต์บอกหน่อย แล้วกด follow ไว้เลย ถ้ามีข้อมูลใหม่หลุดมาอีกจะรีบมาอัปเดตทันที!</w:t>
      </w:r>
    </w:p>
    <w:p>
      <w:pPr>
        <w:spacing w:before="0" w:after="40"/>
      </w:pPr>
      <w:r>
        <w:rPr>
          <w:rFonts w:ascii="Arial" w:hAnsi="Arial"/>
          <w:b w:val="0"/>
          <w:i/>
          <w:color w:val="888888"/>
          <w:sz w:val="16"/>
        </w:rPr>
        <w:t xml:space="preserve">⏱ 48s  📰 MacRumors  #iPhone18 #iPhoneUltra #AppleLeaks #ข่าวไอที #ไอโฟน  💡 วิเคราะห์การเปลี่ยนแปลงไลน์อัพสินค้า (Product Lineup Shift) </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คุณอาจยังไม่รู้ว่า Apple กำลังซุ่มพัฒนา AirPods ที่มีกล้องในตัว! และนี่คือข้อมูลหลุดล่าสุดที่ชัดที่สุดเท่าที่เคยมีมา!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เรื่องจริงครับ! ตามรายงานจาก 9to5Mac มีข่าวลือหนาหูว่า Apple กำลังทดลอง AirPods รุ่นใหม่ที่ฝังกล้องขนาดเล็กไว้ที่ตัวหูฟังเลยครับ! ลองนึกภาพตามนะว่าเราอาจจะใช้มันถ่ายวิดีโอมุมมองบุคคลที่หนึ่ง หรือใช้ AI ช่วยวิเคราะห์สิ่งที่เราเห็นได้แบบ real-time เลย</w:t>
        <w:br/>
        <w:br/>
        <w:t>แหล่งข่าวบอกว่าโปรเจกต์นี้ยังอยู่ในขั้นพัฒนา แต่การที่มีข้อมูลหลุดออกมาเรื่อยๆ แบบนี้ก็แปลว่ามีความเป็นไปได้สูงมากที่เราจะได้เห็นอุปกรณ์ชิ้นนี้ในอนาคตครับ แต่แน่นอนว่ายังไม่มีการยืนยันจาก Apple นะครับ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อยากได้มั้ย AirPods ติดกล้อง? คิดว่าจะเอาไปทำอะไรกัน? กด follow ไว้เลย อัปเดตทุกครั้งที่มีข่าวใหม่!</w:t>
      </w:r>
    </w:p>
    <w:p>
      <w:pPr>
        <w:spacing w:before="0" w:after="40"/>
      </w:pPr>
      <w:r>
        <w:rPr>
          <w:rFonts w:ascii="Arial" w:hAnsi="Arial"/>
          <w:b w:val="0"/>
          <w:i/>
          <w:color w:val="888888"/>
          <w:sz w:val="16"/>
        </w:rPr>
        <w:t>⏱ 45s  📰 9to5Mac  #AirPods #Apple #Gadget #ข่าวลือ #เทคโนโลยี  💡 นำเสนอข่าวลือในมุมของการ 'สร้างตลาดใหม่' (Category Creation)</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ชิป A20 Pro ใน iPhone รุ่นใหม่จะแรงขนาดไหน? มีคนวงในปล่อยข้อมูลความเร็วล่าสุดออกมาแล้ว บอกเลยว่าน่าทึ่งมาก!</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ใครที่เป็นสาย Performance ต้องฟังทางนี้เลย! มีรายงานจาก 9to5Mac อ้างอิงข้อมูลจาก leaker ที่น่าเชื่อถือว่า ชิป A20 Pro ที่คาดว่าจะอยู่ใน iPhone รุ่นใหม่ จะมีการปรับปรุงประสิทธิภาพครั้งใหญ่ โดยเฉพาะด้าน Neural Engine ที่จะประมวลผล AI ได้เร็วกว่าเดิมหลายเท่า!</w:t>
        <w:br/>
        <w:br/>
        <w:t>นั่นหมายความว่าฟีเจอร์ AI ใหม่ๆ บน iOS จะทำงานได้ฉลาดขึ้น, การเล่นเกมจะลื่นไหลและมีกราฟิกที่สวยกว่าเดิม รวมถึงการประมวลผลรูปภาพและวิดีโอก็จะเร็วขึ้นแบบรู้สึกได้เลยครับ! แต่ทั้งหมดนี้ยังเป็นข้อมูลที่ยังไม่เป็นทางการนะครับ ต้องรอ Apple ประกาศอีกที</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ใครรอชิปใหม่แรงๆ บ้าง? กดติดตามไว้เลย มีข้อมูลสเปคหลุดมาอีกเมื่อไหร่ รู้ก่อนใครแน่นอน!</w:t>
      </w:r>
    </w:p>
    <w:p>
      <w:pPr>
        <w:spacing w:before="0" w:after="40"/>
      </w:pPr>
      <w:r>
        <w:rPr>
          <w:rFonts w:ascii="Arial" w:hAnsi="Arial"/>
          <w:b w:val="0"/>
          <w:i/>
          <w:color w:val="888888"/>
          <w:sz w:val="16"/>
        </w:rPr>
        <w:t>⏱ 50s  📰 9to5Mac  #ชิปA20 #iPhoneLeaks #Apple #ไอโฟน #TechNews  💡 เจาะลึกข่าวลือที่แกนกลางของประสิทธิภาพ (Core Performance Dee</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