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80"/>
      </w:pPr>
      <w:r>
        <w:rPr>
          <w:rFonts w:ascii="Arial" w:hAnsi="Arial"/>
          <w:b/>
          <w:i w:val="0"/>
          <w:color w:val="1A1A2E"/>
          <w:sz w:val="40"/>
        </w:rPr>
        <w:t>🚀 TikTok Farming — Script Report</w:t>
      </w:r>
    </w:p>
    <w:p>
      <w:pPr>
        <w:spacing w:before="0" w:after="40"/>
      </w:pPr>
      <w:r>
        <w:rPr>
          <w:rFonts w:ascii="Arial" w:hAnsi="Arial"/>
          <w:b w:val="0"/>
          <w:i w:val="0"/>
          <w:color w:val="666666"/>
          <w:sz w:val="18"/>
        </w:rPr>
        <w:t>Run: 19 Aug 2026  09:12 ICT  •  18 scripts  •  6 clusters  •  Gemini 2.5 Pro</w:t>
      </w:r>
    </w:p>
    <w:p>
      <w:pPr>
        <w:spacing w:before="80" w:after="80"/>
        <w:pBdr>
          <w:bottom w:val="single" w:sz="4" w:space="1" w:color="7c4dff"/>
        </w:pBdr>
      </w:pPr>
    </w:p>
    <w:p>
      <w:pPr>
        <w:spacing w:before="240" w:after="0"/>
      </w:pPr>
    </w:p>
    <w:p>
      <w:pPr>
        <w:spacing w:before="40" w:after="40"/>
        <w:shd w:val="clear" w:color="auto" w:fill="EDE7F6"/>
      </w:pPr>
      <w:r>
        <w:rPr>
          <w:rFonts w:ascii="Arial" w:hAnsi="Arial"/>
          <w:b/>
          <w:i w:val="0"/>
          <w:color w:val="8E24AA"/>
          <w:sz w:val="26"/>
        </w:rPr>
        <w:t xml:space="preserve">  🎮  Gen Z / นักเรียน</w:t>
      </w:r>
    </w:p>
    <w:p>
      <w:pPr>
        <w:spacing w:before="40" w:after="0"/>
      </w:pPr>
    </w:p>
    <w:p>
      <w:pPr>
        <w:spacing w:before="160" w:after="40"/>
      </w:pPr>
      <w:r>
        <w:rPr>
          <w:rFonts w:ascii="Arial" w:hAnsi="Arial"/>
          <w:b/>
          <w:i w:val="0"/>
          <w:color w:val="8E24AA"/>
          <w:sz w:val="18"/>
        </w:rPr>
        <w:t>Script 1 / 3</w:t>
      </w:r>
    </w:p>
    <w:p>
      <w:pPr>
        <w:spacing w:before="40" w:after="40"/>
        <w:shd w:val="clear" w:color="auto" w:fill="F3E5F5"/>
      </w:pPr>
      <w:r>
        <w:rPr>
          <w:rFonts w:ascii="Arial" w:hAnsi="Arial"/>
          <w:b/>
          <w:i w:val="0"/>
          <w:color w:val="6B2FA0"/>
          <w:sz w:val="16"/>
        </w:rPr>
        <w:t>🎣 Hook</w:t>
      </w:r>
    </w:p>
    <w:p>
      <w:pPr>
        <w:spacing w:before="0" w:after="80"/>
        <w:ind w:left="170"/>
      </w:pPr>
      <w:r>
        <w:rPr>
          <w:rFonts w:ascii="Arial" w:hAnsi="Arial"/>
          <w:b/>
          <w:i w:val="0"/>
          <w:sz w:val="22"/>
        </w:rPr>
        <w:t>เถียงกับที่บ้านเรื่องซื้อมือถือใหม่อยู่ปะ? ส่งคลิปนี้ให้ดูเลย จบ!</w:t>
      </w:r>
    </w:p>
    <w:p>
      <w:pPr>
        <w:spacing w:before="40" w:after="40"/>
        <w:shd w:val="clear" w:color="auto" w:fill="F3E5F5"/>
      </w:pPr>
      <w:r>
        <w:rPr>
          <w:rFonts w:ascii="Arial" w:hAnsi="Arial"/>
          <w:b/>
          <w:i w:val="0"/>
          <w:color w:val="6B2FA0"/>
          <w:sz w:val="16"/>
        </w:rPr>
        <w:t>📝 Body</w:t>
      </w:r>
    </w:p>
    <w:p>
      <w:pPr>
        <w:spacing w:before="0" w:after="80"/>
        <w:ind w:left="170"/>
      </w:pPr>
      <w:r>
        <w:rPr>
          <w:rFonts w:ascii="Arial" w:hAnsi="Arial"/>
          <w:b w:val="0"/>
          <w:i w:val="0"/>
          <w:sz w:val="20"/>
        </w:rPr>
        <w:t>คือเรื่องมันเป็นงี้! ตอนนี้ราคา iPhone 15 เครื่องใหม่มือหนึ่งแกะกล่อง มันไม่ได้แรงเหมือนตอนเปิดตัวแล้วนะเว้ย! ตามรายงานจากช่อง Droidsans คือราคาเริ่มต้นตอนนี้อยู่ที่ประมาณ 21,000 บาทเอง! ราคานี้คือคุยง่ายขึ้นเยอะเลย เป็นจังหวะที่แบบ...ควรโดนสุดๆ แล้วอะ ได้ใช้เครื่องใหม่ล่าสุด กล้องดี ชิปแรง เล่นเกมลื่นๆ ในราคาที่โคตรน่ารัก ใครที่เก็บเงินเองก็คือใกล้ถึงฝันละ นี่แหละจังหวะอัปเกรดที่ฉลาดที่สุดละ</w:t>
      </w:r>
    </w:p>
    <w:p>
      <w:pPr>
        <w:spacing w:before="40" w:after="40"/>
        <w:shd w:val="clear" w:color="auto" w:fill="E8EAF6"/>
      </w:pPr>
      <w:r>
        <w:rPr>
          <w:rFonts w:ascii="Arial" w:hAnsi="Arial"/>
          <w:b/>
          <w:i w:val="0"/>
          <w:color w:val="283593"/>
          <w:sz w:val="16"/>
        </w:rPr>
        <w:t>📣 CTA</w:t>
      </w:r>
    </w:p>
    <w:p>
      <w:pPr>
        <w:spacing w:before="0" w:after="80"/>
        <w:ind w:left="170"/>
      </w:pPr>
      <w:r>
        <w:rPr>
          <w:rFonts w:ascii="Arial" w:hAnsi="Arial"/>
          <w:b/>
          <w:i w:val="0"/>
          <w:sz w:val="20"/>
        </w:rPr>
        <w:t>ใครเล็งรุ่นไหนความจุเท่าไหร่กันอยู่ คอมเมนต์มาหน่อย! กด follow ไว้เลย เดี๋ยวมาแจกทริคเพิ่มให้</w:t>
      </w:r>
    </w:p>
    <w:p>
      <w:pPr>
        <w:spacing w:before="0" w:after="40"/>
      </w:pPr>
      <w:r>
        <w:rPr>
          <w:rFonts w:ascii="Arial" w:hAnsi="Arial"/>
          <w:b w:val="0"/>
          <w:i/>
          <w:color w:val="888888"/>
          <w:sz w:val="16"/>
        </w:rPr>
        <w:t>⏱ 40s  📰 Droidsans  #iPhone15 #ไอโฟน15 #โปรไอโฟน #นักเรียน #นักศึกษา  💡 Upgrade Justification: เปลี่ยนจากการแจ้งราคาถูกเฉยๆ ไปเป็นกา</w:t>
      </w:r>
    </w:p>
    <w:p>
      <w:pPr>
        <w:spacing w:before="80" w:after="80"/>
        <w:pBdr>
          <w:bottom w:val="single" w:sz="4" w:space="1" w:color="DDDDDD"/>
        </w:pBdr>
      </w:pPr>
    </w:p>
    <w:p>
      <w:pPr>
        <w:spacing w:before="160" w:after="40"/>
      </w:pPr>
      <w:r>
        <w:rPr>
          <w:rFonts w:ascii="Arial" w:hAnsi="Arial"/>
          <w:b/>
          <w:i w:val="0"/>
          <w:color w:val="8E24AA"/>
          <w:sz w:val="18"/>
        </w:rPr>
        <w:t>Script 2 / 3</w:t>
      </w:r>
    </w:p>
    <w:p>
      <w:pPr>
        <w:spacing w:before="40" w:after="40"/>
        <w:shd w:val="clear" w:color="auto" w:fill="F3E5F5"/>
      </w:pPr>
      <w:r>
        <w:rPr>
          <w:rFonts w:ascii="Arial" w:hAnsi="Arial"/>
          <w:b/>
          <w:i w:val="0"/>
          <w:color w:val="6B2FA0"/>
          <w:sz w:val="16"/>
        </w:rPr>
        <w:t>🎣 Hook</w:t>
      </w:r>
    </w:p>
    <w:p>
      <w:pPr>
        <w:spacing w:before="0" w:after="80"/>
        <w:ind w:left="170"/>
      </w:pPr>
      <w:r>
        <w:rPr>
          <w:rFonts w:ascii="Arial" w:hAnsi="Arial"/>
          <w:b/>
          <w:i w:val="0"/>
          <w:sz w:val="22"/>
        </w:rPr>
        <w:t>เพื่อนหาว่าเราหยิ่ง ตอบแชทช้า? อาจไม่ใช่ที่เรา แต่เป็นที่ iPhone แกนั่นแหละ!</w:t>
      </w:r>
    </w:p>
    <w:p>
      <w:pPr>
        <w:spacing w:before="40" w:after="40"/>
        <w:shd w:val="clear" w:color="auto" w:fill="F3E5F5"/>
      </w:pPr>
      <w:r>
        <w:rPr>
          <w:rFonts w:ascii="Arial" w:hAnsi="Arial"/>
          <w:b/>
          <w:i w:val="0"/>
          <w:color w:val="6B2FA0"/>
          <w:sz w:val="16"/>
        </w:rPr>
        <w:t>📝 Body</w:t>
      </w:r>
    </w:p>
    <w:p>
      <w:pPr>
        <w:spacing w:before="0" w:after="80"/>
        <w:ind w:left="170"/>
      </w:pPr>
      <w:r>
        <w:rPr>
          <w:rFonts w:ascii="Arial" w:hAnsi="Arial"/>
          <w:b w:val="0"/>
          <w:i w:val="0"/>
          <w:sz w:val="20"/>
        </w:rPr>
        <w:t>เคยปะ? โดนเพื่อนทักมาวีนว่าทำไมไม่อ่านไลน์ ทั้งที่เราก็อยู่เฉยๆ ไม่เห็นมีอะไรเด้งเลย! ปัญหานี้เจอบ่อยมาก แต่แก้โคตรง่าย ไม่ต้องถึงขั้นรีเซ็ตเครื่องเลยนะ ตามช่องครูหนึ่งสอนดี เค้าบอกให้เช็คไม่กี่จุดเอง อย่างแรกเลย ลองเข้าไปในการตั้งค่าของแอป LINE ก่อนเลย ว่าเปิดแจ้งเตือนไว้ป่าว? สองคือในการตั้งค่าของ iPhone เอง ว่าเราเผลอไปปิดแจ้งเตือนของ LINE หรือเปิดโหมดห้ามรบกวนอะไรค้างไว้มั้ย แค่นี้เอง ปัญหาสังคมอาจจะจบลงได้ง่ายๆ เลยนะ!</w:t>
      </w:r>
    </w:p>
    <w:p>
      <w:pPr>
        <w:spacing w:before="40" w:after="40"/>
        <w:shd w:val="clear" w:color="auto" w:fill="E8EAF6"/>
      </w:pPr>
      <w:r>
        <w:rPr>
          <w:rFonts w:ascii="Arial" w:hAnsi="Arial"/>
          <w:b/>
          <w:i w:val="0"/>
          <w:color w:val="283593"/>
          <w:sz w:val="16"/>
        </w:rPr>
        <w:t>📣 CTA</w:t>
      </w:r>
    </w:p>
    <w:p>
      <w:pPr>
        <w:spacing w:before="0" w:after="80"/>
        <w:ind w:left="170"/>
      </w:pPr>
      <w:r>
        <w:rPr>
          <w:rFonts w:ascii="Arial" w:hAnsi="Arial"/>
          <w:b/>
          <w:i w:val="0"/>
          <w:sz w:val="20"/>
        </w:rPr>
        <w:t>ใครเคยเจอปัญหานี้บ้าง? แก้ได้ไม่ได้เม้นมาบอกหน่อย! กด follow ไว้เลย ทริคแก้ปัญหาจุกจิกแบบนี้มีอีกเพียบ 🔥</w:t>
      </w:r>
    </w:p>
    <w:p>
      <w:pPr>
        <w:spacing w:before="0" w:after="40"/>
      </w:pPr>
      <w:r>
        <w:rPr>
          <w:rFonts w:ascii="Arial" w:hAnsi="Arial"/>
          <w:b w:val="0"/>
          <w:i/>
          <w:color w:val="888888"/>
          <w:sz w:val="16"/>
        </w:rPr>
        <w:t>⏱ 45s  📰 ครูหนึ่งสอนดี  #ไลน์ไม่แจ้งเตือน #สอนใช้ไอโฟน #ทริคไอโฟน #iPhonetricks #เรื่องเพื่อน  💡 Digital Ghosting Prevention: เปลี่ยนมุมมองจากทิปทางเทคนิคธรร</w:t>
      </w:r>
    </w:p>
    <w:p>
      <w:pPr>
        <w:spacing w:before="80" w:after="80"/>
        <w:pBdr>
          <w:bottom w:val="single" w:sz="4" w:space="1" w:color="DDDDDD"/>
        </w:pBdr>
      </w:pPr>
    </w:p>
    <w:p>
      <w:pPr>
        <w:spacing w:before="160" w:after="40"/>
      </w:pPr>
      <w:r>
        <w:rPr>
          <w:rFonts w:ascii="Arial" w:hAnsi="Arial"/>
          <w:b/>
          <w:i w:val="0"/>
          <w:color w:val="8E24AA"/>
          <w:sz w:val="18"/>
        </w:rPr>
        <w:t>Script 3 / 3</w:t>
      </w:r>
    </w:p>
    <w:p>
      <w:pPr>
        <w:spacing w:before="40" w:after="40"/>
        <w:shd w:val="clear" w:color="auto" w:fill="F3E5F5"/>
      </w:pPr>
      <w:r>
        <w:rPr>
          <w:rFonts w:ascii="Arial" w:hAnsi="Arial"/>
          <w:b/>
          <w:i w:val="0"/>
          <w:color w:val="6B2FA0"/>
          <w:sz w:val="16"/>
        </w:rPr>
        <w:t>🎣 Hook</w:t>
      </w:r>
    </w:p>
    <w:p>
      <w:pPr>
        <w:spacing w:before="0" w:after="80"/>
        <w:ind w:left="170"/>
      </w:pPr>
      <w:r>
        <w:rPr>
          <w:rFonts w:ascii="Arial" w:hAnsi="Arial"/>
          <w:b/>
          <w:i w:val="0"/>
          <w:sz w:val="22"/>
        </w:rPr>
        <w:t>อยากได้ iPhone 18 เป็นคนแรกๆ ปะ? มาดูกันว่าต้องเริ่มเก็บเงินวันละกี่บาท!</w:t>
      </w:r>
    </w:p>
    <w:p>
      <w:pPr>
        <w:spacing w:before="40" w:after="40"/>
        <w:shd w:val="clear" w:color="auto" w:fill="F3E5F5"/>
      </w:pPr>
      <w:r>
        <w:rPr>
          <w:rFonts w:ascii="Arial" w:hAnsi="Arial"/>
          <w:b/>
          <w:i w:val="0"/>
          <w:color w:val="6B2FA0"/>
          <w:sz w:val="16"/>
        </w:rPr>
        <w:t>📝 Body</w:t>
      </w:r>
    </w:p>
    <w:p>
      <w:pPr>
        <w:spacing w:before="0" w:after="80"/>
        <w:ind w:left="170"/>
      </w:pPr>
      <w:r>
        <w:rPr>
          <w:rFonts w:ascii="Arial" w:hAnsi="Arial"/>
          <w:b w:val="0"/>
          <w:i w:val="0"/>
          <w:sz w:val="20"/>
        </w:rPr>
        <w:t>สาย hype มาทางนี้! ถึง iPhone 16 จะยังไม่มา แต่ข่าวลือ iPhone 18 ก็เริ่มมีคนพูดถึงกันแล้วนะ! อย่างช่องพี่เอกวิทย์ก็ตั้งคำถามชวนคิดละ ว่าถ้าจะจัดต้องใช้งบเท่าไหร่? อันนี้ต้องบอกก่อนว่าเป็นแค่ข่าวลือนะ! แต่ถ้าอิงจากเทรนด์ราคาที่ขยับขึ้นทุกปี สมมติว่ารุ่นเริ่มต้นเปิดมาที่ 35,000 บาท... ถ้าเราอยากได้วันแรกๆ แล้วเริ่มเก็บเงินตั้งแต่วันนี้เลยนะ... หารออกมาแล้วตกวันละไม่ถึง 50 บาทเอง! คิดซะว่าเป็น Challenge เก็บเงินสนุกๆ ขำๆ ไง</w:t>
      </w:r>
    </w:p>
    <w:p>
      <w:pPr>
        <w:spacing w:before="40" w:after="40"/>
        <w:shd w:val="clear" w:color="auto" w:fill="E8EAF6"/>
      </w:pPr>
      <w:r>
        <w:rPr>
          <w:rFonts w:ascii="Arial" w:hAnsi="Arial"/>
          <w:b/>
          <w:i w:val="0"/>
          <w:color w:val="283593"/>
          <w:sz w:val="16"/>
        </w:rPr>
        <w:t>📣 CTA</w:t>
      </w:r>
    </w:p>
    <w:p>
      <w:pPr>
        <w:spacing w:before="0" w:after="80"/>
        <w:ind w:left="170"/>
      </w:pPr>
      <w:r>
        <w:rPr>
          <w:rFonts w:ascii="Arial" w:hAnsi="Arial"/>
          <w:b/>
          <w:i w:val="0"/>
          <w:sz w:val="20"/>
        </w:rPr>
        <w:t>ใครจะเริ่มชาเลนจ์เก็บเงินเพื่อ iPhone ในฝันบ้าง เม้น 🐷 มาเลย! กด follow ไว้อัปเดตข่าวลือใหม่ๆ ก่อนใคร</w:t>
      </w:r>
    </w:p>
    <w:p>
      <w:pPr>
        <w:spacing w:before="0" w:after="40"/>
      </w:pPr>
      <w:r>
        <w:rPr>
          <w:rFonts w:ascii="Arial" w:hAnsi="Arial"/>
          <w:b w:val="0"/>
          <w:i/>
          <w:color w:val="888888"/>
          <w:sz w:val="16"/>
        </w:rPr>
        <w:t>⏱ 42s  📰 เอกวิทย์  #iPhone18 #ข่าวลือ #Apple #ไอโฟน #เก็บเงิน  💡 Dream Gadget Savings Goal: เปลี่ยนการคาดเดาราคาที่น่าเบื่อ ใ</w:t>
      </w:r>
    </w:p>
    <w:p>
      <w:pPr>
        <w:spacing w:before="80" w:after="80"/>
        <w:pBdr>
          <w:bottom w:val="single" w:sz="4" w:space="1" w:color="DDDDDD"/>
        </w:pBdr>
      </w:pPr>
    </w:p>
    <w:p>
      <w:pPr>
        <w:spacing w:before="240" w:after="0"/>
      </w:pPr>
    </w:p>
    <w:p>
      <w:pPr>
        <w:spacing w:before="40" w:after="40"/>
        <w:shd w:val="clear" w:color="auto" w:fill="EDE7F6"/>
      </w:pPr>
      <w:r>
        <w:rPr>
          <w:rFonts w:ascii="Arial" w:hAnsi="Arial"/>
          <w:b/>
          <w:i w:val="0"/>
          <w:color w:val="1565C0"/>
          <w:sz w:val="26"/>
        </w:rPr>
        <w:t xml:space="preserve">  💼  มนุษย์เงินเดือน 25–35</w:t>
      </w:r>
    </w:p>
    <w:p>
      <w:pPr>
        <w:spacing w:before="40" w:after="0"/>
      </w:pPr>
    </w:p>
    <w:p>
      <w:pPr>
        <w:spacing w:before="160" w:after="40"/>
      </w:pPr>
      <w:r>
        <w:rPr>
          <w:rFonts w:ascii="Arial" w:hAnsi="Arial"/>
          <w:b/>
          <w:i w:val="0"/>
          <w:color w:val="1565C0"/>
          <w:sz w:val="18"/>
        </w:rPr>
        <w:t>Script 1 / 3</w:t>
      </w:r>
    </w:p>
    <w:p>
      <w:pPr>
        <w:spacing w:before="40" w:after="40"/>
        <w:shd w:val="clear" w:color="auto" w:fill="F3E5F5"/>
      </w:pPr>
      <w:r>
        <w:rPr>
          <w:rFonts w:ascii="Arial" w:hAnsi="Arial"/>
          <w:b/>
          <w:i w:val="0"/>
          <w:color w:val="6B2FA0"/>
          <w:sz w:val="16"/>
        </w:rPr>
        <w:t>🎣 Hook</w:t>
      </w:r>
    </w:p>
    <w:p>
      <w:pPr>
        <w:spacing w:before="0" w:after="80"/>
        <w:ind w:left="170"/>
      </w:pPr>
      <w:r>
        <w:rPr>
          <w:rFonts w:ascii="Arial" w:hAnsi="Arial"/>
          <w:b/>
          <w:i w:val="0"/>
          <w:sz w:val="22"/>
        </w:rPr>
        <w:t>iPhone 15 มือหนึ่งราคาเหลือ 21,000 บาท? ราคานี้คุ้มจริงหรือมีอะไรต้องเช็คก่อนจ่ายเงิน?</w:t>
      </w:r>
    </w:p>
    <w:p>
      <w:pPr>
        <w:spacing w:before="40" w:after="40"/>
        <w:shd w:val="clear" w:color="auto" w:fill="F3E5F5"/>
      </w:pPr>
      <w:r>
        <w:rPr>
          <w:rFonts w:ascii="Arial" w:hAnsi="Arial"/>
          <w:b/>
          <w:i w:val="0"/>
          <w:color w:val="6B2FA0"/>
          <w:sz w:val="16"/>
        </w:rPr>
        <w:t>📝 Body</w:t>
      </w:r>
    </w:p>
    <w:p>
      <w:pPr>
        <w:spacing w:before="0" w:after="80"/>
        <w:ind w:left="170"/>
      </w:pPr>
      <w:r>
        <w:rPr>
          <w:rFonts w:ascii="Arial" w:hAnsi="Arial"/>
          <w:b w:val="0"/>
          <w:i w:val="0"/>
          <w:sz w:val="20"/>
        </w:rPr>
        <w:t>เห็นข่าวจาก Droidsans ไหมครับ ว่าตอนนี้ iPhone 15 มือหนึ่งในร้านค้าออนไลน์บางแห่ง ราคาเริ่มต้นแค่ 21,000 บาทเท่านั้น เทียบกับราคาศูนย์ Apple ที่เริ่ม 32,900 บาท นี่คือประหยัดไปเป็นหมื่นเลยครับ</w:t>
        <w:br/>
        <w:br/>
        <w:t>สำหรับคนทำงานที่มองหาเครื่องใหม่ในงบจำกัด นี่คือตัวเลือกที่น่าสนใจมาก แต่ก่อนจะตัดสินใจ ต้องเช็ค 3 อย่างนี้ก่อนครับ</w:t>
        <w:br/>
        <w:t>1. ความน่าเชื่อถือของร้าน: เช็ครีวิวและประวัติการขายให้ดี ร้านค้าทางการบนแพลตฟอร์มใหญ่ๆ มักจะปลอดภัยกว่า</w:t>
        <w:br/>
        <w:t>2. การรับประกัน: ต้องถามให้ชัดว่าเป็นประกันศูนย์ Apple ไทย (รหัส TH) เต็ม 1 ปีหรือไม่ บางทีอาจเป็นเครื่องนอกที่ประกันไม่เหมือนกัน</w:t>
        <w:br/>
        <w:t>3. นโยบายคืนสินค้า: ถ้าเครื่องมีปัญหาตั้งแต่เปิดกล่อง สามารถเปลี่ยนหรือคืนได้ภายในกี่วัน</w:t>
        <w:br/>
        <w:br/>
        <w:t>ถ้าเช็คครบแล้วเจอดีลดีๆ ก็ถือว่าเป็นการอัปเกรดเครื่องมือทำงานที่ฉลาดและคุ้มค่ามากครับ ได้เครื่องใหม่ สเปคแรง ใช้ได้ยาวๆ ในราคาที่ประหยัดกว่าเดิมเยอะเลย</w:t>
      </w:r>
    </w:p>
    <w:p>
      <w:pPr>
        <w:spacing w:before="40" w:after="40"/>
        <w:shd w:val="clear" w:color="auto" w:fill="E8EAF6"/>
      </w:pPr>
      <w:r>
        <w:rPr>
          <w:rFonts w:ascii="Arial" w:hAnsi="Arial"/>
          <w:b/>
          <w:i w:val="0"/>
          <w:color w:val="283593"/>
          <w:sz w:val="16"/>
        </w:rPr>
        <w:t>📣 CTA</w:t>
      </w:r>
    </w:p>
    <w:p>
      <w:pPr>
        <w:spacing w:before="0" w:after="80"/>
        <w:ind w:left="170"/>
      </w:pPr>
      <w:r>
        <w:rPr>
          <w:rFonts w:ascii="Arial" w:hAnsi="Arial"/>
          <w:b/>
          <w:i w:val="0"/>
          <w:sz w:val="20"/>
        </w:rPr>
        <w:t>ใครเคยซื้อ iPhone จากร้านออนไลน์แบบนี้บ้าง ประสบการณ์เป็นยังไง comment มาแชร์กันหน่อยครับ</w:t>
      </w:r>
    </w:p>
    <w:p>
      <w:pPr>
        <w:spacing w:before="0" w:after="40"/>
      </w:pPr>
      <w:r>
        <w:rPr>
          <w:rFonts w:ascii="Arial" w:hAnsi="Arial"/>
          <w:b w:val="0"/>
          <w:i/>
          <w:color w:val="888888"/>
          <w:sz w:val="16"/>
        </w:rPr>
        <w:t>⏱ 55s  📰 Droidsans  #iPhone15 #ไอโฟน15 #โปรไอโฟน #มนุษย์เงินเดือน #คุ้มค่า  💡 Strategic Procurement Analysis: ไม่ใช่แค่บอกราคาถูก แต่เป็นก</w:t>
      </w:r>
    </w:p>
    <w:p>
      <w:pPr>
        <w:spacing w:before="80" w:after="80"/>
        <w:pBdr>
          <w:bottom w:val="single" w:sz="4" w:space="1" w:color="DDDDDD"/>
        </w:pBdr>
      </w:pPr>
    </w:p>
    <w:p>
      <w:pPr>
        <w:spacing w:before="160" w:after="40"/>
      </w:pPr>
      <w:r>
        <w:rPr>
          <w:rFonts w:ascii="Arial" w:hAnsi="Arial"/>
          <w:b/>
          <w:i w:val="0"/>
          <w:color w:val="1565C0"/>
          <w:sz w:val="18"/>
        </w:rPr>
        <w:t>Script 2 / 3</w:t>
      </w:r>
    </w:p>
    <w:p>
      <w:pPr>
        <w:spacing w:before="40" w:after="40"/>
        <w:shd w:val="clear" w:color="auto" w:fill="F3E5F5"/>
      </w:pPr>
      <w:r>
        <w:rPr>
          <w:rFonts w:ascii="Arial" w:hAnsi="Arial"/>
          <w:b/>
          <w:i w:val="0"/>
          <w:color w:val="6B2FA0"/>
          <w:sz w:val="16"/>
        </w:rPr>
        <w:t>🎣 Hook</w:t>
      </w:r>
    </w:p>
    <w:p>
      <w:pPr>
        <w:spacing w:before="0" w:after="80"/>
        <w:ind w:left="170"/>
      </w:pPr>
      <w:r>
        <w:rPr>
          <w:rFonts w:ascii="Arial" w:hAnsi="Arial"/>
          <w:b/>
          <w:i w:val="0"/>
          <w:sz w:val="22"/>
        </w:rPr>
        <w:t>จ่ายเงิน iCloud ทุกเดือน แต่รูปยังเต็มเครื่องอยู่ดี? คุณอาจจะเปิดผิดแค่ 1 ฟีเจอร์ครับ</w:t>
      </w:r>
    </w:p>
    <w:p>
      <w:pPr>
        <w:spacing w:before="40" w:after="40"/>
        <w:shd w:val="clear" w:color="auto" w:fill="F3E5F5"/>
      </w:pPr>
      <w:r>
        <w:rPr>
          <w:rFonts w:ascii="Arial" w:hAnsi="Arial"/>
          <w:b/>
          <w:i w:val="0"/>
          <w:color w:val="6B2FA0"/>
          <w:sz w:val="16"/>
        </w:rPr>
        <w:t>📝 Body</w:t>
      </w:r>
    </w:p>
    <w:p>
      <w:pPr>
        <w:spacing w:before="0" w:after="80"/>
        <w:ind w:left="170"/>
      </w:pPr>
      <w:r>
        <w:rPr>
          <w:rFonts w:ascii="Arial" w:hAnsi="Arial"/>
          <w:b w:val="0"/>
          <w:i w:val="0"/>
          <w:sz w:val="20"/>
        </w:rPr>
        <w:t>ปัญหานี้คนทำงานเจอกันเยอะมากครับ จ่ายค่า iCloud ไปแล้ว แต่ทำไมพื้นที่ใน iPhone ยังไม่เพิ่มขึ้นซักที วันนี้มาดูวิธีแก้แบบจบๆ กันครับ</w:t>
        <w:br/>
        <w:br/>
        <w:t>ตามที่คุณเอกวิทย์แนะนำ ปัญหาส่วนใหญ่อยู่ที่การตั้งค่าใน Photos ครับ ให้เข้าไปที่ Settings &gt; Photos แล้วคุณจะเห็น 2 ตัวเลือกสำคัญ:</w:t>
        <w:br/>
        <w:t>1. Download and Keep Originals: ตัวเลือกนี้จะเก็บรูปความละเอียดสูงสุดไว้ทั้งบน iCloud และใน iPhone ของคุณ ทำให้เครื่องเต็มเร็วเหมือนเดิม</w:t>
        <w:br/>
        <w:t>2. Optimize iPhone Storage: นี่คือตัวเลือกที่คนส่วนใหญ่ควรใช้ครับ ระบบจะเก็บรูปความละเอียดสูงสุดไว้บน iCloud แล้วเก็บแค่ไฟล์ขนาดเล็กไว้ในเครื่อง พอจะเปิดดูรูปไหนมันถึงจะโหลดไฟล์เต็มๆ มาให้ วิธีนี้จะช่วยคืนพื้นที่ในเครื่องได้หลายสิบ GB เลยครับ</w:t>
        <w:br/>
        <w:br/>
        <w:t>การมีพื้นที่เหลือเยอะๆ ไม่ใช่แค่เก็บรูปได้มากขึ้น แต่ยังทำให้เครื่องทำงานเร็วขึ้นด้วย และที่สำคัญคือการทำงานจะคล่องตัวมาก เพราะรูปและวิดีโอทั้งหมดของคุณจะซิงค์กันบน Mac และ iPad พร้อมใช้ทันที ไม่ต้องมานั่งส่งไฟล์ให้วุ่นวายครับ</w:t>
      </w:r>
    </w:p>
    <w:p>
      <w:pPr>
        <w:spacing w:before="40" w:after="40"/>
        <w:shd w:val="clear" w:color="auto" w:fill="E8EAF6"/>
      </w:pPr>
      <w:r>
        <w:rPr>
          <w:rFonts w:ascii="Arial" w:hAnsi="Arial"/>
          <w:b/>
          <w:i w:val="0"/>
          <w:color w:val="283593"/>
          <w:sz w:val="16"/>
        </w:rPr>
        <w:t>📣 CTA</w:t>
      </w:r>
    </w:p>
    <w:p>
      <w:pPr>
        <w:spacing w:before="0" w:after="80"/>
        <w:ind w:left="170"/>
      </w:pPr>
      <w:r>
        <w:rPr>
          <w:rFonts w:ascii="Arial" w:hAnsi="Arial"/>
          <w:b/>
          <w:i w:val="0"/>
          <w:sz w:val="20"/>
        </w:rPr>
        <w:t>ตอนนี้ใครใช้ iCloud plan ไหนกันอยู่ แล้วพอใช้ไหมครับ? comment บอกกันหน่อย</w:t>
      </w:r>
    </w:p>
    <w:p>
      <w:pPr>
        <w:spacing w:before="0" w:after="40"/>
      </w:pPr>
      <w:r>
        <w:rPr>
          <w:rFonts w:ascii="Arial" w:hAnsi="Arial"/>
          <w:b w:val="0"/>
          <w:i/>
          <w:color w:val="888888"/>
          <w:sz w:val="16"/>
        </w:rPr>
        <w:t>⏱ 50s  📰 เอกวิทย์  #iCloud #iPhoneTricks #AppleEcosystem #พื้นที่เต็ม #ไอโฟน  💡 Workflow Optimization through Cloud Asset Management: ยกระดั</w:t>
      </w:r>
    </w:p>
    <w:p>
      <w:pPr>
        <w:spacing w:before="80" w:after="80"/>
        <w:pBdr>
          <w:bottom w:val="single" w:sz="4" w:space="1" w:color="DDDDDD"/>
        </w:pBdr>
      </w:pPr>
    </w:p>
    <w:p>
      <w:pPr>
        <w:spacing w:before="160" w:after="40"/>
      </w:pPr>
      <w:r>
        <w:rPr>
          <w:rFonts w:ascii="Arial" w:hAnsi="Arial"/>
          <w:b/>
          <w:i w:val="0"/>
          <w:color w:val="1565C0"/>
          <w:sz w:val="18"/>
        </w:rPr>
        <w:t>Script 3 / 3</w:t>
      </w:r>
    </w:p>
    <w:p>
      <w:pPr>
        <w:spacing w:before="40" w:after="40"/>
        <w:shd w:val="clear" w:color="auto" w:fill="F3E5F5"/>
      </w:pPr>
      <w:r>
        <w:rPr>
          <w:rFonts w:ascii="Arial" w:hAnsi="Arial"/>
          <w:b/>
          <w:i w:val="0"/>
          <w:color w:val="6B2FA0"/>
          <w:sz w:val="16"/>
        </w:rPr>
        <w:t>🎣 Hook</w:t>
      </w:r>
    </w:p>
    <w:p>
      <w:pPr>
        <w:spacing w:before="0" w:after="80"/>
        <w:ind w:left="170"/>
      </w:pPr>
      <w:r>
        <w:rPr>
          <w:rFonts w:ascii="Arial" w:hAnsi="Arial"/>
          <w:b/>
          <w:i w:val="0"/>
          <w:sz w:val="22"/>
        </w:rPr>
        <w:t>iPhone ค้างบ่อยๆ อย่าเพิ่งคิดว่าเครื่องเก่า! นี่อาจเป็น 3 สัญญาณเตือนว่าข้อมูลงานของคุณกำลังตกอยู่ในความเสี่ยง</w:t>
      </w:r>
    </w:p>
    <w:p>
      <w:pPr>
        <w:spacing w:before="40" w:after="40"/>
        <w:shd w:val="clear" w:color="auto" w:fill="F3E5F5"/>
      </w:pPr>
      <w:r>
        <w:rPr>
          <w:rFonts w:ascii="Arial" w:hAnsi="Arial"/>
          <w:b/>
          <w:i w:val="0"/>
          <w:color w:val="6B2FA0"/>
          <w:sz w:val="16"/>
        </w:rPr>
        <w:t>📝 Body</w:t>
      </w:r>
    </w:p>
    <w:p>
      <w:pPr>
        <w:spacing w:before="0" w:after="80"/>
        <w:ind w:left="170"/>
      </w:pPr>
      <w:r>
        <w:rPr>
          <w:rFonts w:ascii="Arial" w:hAnsi="Arial"/>
          <w:b w:val="0"/>
          <w:i w:val="0"/>
          <w:sz w:val="20"/>
        </w:rPr>
        <w:t>ปกติแล้ว iPhone ขึ้นชื่อเรื่องความเสถียร แต่ถ้าจู่ๆ เครื่องของคุณค้าง กระตุก หรือทำงานผิดปกติ อย่าชะล่าใจนะครับ ตามที่คุณครูหนึ่งสอนดีเตือนไว้ มันอาจไม่ใช่แค่ปัญหาซอฟต์แวร์ แต่อาจเป็นสัญญาณของการถูกแฮกได้</w:t>
        <w:br/>
        <w:br/>
        <w:t>สำหรับคนทำงานอย่างเราที่เก็บข้อมูลสำคัญไว้ในเครื่อง ให้ลองสังเกต 3 อาการนี้เพิ่มเติมครับ:</w:t>
        <w:br/>
        <w:t>1. แบตเตอรี่หมดเร็วกว่าปกติมาก: ถ้าไม่ได้ใช้งานหนัก แต่แบตไหลเป็นน้ำ อาจมีแอปแปลกๆ ทำงานอยู่เบื้องหลัง</w:t>
        <w:br/>
        <w:t>2. เครื่องร้อนโดยไม่มีสาเหตุ: วางไว้เฉยๆ ไม่ได้ชาร์จ แต่เครื่องร้อนตลอดเวลา อาจมีการประมวลผลบางอย่างที่คุณไม่รู้ตัว</w:t>
        <w:br/>
        <w:t>3. มี Data รั่วไหลผิดปกติ: เช็คปริมาณการใช้เน็ตมือถือ ถ้าสูงขึ้นแบบก้าวกระโดด อาจมีการส่งข้อมูลออกจากเครื่องของคุณอยู่</w:t>
        <w:br/>
        <w:br/>
        <w:t>ถ้าเจออาการเหล่านี้ สิ่งแรกที่ควรทำคือตัดการเชื่อมต่ออินเทอร์เน็ตทันที แล้วลองตรวจสอบหาโปรไฟล์แปลกๆ ใน Settings และอัปเดต iOS เป็นเวอร์ชั่นล่าสุดเพื่อปิดช่องโหว่ด้านความปลอดภัยครับ เพราะข้อมูลลูกค้าหรือข้อมูลบริษัทที่อยู่ในมือเราสำคัญกว่าราคาเครื่องเยอะครับ</w:t>
      </w:r>
    </w:p>
    <w:p>
      <w:pPr>
        <w:spacing w:before="40" w:after="40"/>
        <w:shd w:val="clear" w:color="auto" w:fill="E8EAF6"/>
      </w:pPr>
      <w:r>
        <w:rPr>
          <w:rFonts w:ascii="Arial" w:hAnsi="Arial"/>
          <w:b/>
          <w:i w:val="0"/>
          <w:color w:val="283593"/>
          <w:sz w:val="16"/>
        </w:rPr>
        <w:t>📣 CTA</w:t>
      </w:r>
    </w:p>
    <w:p>
      <w:pPr>
        <w:spacing w:before="0" w:after="80"/>
        <w:ind w:left="170"/>
      </w:pPr>
      <w:r>
        <w:rPr>
          <w:rFonts w:ascii="Arial" w:hAnsi="Arial"/>
          <w:b/>
          <w:i w:val="0"/>
          <w:sz w:val="20"/>
        </w:rPr>
        <w:t>ใครเคยเจออาการน่าสงสัยแบบนี้ในเครื่องตัวเองบ้างไหมครับ? comment มาแชร์กันได้เลย</w:t>
      </w:r>
    </w:p>
    <w:p>
      <w:pPr>
        <w:spacing w:before="0" w:after="40"/>
      </w:pPr>
      <w:r>
        <w:rPr>
          <w:rFonts w:ascii="Arial" w:hAnsi="Arial"/>
          <w:b w:val="0"/>
          <w:i/>
          <w:color w:val="888888"/>
          <w:sz w:val="16"/>
        </w:rPr>
        <w:t>⏱ 60s  📰 ครูหนึ่งสอนดี  #เตือนภัย #iPhone #ความปลอดภัยไซเบอร์ #แฮกเกอร์ #มนุษย์เงินเดือน  💡 Proactive Threat Mitigation for Business Assets: เปลี่ยนประเ</w:t>
      </w:r>
    </w:p>
    <w:p>
      <w:pPr>
        <w:spacing w:before="80" w:after="80"/>
        <w:pBdr>
          <w:bottom w:val="single" w:sz="4" w:space="1" w:color="DDDDDD"/>
        </w:pBdr>
      </w:pPr>
    </w:p>
    <w:p>
      <w:pPr>
        <w:spacing w:before="240" w:after="0"/>
      </w:pPr>
    </w:p>
    <w:p>
      <w:pPr>
        <w:spacing w:before="40" w:after="40"/>
        <w:shd w:val="clear" w:color="auto" w:fill="EDE7F6"/>
      </w:pPr>
      <w:r>
        <w:rPr>
          <w:rFonts w:ascii="Arial" w:hAnsi="Arial"/>
          <w:b/>
          <w:i w:val="0"/>
          <w:color w:val="2E7D32"/>
          <w:sz w:val="26"/>
        </w:rPr>
        <w:t xml:space="preserve">  📸  คนชอบถ่ายรูป / ช่างภาพ</w:t>
      </w:r>
    </w:p>
    <w:p>
      <w:pPr>
        <w:spacing w:before="40" w:after="0"/>
      </w:pPr>
    </w:p>
    <w:p>
      <w:pPr>
        <w:spacing w:before="160" w:after="40"/>
      </w:pPr>
      <w:r>
        <w:rPr>
          <w:rFonts w:ascii="Arial" w:hAnsi="Arial"/>
          <w:b/>
          <w:i w:val="0"/>
          <w:color w:val="2E7D32"/>
          <w:sz w:val="18"/>
        </w:rPr>
        <w:t>Script 1 / 3</w:t>
      </w:r>
    </w:p>
    <w:p>
      <w:pPr>
        <w:spacing w:before="40" w:after="40"/>
        <w:shd w:val="clear" w:color="auto" w:fill="F3E5F5"/>
      </w:pPr>
      <w:r>
        <w:rPr>
          <w:rFonts w:ascii="Arial" w:hAnsi="Arial"/>
          <w:b/>
          <w:i w:val="0"/>
          <w:color w:val="6B2FA0"/>
          <w:sz w:val="16"/>
        </w:rPr>
        <w:t>🎣 Hook</w:t>
      </w:r>
    </w:p>
    <w:p>
      <w:pPr>
        <w:spacing w:before="0" w:after="80"/>
        <w:ind w:left="170"/>
      </w:pPr>
      <w:r>
        <w:rPr>
          <w:rFonts w:ascii="Arial" w:hAnsi="Arial"/>
          <w:b/>
          <w:i w:val="0"/>
          <w:sz w:val="22"/>
        </w:rPr>
        <w:t>(ภาพโชว์รูปถ่าย ProRAW ที่สวยงามบน Mac ตัดสลับกับภาพ error 'Cannot Load Photo' บน iPhone) ถ่ายรูป ProRAW ไฟล์ละ 100MB แต่พอจะหยิบมาแก้สีนอกสถานที่...ทำไมไฟล์แตก? นี่คือสิ่งที่คนใช้ iCloud Photos ต้องรู้ครับ</w:t>
      </w:r>
    </w:p>
    <w:p>
      <w:pPr>
        <w:spacing w:before="40" w:after="40"/>
        <w:shd w:val="clear" w:color="auto" w:fill="F3E5F5"/>
      </w:pPr>
      <w:r>
        <w:rPr>
          <w:rFonts w:ascii="Arial" w:hAnsi="Arial"/>
          <w:b/>
          <w:i w:val="0"/>
          <w:color w:val="6B2FA0"/>
          <w:sz w:val="16"/>
        </w:rPr>
        <w:t>📝 Body</w:t>
      </w:r>
    </w:p>
    <w:p>
      <w:pPr>
        <w:spacing w:before="0" w:after="80"/>
        <w:ind w:left="170"/>
      </w:pPr>
      <w:r>
        <w:rPr>
          <w:rFonts w:ascii="Arial" w:hAnsi="Arial"/>
          <w:b w:val="0"/>
          <w:i w:val="0"/>
          <w:sz w:val="20"/>
        </w:rPr>
        <w:t>สำหรับช่างภาพที่ใช้ iPhone การตั้งค่า iCloud Photos แค่จุดเดียวอาจจะทำลาย workflow ของคุณได้เลยครับ</w:t>
        <w:br/>
        <w:br/>
        <w:t>ปัญหานี้เกิดจากการตั้งค่า 'Optimize iPhone Storage' ซึ่ง iPhone จะเก็บรูปความละเอียดต่ำไว้ในเครื่องเพื่อประหยัดพื้นที่ แล้วดึงไฟล์เต็มจาก cloud เมื่อต้องการใช้...ฟังดูดีใช่ไหมครับ? แต่ถ้าคุณอยู่นอกสถานที่ ไม่มีเน็ต หรือเน็ตช้า ไฟล์ ProRAW หรือ ProRes ขนาดใหญ่ของคุณจะดึงมาใช้งานไม่ได้ทันที</w:t>
        <w:br/>
        <w:br/>
        <w:t>ทางแก้สำหรับสายโปรคือ เข้าไปที่ Settings &gt; Photos แล้วเลือก 'Download and Keep Originals' ครับ ใช่ครับ มันจะกินพื้นที่เครื่องเยอะมาก แต่คุณจะมั่นใจได้ว่าไฟล์คุณภาพสูงสุดพร้อมให้คุณหยิบมา process สีได้ทุกที่ทุกเวลา และเมื่อกลับมาที่ Mac หรือ iPad ไฟล์ทั้งหมดก็จะถูก sync แบบเต็มความละเอียดผ่าน iCloud ให้คุณทำงานต่อได้ทันที นี่คือหัวใจของการสร้าง ecosystem ที่ไร้รอยต่อสำหรับช่างภาพครับ</w:t>
      </w:r>
    </w:p>
    <w:p>
      <w:pPr>
        <w:spacing w:before="40" w:after="40"/>
        <w:shd w:val="clear" w:color="auto" w:fill="E8EAF6"/>
      </w:pPr>
      <w:r>
        <w:rPr>
          <w:rFonts w:ascii="Arial" w:hAnsi="Arial"/>
          <w:b/>
          <w:i w:val="0"/>
          <w:color w:val="283593"/>
          <w:sz w:val="16"/>
        </w:rPr>
        <w:t>📣 CTA</w:t>
      </w:r>
    </w:p>
    <w:p>
      <w:pPr>
        <w:spacing w:before="0" w:after="80"/>
        <w:ind w:left="170"/>
      </w:pPr>
      <w:r>
        <w:rPr>
          <w:rFonts w:ascii="Arial" w:hAnsi="Arial"/>
          <w:b/>
          <w:i w:val="0"/>
          <w:sz w:val="20"/>
        </w:rPr>
        <w:t>ใครอยากให้เจาะลึก workflow การจัดการไฟล์ ProRAW ข้ามอุปกรณ์แบบโปรๆ, save คลิปนี้ไว้ แล้วคอมเมนต์คำว่า 'ProRAW' เลยครับ</w:t>
      </w:r>
    </w:p>
    <w:p>
      <w:pPr>
        <w:spacing w:before="0" w:after="40"/>
      </w:pPr>
      <w:r>
        <w:rPr>
          <w:rFonts w:ascii="Arial" w:hAnsi="Arial"/>
          <w:b w:val="0"/>
          <w:i/>
          <w:color w:val="888888"/>
          <w:sz w:val="16"/>
        </w:rPr>
        <w:t>⏱ 65s  📰 เอกวิทย์  #iCloudPhotos #AppleProRAW #photographytips #iPhone15Pro #ช่างภาพ  💡 Workflow Integration &amp; Pitfalls: เจาะลึกการใช้ iCloud Photos</w:t>
      </w:r>
    </w:p>
    <w:p>
      <w:pPr>
        <w:spacing w:before="80" w:after="80"/>
        <w:pBdr>
          <w:bottom w:val="single" w:sz="4" w:space="1" w:color="DDDDDD"/>
        </w:pBdr>
      </w:pPr>
    </w:p>
    <w:p>
      <w:pPr>
        <w:spacing w:before="160" w:after="40"/>
      </w:pPr>
      <w:r>
        <w:rPr>
          <w:rFonts w:ascii="Arial" w:hAnsi="Arial"/>
          <w:b/>
          <w:i w:val="0"/>
          <w:color w:val="2E7D32"/>
          <w:sz w:val="18"/>
        </w:rPr>
        <w:t>Script 2 / 3</w:t>
      </w:r>
    </w:p>
    <w:p>
      <w:pPr>
        <w:spacing w:before="40" w:after="40"/>
        <w:shd w:val="clear" w:color="auto" w:fill="F3E5F5"/>
      </w:pPr>
      <w:r>
        <w:rPr>
          <w:rFonts w:ascii="Arial" w:hAnsi="Arial"/>
          <w:b/>
          <w:i w:val="0"/>
          <w:color w:val="6B2FA0"/>
          <w:sz w:val="16"/>
        </w:rPr>
        <w:t>🎣 Hook</w:t>
      </w:r>
    </w:p>
    <w:p>
      <w:pPr>
        <w:spacing w:before="0" w:after="80"/>
        <w:ind w:left="170"/>
      </w:pPr>
      <w:r>
        <w:rPr>
          <w:rFonts w:ascii="Arial" w:hAnsi="Arial"/>
          <w:b/>
          <w:i w:val="0"/>
          <w:sz w:val="22"/>
        </w:rPr>
        <w:t>(ภาพ Before/After ของรูปถ่ายในที่แสงน้อย ที่ภาพ After มีรายละเอียดดีขึ้นเล็กน้อย) อัปเดต iOS ล่าสุด... กล้อง iPhone ของคุณอาจจะฉลาดขึ้นแบบที่คุณไม่รู้ตัวครับ</w:t>
      </w:r>
    </w:p>
    <w:p>
      <w:pPr>
        <w:spacing w:before="40" w:after="40"/>
        <w:shd w:val="clear" w:color="auto" w:fill="F3E5F5"/>
      </w:pPr>
      <w:r>
        <w:rPr>
          <w:rFonts w:ascii="Arial" w:hAnsi="Arial"/>
          <w:b/>
          <w:i w:val="0"/>
          <w:color w:val="6B2FA0"/>
          <w:sz w:val="16"/>
        </w:rPr>
        <w:t>📝 Body</w:t>
      </w:r>
    </w:p>
    <w:p>
      <w:pPr>
        <w:spacing w:before="0" w:after="80"/>
        <w:ind w:left="170"/>
      </w:pPr>
      <w:r>
        <w:rPr>
          <w:rFonts w:ascii="Arial" w:hAnsi="Arial"/>
          <w:b w:val="0"/>
          <w:i w:val="0"/>
          <w:sz w:val="20"/>
        </w:rPr>
        <w:t>Apple เพิ่งปล่อยอัปเดต iOS ใหม่มา หลายคนอาจจะไม่ได้สนใจอะไร แต่สำหรับคนถ่ายรูปอย่างเราๆ นี่คือเรื่องที่ต้องจับตาดูครับ</w:t>
        <w:br/>
        <w:br/>
        <w:t>ถึงแม้ใน Release Notes จะไม่ได้บอกไว้ แต่บ่อยครั้งที่การอัปเดตย่อยๆ แบบนี้มีการปรับปรุง Image Signal Processor (ISP) และอัลกอริทึมเบื้องหลังอย่าง Deep Fusion และ Smart HDR ไปด้วย</w:t>
        <w:br/>
        <w:br/>
        <w:t>สิ่งที่ต้องลองสังเกตหลังอัปเดตคือ: การจัดการ noise ในภาพกลางคืนดีขึ้นไหม? การดึงรายละเอียดในส่วนมืด (shadows) ทำได้ดีขึ้นหรือเปล่า? หรือแม้แต่ Color Science ใน Portrait mode มีความเปลี่ยนแปลงไปในทางที่ดีขึ้นไหม?</w:t>
        <w:br/>
        <w:br/>
        <w:t>บางทีการเปลี่ยนแปลงเล็กๆ น้อยๆ ที่เกิดขึ้นกับ Computational Photography นี่แหละครับ คือสิ่งที่ทำให้ภาพจาก iPhone ของเราดูโปรขึ้นโดยที่เราไม่ทันสังเกต</w:t>
      </w:r>
    </w:p>
    <w:p>
      <w:pPr>
        <w:spacing w:before="40" w:after="40"/>
        <w:shd w:val="clear" w:color="auto" w:fill="E8EAF6"/>
      </w:pPr>
      <w:r>
        <w:rPr>
          <w:rFonts w:ascii="Arial" w:hAnsi="Arial"/>
          <w:b/>
          <w:i w:val="0"/>
          <w:color w:val="283593"/>
          <w:sz w:val="16"/>
        </w:rPr>
        <w:t>📣 CTA</w:t>
      </w:r>
    </w:p>
    <w:p>
      <w:pPr>
        <w:spacing w:before="0" w:after="80"/>
        <w:ind w:left="170"/>
      </w:pPr>
      <w:r>
        <w:rPr>
          <w:rFonts w:ascii="Arial" w:hAnsi="Arial"/>
          <w:b/>
          <w:i w:val="0"/>
          <w:sz w:val="20"/>
        </w:rPr>
        <w:t>ใครอัปเดตแล้วลองถ่ายเทียบดูบ้าง? ได้ผลยังไงมาแชร์กันหน่อย กด save ไว้เลย เดี๋ยวผมจะไปทำ deep-dive test ในแต่ละ scenario มาให้ดูครับ</w:t>
      </w:r>
    </w:p>
    <w:p>
      <w:pPr>
        <w:spacing w:before="0" w:after="40"/>
      </w:pPr>
      <w:r>
        <w:rPr>
          <w:rFonts w:ascii="Arial" w:hAnsi="Arial"/>
          <w:b w:val="0"/>
          <w:i/>
          <w:color w:val="888888"/>
          <w:sz w:val="16"/>
        </w:rPr>
        <w:t>⏱ 60s  📰 อาตี๋รีวิว  #iOSupdate #iPhonecamera #computationalphotography #DeepFusion #ไอโฟน  💡 Undocumented Computational Photography Analysis: เปลี่ยนข่าว</w:t>
      </w:r>
    </w:p>
    <w:p>
      <w:pPr>
        <w:spacing w:before="80" w:after="80"/>
        <w:pBdr>
          <w:bottom w:val="single" w:sz="4" w:space="1" w:color="DDDDDD"/>
        </w:pBdr>
      </w:pPr>
    </w:p>
    <w:p>
      <w:pPr>
        <w:spacing w:before="160" w:after="40"/>
      </w:pPr>
      <w:r>
        <w:rPr>
          <w:rFonts w:ascii="Arial" w:hAnsi="Arial"/>
          <w:b/>
          <w:i w:val="0"/>
          <w:color w:val="2E7D32"/>
          <w:sz w:val="18"/>
        </w:rPr>
        <w:t>Script 3 / 3</w:t>
      </w:r>
    </w:p>
    <w:p>
      <w:pPr>
        <w:spacing w:before="40" w:after="40"/>
        <w:shd w:val="clear" w:color="auto" w:fill="F3E5F5"/>
      </w:pPr>
      <w:r>
        <w:rPr>
          <w:rFonts w:ascii="Arial" w:hAnsi="Arial"/>
          <w:b/>
          <w:i w:val="0"/>
          <w:color w:val="6B2FA0"/>
          <w:sz w:val="16"/>
        </w:rPr>
        <w:t>🎣 Hook</w:t>
      </w:r>
    </w:p>
    <w:p>
      <w:pPr>
        <w:spacing w:before="0" w:after="80"/>
        <w:ind w:left="170"/>
      </w:pPr>
      <w:r>
        <w:rPr>
          <w:rFonts w:ascii="Arial" w:hAnsi="Arial"/>
          <w:b/>
          <w:i w:val="0"/>
          <w:sz w:val="22"/>
        </w:rPr>
        <w:t>(ภาพโชว์เลนส์ Telephoto ใหญ่ๆ ของกล้อง Mirrorless) ทำไม iPhone ในอนาคต อาจจะทำให้เลนส์กล้องใหญ่ๆ แบบนี้...ไม่จำเป็นอีกต่อไป?</w:t>
      </w:r>
    </w:p>
    <w:p>
      <w:pPr>
        <w:spacing w:before="40" w:after="40"/>
        <w:shd w:val="clear" w:color="auto" w:fill="F3E5F5"/>
      </w:pPr>
      <w:r>
        <w:rPr>
          <w:rFonts w:ascii="Arial" w:hAnsi="Arial"/>
          <w:b/>
          <w:i w:val="0"/>
          <w:color w:val="6B2FA0"/>
          <w:sz w:val="16"/>
        </w:rPr>
        <w:t>📝 Body</w:t>
      </w:r>
    </w:p>
    <w:p>
      <w:pPr>
        <w:spacing w:before="0" w:after="80"/>
        <w:ind w:left="170"/>
      </w:pPr>
      <w:r>
        <w:rPr>
          <w:rFonts w:ascii="Arial" w:hAnsi="Arial"/>
          <w:b w:val="0"/>
          <w:i w:val="0"/>
          <w:sz w:val="20"/>
        </w:rPr>
        <w:t>เวลาเราได้ยินข่าวลือว่า iPhone รุ่นใหม่อาจจะมีราคาที่สูงขึ้น แทนที่จะดูแค่ตัวเลข เรามาดูเทคโนโลยีกล้องที่อาจจะมาพร้อมกับราคานั้นกันดีกว่าครับ</w:t>
        <w:br/>
        <w:br/>
        <w:t>สิ่งที่ช่างภาพอย่างเราต้องการคือ Dynamic Range ที่กว้างขึ้น, noise ที่น้อยลงในที่แสงน้อย และโบเก้ที่เป็นธรรมชาติมากขึ้น ทั้งหมดนี้หัวใจหลักคือขนาดของ Sensor ครับ มีรายงานว่า Apple กำลังพัฒนาเซ็นเซอร์กล้องแบบ Stacked รุ่นใหม่ ที่สามารถรับแสงได้ดีขึ้นเกือบเท่าตัว และอาจมีการนำเทคโนโลยีเลนส์แบบใหม่ๆ มาใช้กับชุดเลนส์ Telephoto เพื่อให้ได้ระยะซูม Optical ที่ไกลและคมชัดกว่าเดิม</w:t>
        <w:br/>
        <w:br/>
        <w:t>นี่ไม่ใช่แค่การอัปเกรดสเปคตามรอบปี แต่มันคือความพยายามที่จะลดช่องว่างระหว่างกล้องมือถือกับกล้อง Mirrorless อย่างจริงจัง ซึ่งถ้าทำได้จริง มันอาจจะเปลี่ยนวิธีการทำงานของช่างภาพหลายคนไปเลยก็ได้ครับ</w:t>
      </w:r>
    </w:p>
    <w:p>
      <w:pPr>
        <w:spacing w:before="40" w:after="40"/>
        <w:shd w:val="clear" w:color="auto" w:fill="E8EAF6"/>
      </w:pPr>
      <w:r>
        <w:rPr>
          <w:rFonts w:ascii="Arial" w:hAnsi="Arial"/>
          <w:b/>
          <w:i w:val="0"/>
          <w:color w:val="283593"/>
          <w:sz w:val="16"/>
        </w:rPr>
        <w:t>📣 CTA</w:t>
      </w:r>
    </w:p>
    <w:p>
      <w:pPr>
        <w:spacing w:before="0" w:after="80"/>
        <w:ind w:left="170"/>
      </w:pPr>
      <w:r>
        <w:rPr>
          <w:rFonts w:ascii="Arial" w:hAnsi="Arial"/>
          <w:b/>
          <w:i w:val="0"/>
          <w:sz w:val="20"/>
        </w:rPr>
        <w:t>คุณคิดว่าฟีเจอร์กล้องอะไรที่จำเป็นที่สุดสำหรับ iPhone รุ่นต่อไป? คอมเมนต์มาคุยกัน! กด save ไว้เลยถ้ามีข่าวลือเรื่องกล้องหลุดมาอีก ผมจะรีบมาวิเคราะห์ให้ฟัง</w:t>
      </w:r>
    </w:p>
    <w:p>
      <w:pPr>
        <w:spacing w:before="0" w:after="40"/>
      </w:pPr>
      <w:r>
        <w:rPr>
          <w:rFonts w:ascii="Arial" w:hAnsi="Arial"/>
          <w:b w:val="0"/>
          <w:i/>
          <w:color w:val="888888"/>
          <w:sz w:val="16"/>
        </w:rPr>
        <w:t>⏱ 70s  📰 เอกวิทย์  #iPhone16Pro #Apple #cameratech #iPhoneleak #เทคโนโลยี  💡 Future-Forward Camera Tech Rationale: เปลี่ยนมุมมองจากข่าวลื</w:t>
      </w:r>
    </w:p>
    <w:p>
      <w:pPr>
        <w:spacing w:before="80" w:after="80"/>
        <w:pBdr>
          <w:bottom w:val="single" w:sz="4" w:space="1" w:color="DDDDDD"/>
        </w:pBdr>
      </w:pPr>
    </w:p>
    <w:p>
      <w:pPr>
        <w:spacing w:before="240" w:after="0"/>
      </w:pPr>
    </w:p>
    <w:p>
      <w:pPr>
        <w:spacing w:before="40" w:after="40"/>
        <w:shd w:val="clear" w:color="auto" w:fill="EDE7F6"/>
      </w:pPr>
      <w:r>
        <w:rPr>
          <w:rFonts w:ascii="Arial" w:hAnsi="Arial"/>
          <w:b/>
          <w:i w:val="0"/>
          <w:color w:val="E65100"/>
          <w:sz w:val="26"/>
        </w:rPr>
        <w:t xml:space="preserve">  💰  งบน้อย อยากได้ iPhone</w:t>
      </w:r>
    </w:p>
    <w:p>
      <w:pPr>
        <w:spacing w:before="40" w:after="0"/>
      </w:pPr>
    </w:p>
    <w:p>
      <w:pPr>
        <w:spacing w:before="160" w:after="40"/>
      </w:pPr>
      <w:r>
        <w:rPr>
          <w:rFonts w:ascii="Arial" w:hAnsi="Arial"/>
          <w:b/>
          <w:i w:val="0"/>
          <w:color w:val="E65100"/>
          <w:sz w:val="18"/>
        </w:rPr>
        <w:t>Script 1 / 3</w:t>
      </w:r>
    </w:p>
    <w:p>
      <w:pPr>
        <w:spacing w:before="40" w:after="40"/>
        <w:shd w:val="clear" w:color="auto" w:fill="F3E5F5"/>
      </w:pPr>
      <w:r>
        <w:rPr>
          <w:rFonts w:ascii="Arial" w:hAnsi="Arial"/>
          <w:b/>
          <w:i w:val="0"/>
          <w:color w:val="6B2FA0"/>
          <w:sz w:val="16"/>
        </w:rPr>
        <w:t>🎣 Hook</w:t>
      </w:r>
    </w:p>
    <w:p>
      <w:pPr>
        <w:spacing w:before="0" w:after="80"/>
        <w:ind w:left="170"/>
      </w:pPr>
      <w:r>
        <w:rPr>
          <w:rFonts w:ascii="Arial" w:hAnsi="Arial"/>
          <w:b/>
          <w:i w:val="0"/>
          <w:sz w:val="22"/>
        </w:rPr>
        <w:t>เห็นข่าว iPhone มือ 1 เริ่มต้น 21,000 บาทแล้วใช่ไหมครับ? แต่เดี๋ยวก่อน! เงินเท่ากันเป๊ะๆ อาจได้รุ่น Pro มือสองที่สเปคดีกว่านะ!</w:t>
      </w:r>
    </w:p>
    <w:p>
      <w:pPr>
        <w:spacing w:before="40" w:after="40"/>
        <w:shd w:val="clear" w:color="auto" w:fill="F3E5F5"/>
      </w:pPr>
      <w:r>
        <w:rPr>
          <w:rFonts w:ascii="Arial" w:hAnsi="Arial"/>
          <w:b/>
          <w:i w:val="0"/>
          <w:color w:val="6B2FA0"/>
          <w:sz w:val="16"/>
        </w:rPr>
        <w:t>📝 Body</w:t>
      </w:r>
    </w:p>
    <w:p>
      <w:pPr>
        <w:spacing w:before="0" w:after="80"/>
        <w:ind w:left="170"/>
      </w:pPr>
      <w:r>
        <w:rPr>
          <w:rFonts w:ascii="Arial" w:hAnsi="Arial"/>
          <w:b w:val="0"/>
          <w:i w:val="0"/>
          <w:sz w:val="20"/>
        </w:rPr>
        <w:t>ตามรายงานจาก Droidsans ตอนนี้ราคา iPhone มือหนึ่งตามร้านออนไลน์ เริ่มต้นที่ประมาณ 21,000 บาท ซึ่งก็ได้เครื่องใหม่แกะกล่อง ประกันเต็ม สบายใจได้เลย แต่สำหรับคนงบน้อยที่อยากได้สเปคจัดเต็มขึ้นมาหน่อย ในงบเดียวกันนี้ เราสามารถมองหา iPhone 13 Pro มือสองสภาพดีๆ ได้เลยนะครับ ข้อดีคือคุณจะได้จอ ProMotion 120Hz ที่ลื่นกว่าชัดเจน ได้กล้องซูม Telephoto มาด้วย ซึ่งรุ่นธรรมดาไม่มี แต่แน่นอนว่าต้องแลกกับการไม่มีประกันศูนย์ และต้องเช็คสภาพเครื่องกับสุขภาพแบตเตอรี่ให้ดีๆ ครับ มันคือการเลือกระหว่างความใหม่สบายใจ กับสเปคที่สูงขึ้นในงบเท่ากัน</w:t>
      </w:r>
    </w:p>
    <w:p>
      <w:pPr>
        <w:spacing w:before="40" w:after="40"/>
        <w:shd w:val="clear" w:color="auto" w:fill="E8EAF6"/>
      </w:pPr>
      <w:r>
        <w:rPr>
          <w:rFonts w:ascii="Arial" w:hAnsi="Arial"/>
          <w:b/>
          <w:i w:val="0"/>
          <w:color w:val="283593"/>
          <w:sz w:val="16"/>
        </w:rPr>
        <w:t>📣 CTA</w:t>
      </w:r>
    </w:p>
    <w:p>
      <w:pPr>
        <w:spacing w:before="0" w:after="80"/>
        <w:ind w:left="170"/>
      </w:pPr>
      <w:r>
        <w:rPr>
          <w:rFonts w:ascii="Arial" w:hAnsi="Arial"/>
          <w:b/>
          <w:i w:val="0"/>
          <w:sz w:val="20"/>
        </w:rPr>
        <w:t>ถ้าเป็นคุณ งบ 21,000 จะเลือกเครื่องใหม่ หรือยอมซื้อมือสองแต่ได้รุ่น Pro? คอมเมนต์งบของคุณมา เดี๋ยวผมช่วยแนะนำรุ่นที่เหมาะที่สุดให้!</w:t>
      </w:r>
    </w:p>
    <w:p>
      <w:pPr>
        <w:spacing w:before="0" w:after="40"/>
      </w:pPr>
      <w:r>
        <w:rPr>
          <w:rFonts w:ascii="Arial" w:hAnsi="Arial"/>
          <w:b w:val="0"/>
          <w:i/>
          <w:color w:val="888888"/>
          <w:sz w:val="16"/>
        </w:rPr>
        <w:t>⏱ 48s  📰 Droidsans  #ไอโฟน #iphoneมือสอง #ไอโฟนมือสอง #รีวิวไอโฟน #droidsans  💡 benchmark_and_alternatives - ใช้ราคาเริ่มต้นของเครื่องใหม่เป</w:t>
      </w:r>
    </w:p>
    <w:p>
      <w:pPr>
        <w:spacing w:before="80" w:after="80"/>
        <w:pBdr>
          <w:bottom w:val="single" w:sz="4" w:space="1" w:color="DDDDDD"/>
        </w:pBdr>
      </w:pPr>
    </w:p>
    <w:p>
      <w:pPr>
        <w:spacing w:before="160" w:after="40"/>
      </w:pPr>
      <w:r>
        <w:rPr>
          <w:rFonts w:ascii="Arial" w:hAnsi="Arial"/>
          <w:b/>
          <w:i w:val="0"/>
          <w:color w:val="E65100"/>
          <w:sz w:val="18"/>
        </w:rPr>
        <w:t>Script 2 / 3</w:t>
      </w:r>
    </w:p>
    <w:p>
      <w:pPr>
        <w:spacing w:before="40" w:after="40"/>
        <w:shd w:val="clear" w:color="auto" w:fill="F3E5F5"/>
      </w:pPr>
      <w:r>
        <w:rPr>
          <w:rFonts w:ascii="Arial" w:hAnsi="Arial"/>
          <w:b/>
          <w:i w:val="0"/>
          <w:color w:val="6B2FA0"/>
          <w:sz w:val="16"/>
        </w:rPr>
        <w:t>🎣 Hook</w:t>
      </w:r>
    </w:p>
    <w:p>
      <w:pPr>
        <w:spacing w:before="0" w:after="80"/>
        <w:ind w:left="170"/>
      </w:pPr>
      <w:r>
        <w:rPr>
          <w:rFonts w:ascii="Arial" w:hAnsi="Arial"/>
          <w:b/>
          <w:i w:val="0"/>
          <w:sz w:val="22"/>
        </w:rPr>
        <w:t>จะซื้อ iPhone มือสอง? ต้องรู้เรื่องนี้ก่อน! ล่าสุดมีบางรุ่นเข้าศูนย์ Apple ไม่ได้แล้วนะ เช็คยังไงไม่ให้โดนมาดูกัน</w:t>
      </w:r>
    </w:p>
    <w:p>
      <w:pPr>
        <w:spacing w:before="40" w:after="40"/>
        <w:shd w:val="clear" w:color="auto" w:fill="F3E5F5"/>
      </w:pPr>
      <w:r>
        <w:rPr>
          <w:rFonts w:ascii="Arial" w:hAnsi="Arial"/>
          <w:b/>
          <w:i w:val="0"/>
          <w:color w:val="6B2FA0"/>
          <w:sz w:val="16"/>
        </w:rPr>
        <w:t>📝 Body</w:t>
      </w:r>
    </w:p>
    <w:p>
      <w:pPr>
        <w:spacing w:before="0" w:after="80"/>
        <w:ind w:left="170"/>
      </w:pPr>
      <w:r>
        <w:rPr>
          <w:rFonts w:ascii="Arial" w:hAnsi="Arial"/>
          <w:b w:val="0"/>
          <w:i w:val="0"/>
          <w:sz w:val="20"/>
        </w:rPr>
        <w:t>เร็วๆ นี้มีข่าวจากช่องอาตี๋รีวิว ที่เตือนว่ามี iPhone รุ่นเก่าบางรุ่นถูกประกาศให้เข้าศูนย์บริการไม่ได้อีกต่อไปแล้วนะครับ นี่เป็นเรื่องสำคัญมากๆ สำหรับคนที่กำลังจะซื้อมือสอง เพราะถ้าเครื่องมีปัญหาขึ้นมา อาจจะหาอะไหล่แท้ซ่อมไม่ได้เลย วิธีเช็คง่ายๆ ก่อนซื้อ โดยเฉพาะรุ่นที่ออกมาหลายปีแล้วอย่าง iPhone 13 คือเข้าไปที่เว็บของ Apple แล้วหารายชื่อ 'ผลิตภัณฑ์ที่ไม่ผลิตแล้วและผลิตภัณฑ์รุ่นเก่า' (Vintage and obsolete products) เช็คให้ชัวร์ว่ารุ่นที่เราจะซื้อยังไม่อยู่ในลิสต์ การทำแบบนี้แค่แป๊บเดียว ช่วยให้เรามั่นใจได้ว่าเครื่องจะยังได้รับการดูแลจากศูนย์ไปได้อีกหลายปีครับ</w:t>
      </w:r>
    </w:p>
    <w:p>
      <w:pPr>
        <w:spacing w:before="40" w:after="40"/>
        <w:shd w:val="clear" w:color="auto" w:fill="E8EAF6"/>
      </w:pPr>
      <w:r>
        <w:rPr>
          <w:rFonts w:ascii="Arial" w:hAnsi="Arial"/>
          <w:b/>
          <w:i w:val="0"/>
          <w:color w:val="283593"/>
          <w:sz w:val="16"/>
        </w:rPr>
        <w:t>📣 CTA</w:t>
      </w:r>
    </w:p>
    <w:p>
      <w:pPr>
        <w:spacing w:before="0" w:after="80"/>
        <w:ind w:left="170"/>
      </w:pPr>
      <w:r>
        <w:rPr>
          <w:rFonts w:ascii="Arial" w:hAnsi="Arial"/>
          <w:b/>
          <w:i w:val="0"/>
          <w:sz w:val="20"/>
        </w:rPr>
        <w:t>กำลังเล็ง iPhone มือสองรุ่นไหนอยู่ครับ? คอมเมนต์ชื่อรุ่นมาเลย เดี๋ยวช่วยเช็คให้ว่ายังน่าซื้ออยู่มั้ย!</w:t>
      </w:r>
    </w:p>
    <w:p>
      <w:pPr>
        <w:spacing w:before="0" w:after="40"/>
      </w:pPr>
      <w:r>
        <w:rPr>
          <w:rFonts w:ascii="Arial" w:hAnsi="Arial"/>
          <w:b w:val="0"/>
          <w:i/>
          <w:color w:val="888888"/>
          <w:sz w:val="16"/>
        </w:rPr>
        <w:t>⏱ 45s  📰 อาตี๋รีวิว  #ไอโฟนมือสอง #iphoneมือสอง #สอนดูไอโฟน #เตือนภัย #อาตี๋รีวิว  💡 safe_secondhand_shopping_filter - เปลี่ยนข่าวเตือนภัยให้กลาย</w:t>
      </w:r>
    </w:p>
    <w:p>
      <w:pPr>
        <w:spacing w:before="80" w:after="80"/>
        <w:pBdr>
          <w:bottom w:val="single" w:sz="4" w:space="1" w:color="DDDDDD"/>
        </w:pBdr>
      </w:pPr>
    </w:p>
    <w:p>
      <w:pPr>
        <w:spacing w:before="160" w:after="40"/>
      </w:pPr>
      <w:r>
        <w:rPr>
          <w:rFonts w:ascii="Arial" w:hAnsi="Arial"/>
          <w:b/>
          <w:i w:val="0"/>
          <w:color w:val="E65100"/>
          <w:sz w:val="18"/>
        </w:rPr>
        <w:t>Script 3 / 3</w:t>
      </w:r>
    </w:p>
    <w:p>
      <w:pPr>
        <w:spacing w:before="40" w:after="40"/>
        <w:shd w:val="clear" w:color="auto" w:fill="F3E5F5"/>
      </w:pPr>
      <w:r>
        <w:rPr>
          <w:rFonts w:ascii="Arial" w:hAnsi="Arial"/>
          <w:b/>
          <w:i w:val="0"/>
          <w:color w:val="6B2FA0"/>
          <w:sz w:val="16"/>
        </w:rPr>
        <w:t>🎣 Hook</w:t>
      </w:r>
    </w:p>
    <w:p>
      <w:pPr>
        <w:spacing w:before="0" w:after="80"/>
        <w:ind w:left="170"/>
      </w:pPr>
      <w:r>
        <w:rPr>
          <w:rFonts w:ascii="Arial" w:hAnsi="Arial"/>
          <w:b/>
          <w:i w:val="0"/>
          <w:sz w:val="22"/>
        </w:rPr>
        <w:t>ต้องเก็บเงินเท่าไหร่ถึงจะซื้อ iPhone 18 ได้? ช้าก่อน! ถ้าผมบอกว่างบ 15,000 ก็ซื้อ iPhone ดีๆ ได้เลยวันนี้ ไม่ต้องรอ!</w:t>
      </w:r>
    </w:p>
    <w:p>
      <w:pPr>
        <w:spacing w:before="40" w:after="40"/>
        <w:shd w:val="clear" w:color="auto" w:fill="F3E5F5"/>
      </w:pPr>
      <w:r>
        <w:rPr>
          <w:rFonts w:ascii="Arial" w:hAnsi="Arial"/>
          <w:b/>
          <w:i w:val="0"/>
          <w:color w:val="6B2FA0"/>
          <w:sz w:val="16"/>
        </w:rPr>
        <w:t>📝 Body</w:t>
      </w:r>
    </w:p>
    <w:p>
      <w:pPr>
        <w:spacing w:before="0" w:after="80"/>
        <w:ind w:left="170"/>
      </w:pPr>
      <w:r>
        <w:rPr>
          <w:rFonts w:ascii="Arial" w:hAnsi="Arial"/>
          <w:b w:val="0"/>
          <w:i w:val="0"/>
          <w:sz w:val="20"/>
        </w:rPr>
        <w:t>เห็นคลิปพี่เอกวิทย์ที่พูดถึงราคา iPhone 18 แล้วหลายคนอาจจะเริ่มคิดเรื่องเก็บเงินกันยาวๆ เลยใช่ไหมครับ ซึ่งการวางแผนก็เป็นเรื่องดีนะ แต่สำหรับคนงบน้อยที่อยากใช้ iPhone ตอนนี้เลย การรออีก 2-3 ปีอาจจะไม่ใช่คำตอบ ข่าวดีคือเราไม่จำเป็นต้องมีเงินหลายหมื่นก็เป็นเจ้าของ iPhone ได้ครับ งบประมาณ 15,000 บาท ตอนนี้สามารถหา iPhone 13 มือสองสภาพสวยๆ ได้สบายเลย ได้ทั้งชิปที่ยังแรง กล้องที่ยังสวย อัปเดต iOS ได้อีกนาน ใช้ได้แบบไม่ต้องกังวลเลยครับ บางทีการมีความสุขกับเทคโนโลยีที่เราเอื้อมถึงได้ในวันนี้ อาจจะดีกว่าการรอคอยสิ่งที่ดีที่สุดในอนาคตก็ได้นะ</w:t>
      </w:r>
    </w:p>
    <w:p>
      <w:pPr>
        <w:spacing w:before="40" w:after="40"/>
        <w:shd w:val="clear" w:color="auto" w:fill="E8EAF6"/>
      </w:pPr>
      <w:r>
        <w:rPr>
          <w:rFonts w:ascii="Arial" w:hAnsi="Arial"/>
          <w:b/>
          <w:i w:val="0"/>
          <w:color w:val="283593"/>
          <w:sz w:val="16"/>
        </w:rPr>
        <w:t>📣 CTA</w:t>
      </w:r>
    </w:p>
    <w:p>
      <w:pPr>
        <w:spacing w:before="0" w:after="80"/>
        <w:ind w:left="170"/>
      </w:pPr>
      <w:r>
        <w:rPr>
          <w:rFonts w:ascii="Arial" w:hAnsi="Arial"/>
          <w:b/>
          <w:i w:val="0"/>
          <w:sz w:val="20"/>
        </w:rPr>
        <w:t>งบในใจของคุณตอนนี้มีเท่าไหร่ครับ? ลองคอมเมนต์มาเลย เดี๋ยวผมแนะนำรุ่นที่คุ้มค่าที่สุดในงบนั้นให้!</w:t>
      </w:r>
    </w:p>
    <w:p>
      <w:pPr>
        <w:spacing w:before="0" w:after="40"/>
      </w:pPr>
      <w:r>
        <w:rPr>
          <w:rFonts w:ascii="Arial" w:hAnsi="Arial"/>
          <w:b w:val="0"/>
          <w:i/>
          <w:color w:val="888888"/>
          <w:sz w:val="16"/>
        </w:rPr>
        <w:t>⏱ 42s  📰 เอกวิทย์  #ไอโฟน #ไอโฟนราคานักเรียน #iphone18 #ผ่อนไอโฟน #พี่เอกวิทย์  💡 present_value_vs_future_speculation - ใช้ข่าวลือเรื่องราคาสู</w:t>
      </w:r>
    </w:p>
    <w:p>
      <w:pPr>
        <w:spacing w:before="80" w:after="80"/>
        <w:pBdr>
          <w:bottom w:val="single" w:sz="4" w:space="1" w:color="DDDDDD"/>
        </w:pBdr>
      </w:pPr>
    </w:p>
    <w:p>
      <w:pPr>
        <w:spacing w:before="240" w:after="0"/>
      </w:pPr>
    </w:p>
    <w:p>
      <w:pPr>
        <w:spacing w:before="40" w:after="40"/>
        <w:shd w:val="clear" w:color="auto" w:fill="EDE7F6"/>
      </w:pPr>
      <w:r>
        <w:rPr>
          <w:rFonts w:ascii="Arial" w:hAnsi="Arial"/>
          <w:b/>
          <w:i w:val="0"/>
          <w:color w:val="37474F"/>
          <w:sz w:val="26"/>
        </w:rPr>
        <w:t xml:space="preserve">  🏢  นักธุรกิจ / ผู้บริหาร</w:t>
      </w:r>
    </w:p>
    <w:p>
      <w:pPr>
        <w:spacing w:before="40" w:after="0"/>
      </w:pPr>
    </w:p>
    <w:p>
      <w:pPr>
        <w:spacing w:before="160" w:after="40"/>
      </w:pPr>
      <w:r>
        <w:rPr>
          <w:rFonts w:ascii="Arial" w:hAnsi="Arial"/>
          <w:b/>
          <w:i w:val="0"/>
          <w:color w:val="37474F"/>
          <w:sz w:val="18"/>
        </w:rPr>
        <w:t>Script 1 / 3</w:t>
      </w:r>
    </w:p>
    <w:p>
      <w:pPr>
        <w:spacing w:before="40" w:after="40"/>
        <w:shd w:val="clear" w:color="auto" w:fill="F3E5F5"/>
      </w:pPr>
      <w:r>
        <w:rPr>
          <w:rFonts w:ascii="Arial" w:hAnsi="Arial"/>
          <w:b/>
          <w:i w:val="0"/>
          <w:color w:val="6B2FA0"/>
          <w:sz w:val="16"/>
        </w:rPr>
        <w:t>🎣 Hook</w:t>
      </w:r>
    </w:p>
    <w:p>
      <w:pPr>
        <w:spacing w:before="0" w:after="80"/>
        <w:ind w:left="170"/>
      </w:pPr>
      <w:r>
        <w:rPr>
          <w:rFonts w:ascii="Arial" w:hAnsi="Arial"/>
          <w:b/>
          <w:i w:val="0"/>
          <w:sz w:val="22"/>
        </w:rPr>
        <w:t>Apple เพิ่งปล่อยอัปเดต iOS ล่าสุด... สำหรับผู้บริหาร การกด 'Update Later' อาจหมายถึงการเปิดประตูให้ข้อมูลสำคัญของบริษัทรั่วไหลโดยไม่รู้ตัว</w:t>
      </w:r>
    </w:p>
    <w:p>
      <w:pPr>
        <w:spacing w:before="40" w:after="40"/>
        <w:shd w:val="clear" w:color="auto" w:fill="F3E5F5"/>
      </w:pPr>
      <w:r>
        <w:rPr>
          <w:rFonts w:ascii="Arial" w:hAnsi="Arial"/>
          <w:b/>
          <w:i w:val="0"/>
          <w:color w:val="6B2FA0"/>
          <w:sz w:val="16"/>
        </w:rPr>
        <w:t>📝 Body</w:t>
      </w:r>
    </w:p>
    <w:p>
      <w:pPr>
        <w:spacing w:before="0" w:after="80"/>
        <w:ind w:left="170"/>
      </w:pPr>
      <w:r>
        <w:rPr>
          <w:rFonts w:ascii="Arial" w:hAnsi="Arial"/>
          <w:b w:val="0"/>
          <w:i w:val="0"/>
          <w:sz w:val="20"/>
        </w:rPr>
        <w:t>ตามรายงานข่าวล่าสุดเกี่ยวกับการอัปเดต iOS ใหม่ สิ่งที่ผู้บริหารต้องให้ความสำคัญมากกว่าฟีเจอร์ใหม่คือ 'Security Patches' หรือช่องโหว่ด้านความปลอดภัยที่ถูกอุดไปในการอัปเดตแต่ละครั้ง แฮกเกอร์มักพุ่งเป้ามาที่อุปกรณ์ที่ยังไม่ได้อัปเดต เพราะเป็นช่องทางที่ง่ายที่สุดในการเข้าถึงข้อมูลที่มีมูลค่าสูง เช่น แผนกลยุทธ์, ข้อมูลทางการเงิน, หรือข้อมูลลูกค้าที่อยู่ใน iPhone ของคุณ การอัปเดตทันทีจึงไม่ใช่แค่เรื่องทางเทคนิค แต่เป็นนโยบายความปลอดภัยขั้นพื้นฐานที่ทุกคนในทีมบริหารต้องปฏิบัติอย่างเคร่งครัด เพื่อปกป้องสินทรัพย์ดิจิทัลขององค์กร</w:t>
      </w:r>
    </w:p>
    <w:p>
      <w:pPr>
        <w:spacing w:before="40" w:after="40"/>
        <w:shd w:val="clear" w:color="auto" w:fill="E8EAF6"/>
      </w:pPr>
      <w:r>
        <w:rPr>
          <w:rFonts w:ascii="Arial" w:hAnsi="Arial"/>
          <w:b/>
          <w:i w:val="0"/>
          <w:color w:val="283593"/>
          <w:sz w:val="16"/>
        </w:rPr>
        <w:t>📣 CTA</w:t>
      </w:r>
    </w:p>
    <w:p>
      <w:pPr>
        <w:spacing w:before="0" w:after="80"/>
        <w:ind w:left="170"/>
      </w:pPr>
      <w:r>
        <w:rPr>
          <w:rFonts w:ascii="Arial" w:hAnsi="Arial"/>
          <w:b/>
          <w:i w:val="0"/>
          <w:sz w:val="20"/>
        </w:rPr>
        <w:t>Follow เราไว้ เพื่อให้ทันทุกเรื่องความปลอดภัยใน Apple ecosystem สำหรับธุรกิจของคุณ</w:t>
      </w:r>
    </w:p>
    <w:p>
      <w:pPr>
        <w:spacing w:before="0" w:after="40"/>
      </w:pPr>
      <w:r>
        <w:rPr>
          <w:rFonts w:ascii="Arial" w:hAnsi="Arial"/>
          <w:b w:val="0"/>
          <w:i/>
          <w:color w:val="888888"/>
          <w:sz w:val="16"/>
        </w:rPr>
        <w:t>⏱ 60s  📰 อาตี๋รีวิว  #iOSupdate #iPhoneSecurity #AppleForBusiness #CyberSecurity #ผู้บริหาร  💡 Corporate Security Mandate: ยกระดับข่าวการอัปเดต iOS จากเรื่</w:t>
      </w:r>
    </w:p>
    <w:p>
      <w:pPr>
        <w:spacing w:before="80" w:after="80"/>
        <w:pBdr>
          <w:bottom w:val="single" w:sz="4" w:space="1" w:color="DDDDDD"/>
        </w:pBdr>
      </w:pPr>
    </w:p>
    <w:p>
      <w:pPr>
        <w:spacing w:before="160" w:after="40"/>
      </w:pPr>
      <w:r>
        <w:rPr>
          <w:rFonts w:ascii="Arial" w:hAnsi="Arial"/>
          <w:b/>
          <w:i w:val="0"/>
          <w:color w:val="37474F"/>
          <w:sz w:val="18"/>
        </w:rPr>
        <w:t>Script 2 / 3</w:t>
      </w:r>
    </w:p>
    <w:p>
      <w:pPr>
        <w:spacing w:before="40" w:after="40"/>
        <w:shd w:val="clear" w:color="auto" w:fill="F3E5F5"/>
      </w:pPr>
      <w:r>
        <w:rPr>
          <w:rFonts w:ascii="Arial" w:hAnsi="Arial"/>
          <w:b/>
          <w:i w:val="0"/>
          <w:color w:val="6B2FA0"/>
          <w:sz w:val="16"/>
        </w:rPr>
        <w:t>🎣 Hook</w:t>
      </w:r>
    </w:p>
    <w:p>
      <w:pPr>
        <w:spacing w:before="0" w:after="80"/>
        <w:ind w:left="170"/>
      </w:pPr>
      <w:r>
        <w:rPr>
          <w:rFonts w:ascii="Arial" w:hAnsi="Arial"/>
          <w:b/>
          <w:i w:val="0"/>
          <w:sz w:val="22"/>
        </w:rPr>
        <w:t>iPhone ของคุณค้างหรือทำงานช้าผิดปกติ? สำหรับผู้บริหาร นี่อาจไม่ใช่แค่เครื่องรวน แต่มันคือสัญญาณเตือนว่าคุณอาจกำลังตกเป็นเป้าหมายของแฮกเกอร์</w:t>
      </w:r>
    </w:p>
    <w:p>
      <w:pPr>
        <w:spacing w:before="40" w:after="40"/>
        <w:shd w:val="clear" w:color="auto" w:fill="F3E5F5"/>
      </w:pPr>
      <w:r>
        <w:rPr>
          <w:rFonts w:ascii="Arial" w:hAnsi="Arial"/>
          <w:b/>
          <w:i w:val="0"/>
          <w:color w:val="6B2FA0"/>
          <w:sz w:val="16"/>
        </w:rPr>
        <w:t>📝 Body</w:t>
      </w:r>
    </w:p>
    <w:p>
      <w:pPr>
        <w:spacing w:before="0" w:after="80"/>
        <w:ind w:left="170"/>
      </w:pPr>
      <w:r>
        <w:rPr>
          <w:rFonts w:ascii="Arial" w:hAnsi="Arial"/>
          <w:b w:val="0"/>
          <w:i w:val="0"/>
          <w:sz w:val="20"/>
        </w:rPr>
        <w:t>มีรายงานว่าอาการเครื่องค้างอาจเป็นหนึ่งในสัญญาณของมัลแวร์ที่แอบทำงานอยู่เบื้องหลัง ในฐานะผู้บริหาร คุณคือเป้าหมายที่มีมูลค่าสูง การเข้าควบคุมเครื่องของคุณได้หมายถึงการเข้าถึงอีเมล, เอกสารลับ, หรือแม้กระทั่งการดักฟังการสนทนาผ่านไมโครโฟน นอกเหนือจากอาการเครื่องค้าง ให้สังเกตสัญญาณอื่นๆ เช่น แบตเตอรี่หมดเร็วกว่าปกติ หรือมีการใช้ข้อมูลอินเทอร์เน็ตสูงอย่างไม่ทราบสาเหตุ การตระหนักรู้ถึงความเสี่ยงเหล่านี้คือด่านแรกของการป้องกันข้อมูลสำคัญขององค์กร การรักษาความปลอดภัยของอุปกรณ์จึงเท่ากับการรักษาความลับของบริษัท</w:t>
      </w:r>
    </w:p>
    <w:p>
      <w:pPr>
        <w:spacing w:before="40" w:after="40"/>
        <w:shd w:val="clear" w:color="auto" w:fill="E8EAF6"/>
      </w:pPr>
      <w:r>
        <w:rPr>
          <w:rFonts w:ascii="Arial" w:hAnsi="Arial"/>
          <w:b/>
          <w:i w:val="0"/>
          <w:color w:val="283593"/>
          <w:sz w:val="16"/>
        </w:rPr>
        <w:t>📣 CTA</w:t>
      </w:r>
    </w:p>
    <w:p>
      <w:pPr>
        <w:spacing w:before="0" w:after="80"/>
        <w:ind w:left="170"/>
      </w:pPr>
      <w:r>
        <w:rPr>
          <w:rFonts w:ascii="Arial" w:hAnsi="Arial"/>
          <w:b/>
          <w:i w:val="0"/>
          <w:sz w:val="20"/>
        </w:rPr>
        <w:t>อยากรู้วิธีป้องกัน iPhone ของทีมให้ปลอดภัยจากภัยคุกคามทางไซเบอร์? Follow เราเลย</w:t>
      </w:r>
    </w:p>
    <w:p>
      <w:pPr>
        <w:spacing w:before="0" w:after="40"/>
      </w:pPr>
      <w:r>
        <w:rPr>
          <w:rFonts w:ascii="Arial" w:hAnsi="Arial"/>
          <w:b w:val="0"/>
          <w:i/>
          <w:color w:val="888888"/>
          <w:sz w:val="16"/>
        </w:rPr>
        <w:t>⏱ 65s  📰 ครูหนึ่งสอนดี  #iPhoneSecurity #ผู้บริหาร #CyberSecurity #Apple #ความปลอดภัย  💡 Executive-Level Threat Mitigation: เปลี่ยนหัวข้อ 'มือถือค้าง</w:t>
      </w:r>
    </w:p>
    <w:p>
      <w:pPr>
        <w:spacing w:before="80" w:after="80"/>
        <w:pBdr>
          <w:bottom w:val="single" w:sz="4" w:space="1" w:color="DDDDDD"/>
        </w:pBdr>
      </w:pPr>
    </w:p>
    <w:p>
      <w:pPr>
        <w:spacing w:before="160" w:after="40"/>
      </w:pPr>
      <w:r>
        <w:rPr>
          <w:rFonts w:ascii="Arial" w:hAnsi="Arial"/>
          <w:b/>
          <w:i w:val="0"/>
          <w:color w:val="37474F"/>
          <w:sz w:val="18"/>
        </w:rPr>
        <w:t>Script 3 / 3</w:t>
      </w:r>
    </w:p>
    <w:p>
      <w:pPr>
        <w:spacing w:before="40" w:after="40"/>
        <w:shd w:val="clear" w:color="auto" w:fill="F3E5F5"/>
      </w:pPr>
      <w:r>
        <w:rPr>
          <w:rFonts w:ascii="Arial" w:hAnsi="Arial"/>
          <w:b/>
          <w:i w:val="0"/>
          <w:color w:val="6B2FA0"/>
          <w:sz w:val="16"/>
        </w:rPr>
        <w:t>🎣 Hook</w:t>
      </w:r>
    </w:p>
    <w:p>
      <w:pPr>
        <w:spacing w:before="0" w:after="80"/>
        <w:ind w:left="170"/>
      </w:pPr>
      <w:r>
        <w:rPr>
          <w:rFonts w:ascii="Arial" w:hAnsi="Arial"/>
          <w:b/>
          <w:i w:val="0"/>
          <w:sz w:val="22"/>
        </w:rPr>
        <w:t>คุณกำลังใช้ iCloud Photos แค่เก็บรูปพักร้อนรึเปล่า? นั่นคือการพลาดโอกาสใช้เครื่องมือ Productivity ที่ทรงพลังที่สุดใน Apple Ecosystem สำหรับการทำงาน</w:t>
      </w:r>
    </w:p>
    <w:p>
      <w:pPr>
        <w:spacing w:before="40" w:after="40"/>
        <w:shd w:val="clear" w:color="auto" w:fill="F3E5F5"/>
      </w:pPr>
      <w:r>
        <w:rPr>
          <w:rFonts w:ascii="Arial" w:hAnsi="Arial"/>
          <w:b/>
          <w:i w:val="0"/>
          <w:color w:val="6B2FA0"/>
          <w:sz w:val="16"/>
        </w:rPr>
        <w:t>📝 Body</w:t>
      </w:r>
    </w:p>
    <w:p>
      <w:pPr>
        <w:spacing w:before="0" w:after="80"/>
        <w:ind w:left="170"/>
      </w:pPr>
      <w:r>
        <w:rPr>
          <w:rFonts w:ascii="Arial" w:hAnsi="Arial"/>
          <w:b w:val="0"/>
          <w:i w:val="0"/>
          <w:sz w:val="20"/>
        </w:rPr>
        <w:t>ตามที่มีการให้ความรู้เรื่อง iCloud Photos หลายคนยังมองว่าเป็นแค่พื้นที่เก็บข้อมูลส่วนตัว แต่สำหรับผู้บริหาร มันคือ Game-changer ของ Workflow ลองนึกภาพตาม: คุณถ่ายรูป Whiteboard สรุปการประชุมด้วย iPhone และในวินาทีต่อมา รูปนั้นก็ปรากฏบน Mac ของคุณ พร้อมให้ลากไปใส่ในสไลด์นำเสนอได้ทันที หรือทีมงานถ่ายภาพความคืบหน้าของโปรเจกต์จากหน้างาน แล้วคุณสามารถเปิดดูบน iPad เพื่อคอมเมนต์ได้แบบ real-time ผ่าน Shared Albums ทั้งหมดนี้เกิดขึ้นใน Ecosystem ที่ปลอดภัยของ Apple โดยไม่ต้องพึ่งพาแอปฯ ภายนอก นี่คือการเปลี่ยนรูปภาพให้กลายเป็นข้อมูลที่ทำงานร่วมกันได้อย่างไร้รอยต่อ</w:t>
      </w:r>
    </w:p>
    <w:p>
      <w:pPr>
        <w:spacing w:before="40" w:after="40"/>
        <w:shd w:val="clear" w:color="auto" w:fill="E8EAF6"/>
      </w:pPr>
      <w:r>
        <w:rPr>
          <w:rFonts w:ascii="Arial" w:hAnsi="Arial"/>
          <w:b/>
          <w:i w:val="0"/>
          <w:color w:val="283593"/>
          <w:sz w:val="16"/>
        </w:rPr>
        <w:t>📣 CTA</w:t>
      </w:r>
    </w:p>
    <w:p>
      <w:pPr>
        <w:spacing w:before="0" w:after="80"/>
        <w:ind w:left="170"/>
      </w:pPr>
      <w:r>
        <w:rPr>
          <w:rFonts w:ascii="Arial" w:hAnsi="Arial"/>
          <w:b/>
          <w:i w:val="0"/>
          <w:sz w:val="20"/>
        </w:rPr>
        <w:t>Follow เราเพื่อเรียนรู้ทิปส์การใช้ Apple Ecosystem ให้เต็มประสิทธิภาพสำหรับธุรกิจ</w:t>
      </w:r>
    </w:p>
    <w:p>
      <w:pPr>
        <w:spacing w:before="0" w:after="40"/>
      </w:pPr>
      <w:r>
        <w:rPr>
          <w:rFonts w:ascii="Arial" w:hAnsi="Arial"/>
          <w:b w:val="0"/>
          <w:i/>
          <w:color w:val="888888"/>
          <w:sz w:val="16"/>
        </w:rPr>
        <w:t xml:space="preserve">⏱ 70s  📰 เอกวิทย์  #AppleEcosystem #Productivity #iCloud #WorkFromAnywhere #iPhoneTips  💡 Seamless Executive Workflow Integration: แปลงเรื่อง 'iCloud </w:t>
      </w:r>
    </w:p>
    <w:p>
      <w:pPr>
        <w:spacing w:before="80" w:after="80"/>
        <w:pBdr>
          <w:bottom w:val="single" w:sz="4" w:space="1" w:color="DDDDDD"/>
        </w:pBdr>
      </w:pPr>
    </w:p>
    <w:p>
      <w:pPr>
        <w:spacing w:before="240" w:after="0"/>
      </w:pPr>
    </w:p>
    <w:p>
      <w:pPr>
        <w:spacing w:before="40" w:after="40"/>
        <w:shd w:val="clear" w:color="auto" w:fill="EDE7F6"/>
      </w:pPr>
      <w:r>
        <w:rPr>
          <w:rFonts w:ascii="Arial" w:hAnsi="Arial"/>
          <w:b/>
          <w:i w:val="0"/>
          <w:color w:val="C62828"/>
          <w:sz w:val="26"/>
        </w:rPr>
        <w:t xml:space="preserve">  🔥  คนชอบข่าวลือ / leaks</w:t>
      </w:r>
    </w:p>
    <w:p>
      <w:pPr>
        <w:spacing w:before="40" w:after="0"/>
      </w:pPr>
    </w:p>
    <w:p>
      <w:pPr>
        <w:spacing w:before="160" w:after="40"/>
      </w:pPr>
      <w:r>
        <w:rPr>
          <w:rFonts w:ascii="Arial" w:hAnsi="Arial"/>
          <w:b/>
          <w:i w:val="0"/>
          <w:color w:val="C62828"/>
          <w:sz w:val="18"/>
        </w:rPr>
        <w:t>Script 1 / 3</w:t>
      </w:r>
    </w:p>
    <w:p>
      <w:pPr>
        <w:spacing w:before="40" w:after="40"/>
        <w:shd w:val="clear" w:color="auto" w:fill="F3E5F5"/>
      </w:pPr>
      <w:r>
        <w:rPr>
          <w:rFonts w:ascii="Arial" w:hAnsi="Arial"/>
          <w:b/>
          <w:i w:val="0"/>
          <w:color w:val="6B2FA0"/>
          <w:sz w:val="16"/>
        </w:rPr>
        <w:t>🎣 Hook</w:t>
      </w:r>
    </w:p>
    <w:p>
      <w:pPr>
        <w:spacing w:before="0" w:after="80"/>
        <w:ind w:left="170"/>
      </w:pPr>
      <w:r>
        <w:rPr>
          <w:rFonts w:ascii="Arial" w:hAnsi="Arial"/>
          <w:b/>
          <w:i w:val="0"/>
          <w:sz w:val="22"/>
        </w:rPr>
        <w:t>Apple เตรียมทำให้ iPhone 18 Pro กับ Pro Max ต่างกันสุดขั้ว! และนี่คือแผนที่จะทำให้คุณต้องยอมจ่ายแพงขึ้น</w:t>
      </w:r>
    </w:p>
    <w:p>
      <w:pPr>
        <w:spacing w:before="40" w:after="40"/>
        <w:shd w:val="clear" w:color="auto" w:fill="F3E5F5"/>
      </w:pPr>
      <w:r>
        <w:rPr>
          <w:rFonts w:ascii="Arial" w:hAnsi="Arial"/>
          <w:b/>
          <w:i w:val="0"/>
          <w:color w:val="6B2FA0"/>
          <w:sz w:val="16"/>
        </w:rPr>
        <w:t>📝 Body</w:t>
      </w:r>
    </w:p>
    <w:p>
      <w:pPr>
        <w:spacing w:before="0" w:after="80"/>
        <w:ind w:left="170"/>
      </w:pPr>
      <w:r>
        <w:rPr>
          <w:rFonts w:ascii="Arial" w:hAnsi="Arial"/>
          <w:b w:val="0"/>
          <w:i w:val="0"/>
          <w:sz w:val="20"/>
        </w:rPr>
        <w:t>มีรายงานล่าสุดจากหลายแหล่งข่าวใหญ่ ระบุว่า iPhone 18 Pro Max จะได้อัปเกรดกล้องแบบ exclusive สุดๆ ที่รุ่น Pro ธรรมดาจะไม่มี! ตามรายงานจาก 9to5Mac ลือกันว่าจะมีอย่างน้อย 2 ฟีเจอร์กล้องใหม่ ที่ Apple กั๊กไว้ให้รุ่นท็อปสุดเท่านั้น นี่ไม่ใช่แค่การอัปเกรดธรรมดา แต่มันคือกลยุทธ์ของ Apple ที่จะสร้างความแตกต่างระหว่างรุ่น Pro กับ Pro Max ให้ชัดเจนกว่าเดิม บีบให้คนที่อยากได้ฟีเจอร์กล้องดีที่สุด ต้องขยับไปซื้อรุ่น Max เท่านั้น เหมือนที่เราเคยเห็นมาแล้วกับการซูม 5 เท่าใน iPhone 15 Pro Max แต่ครั้งนี้จะยิ่งชัดเจนขึ้นไปอีก คุณล่ะ คิดว่ากลยุทธ์แบบนี้จะทำให้ยอมจ่ายเพิ่มเพื่อรุ่น Max หรือเปล่า?</w:t>
      </w:r>
    </w:p>
    <w:p>
      <w:pPr>
        <w:spacing w:before="40" w:after="40"/>
        <w:shd w:val="clear" w:color="auto" w:fill="E8EAF6"/>
      </w:pPr>
      <w:r>
        <w:rPr>
          <w:rFonts w:ascii="Arial" w:hAnsi="Arial"/>
          <w:b/>
          <w:i w:val="0"/>
          <w:color w:val="283593"/>
          <w:sz w:val="16"/>
        </w:rPr>
        <w:t>📣 CTA</w:t>
      </w:r>
    </w:p>
    <w:p>
      <w:pPr>
        <w:spacing w:before="0" w:after="80"/>
        <w:ind w:left="170"/>
      </w:pPr>
      <w:r>
        <w:rPr>
          <w:rFonts w:ascii="Arial" w:hAnsi="Arial"/>
          <w:b/>
          <w:i w:val="0"/>
          <w:sz w:val="20"/>
        </w:rPr>
        <w:t>ข้อมูลใหม่อาจจะมาได้ทุกเมื่อ กด follow ไว้เลย เดี๋ยวมาอัปเดตให้ทันที! 🔔</w:t>
      </w:r>
    </w:p>
    <w:p>
      <w:pPr>
        <w:spacing w:before="0" w:after="40"/>
      </w:pPr>
      <w:r>
        <w:rPr>
          <w:rFonts w:ascii="Arial" w:hAnsi="Arial"/>
          <w:b w:val="0"/>
          <w:i/>
          <w:color w:val="888888"/>
          <w:sz w:val="16"/>
        </w:rPr>
        <w:t>⏱ 50s  📰 MacRumors  #iphone18promax #iphone18 #appleleaks #ข่าวไอที #ไอโฟน  💡 Upsell Strategy Analysis: วิเคราะห์ข่าวลือในมุมกลยุทธ์ของ Ap</w:t>
      </w:r>
    </w:p>
    <w:p>
      <w:pPr>
        <w:spacing w:before="80" w:after="80"/>
        <w:pBdr>
          <w:bottom w:val="single" w:sz="4" w:space="1" w:color="DDDDDD"/>
        </w:pBdr>
      </w:pPr>
    </w:p>
    <w:p>
      <w:pPr>
        <w:spacing w:before="160" w:after="40"/>
      </w:pPr>
      <w:r>
        <w:rPr>
          <w:rFonts w:ascii="Arial" w:hAnsi="Arial"/>
          <w:b/>
          <w:i w:val="0"/>
          <w:color w:val="C62828"/>
          <w:sz w:val="18"/>
        </w:rPr>
        <w:t>Script 2 / 3</w:t>
      </w:r>
    </w:p>
    <w:p>
      <w:pPr>
        <w:spacing w:before="40" w:after="40"/>
        <w:shd w:val="clear" w:color="auto" w:fill="F3E5F5"/>
      </w:pPr>
      <w:r>
        <w:rPr>
          <w:rFonts w:ascii="Arial" w:hAnsi="Arial"/>
          <w:b/>
          <w:i w:val="0"/>
          <w:color w:val="6B2FA0"/>
          <w:sz w:val="16"/>
        </w:rPr>
        <w:t>🎣 Hook</w:t>
      </w:r>
    </w:p>
    <w:p>
      <w:pPr>
        <w:spacing w:before="0" w:after="80"/>
        <w:ind w:left="170"/>
      </w:pPr>
      <w:r>
        <w:rPr>
          <w:rFonts w:ascii="Arial" w:hAnsi="Arial"/>
          <w:b/>
          <w:i w:val="0"/>
          <w:sz w:val="22"/>
        </w:rPr>
        <w:t>Apple Watch Ultra 4 และ Series 12 จะเปิดตัวเดือนหน้า! ใครที่ใช้รุ่นเก่าอยู่ มาดูกันว่าควรอัปเกรดมั้ย?</w:t>
      </w:r>
    </w:p>
    <w:p>
      <w:pPr>
        <w:spacing w:before="40" w:after="40"/>
        <w:shd w:val="clear" w:color="auto" w:fill="F3E5F5"/>
      </w:pPr>
      <w:r>
        <w:rPr>
          <w:rFonts w:ascii="Arial" w:hAnsi="Arial"/>
          <w:b/>
          <w:i w:val="0"/>
          <w:color w:val="6B2FA0"/>
          <w:sz w:val="16"/>
        </w:rPr>
        <w:t>📝 Body</w:t>
      </w:r>
    </w:p>
    <w:p>
      <w:pPr>
        <w:spacing w:before="0" w:after="80"/>
        <w:ind w:left="170"/>
      </w:pPr>
      <w:r>
        <w:rPr>
          <w:rFonts w:ascii="Arial" w:hAnsi="Arial"/>
          <w:b w:val="0"/>
          <w:i w:val="0"/>
          <w:sz w:val="20"/>
        </w:rPr>
        <w:t>เหลืออีกไม่ถึงเดือนแล้ว! สรุปข่าวลือล่าสุดสำหรับ Apple Watch รุ่นใหม่ที่คาดว่าจะเปิดตัวพร้อม iPhone ตามรายงานจาก iPhonemod เริ่มที่รุ่นใหญ่ Apple Watch Ultra 4 ข่าวลือระบุว่าอาจจะมีการปรับดีไซน์เล็กน้อยและอาจมาพร้อมสีใหม่ แต่ฟีเจอร์สุขภาพใหม่ๆ ยังไม่ชัดเจนมากนัก ใครที่ใช้ Ultra 2 หรือ 3 อยู่ อาจจะยังไม่ต้องรีบ ส่วน Series 12 มีรายงานว่าจะเน้นไปที่เซ็นเซอร์สุขภาพตัวใหม่ ซึ่งอาจเป็นเหตุผลใหญ่ให้คนใช้ Series 9 หรือเก่ากว่าตัดสินใจอัปเกรด สรุปง่ายๆ คือ ถ้าคุณเป็นสาย extreme หรือใช้ Ultra อยู่แล้ว อาจจะยังรอดูได้ แต่ถ้าคุณใช้ Series รุ่นเก่าและแคร์เรื่องสุขภาพมากๆ Series 12 อาจเป็นตัวเปลี่ยนเกมของคุณเลย ย้ำว่าทั้งหมดนี้ยังเป็นแค่ข่าวลือที่ยังไม่ยืนยันนะครับ</w:t>
      </w:r>
    </w:p>
    <w:p>
      <w:pPr>
        <w:spacing w:before="40" w:after="40"/>
        <w:shd w:val="clear" w:color="auto" w:fill="E8EAF6"/>
      </w:pPr>
      <w:r>
        <w:rPr>
          <w:rFonts w:ascii="Arial" w:hAnsi="Arial"/>
          <w:b/>
          <w:i w:val="0"/>
          <w:color w:val="283593"/>
          <w:sz w:val="16"/>
        </w:rPr>
        <w:t>📣 CTA</w:t>
      </w:r>
    </w:p>
    <w:p>
      <w:pPr>
        <w:spacing w:before="0" w:after="80"/>
        <w:ind w:left="170"/>
      </w:pPr>
      <w:r>
        <w:rPr>
          <w:rFonts w:ascii="Arial" w:hAnsi="Arial"/>
          <w:b/>
          <w:i w:val="0"/>
          <w:sz w:val="20"/>
        </w:rPr>
        <w:t>ใกล้เปิดตัวแบบนี้ ข่าวหลุดมาทุกวันแน่นอน กด follow ไว้เลย จะได้ไม่พลาด! 🔔</w:t>
      </w:r>
    </w:p>
    <w:p>
      <w:pPr>
        <w:spacing w:before="0" w:after="40"/>
      </w:pPr>
      <w:r>
        <w:rPr>
          <w:rFonts w:ascii="Arial" w:hAnsi="Arial"/>
          <w:b w:val="0"/>
          <w:i/>
          <w:color w:val="888888"/>
          <w:sz w:val="16"/>
        </w:rPr>
        <w:t>⏱ 55s  📰 iMod  #applewatchultra #applewatch #appleevent #ข่าวลือ #smartwatch  💡 Consumer Upgrade Calculus: เปลี่ยนการรายงานข่าวลือให้กลายเป็</w:t>
      </w:r>
    </w:p>
    <w:p>
      <w:pPr>
        <w:spacing w:before="80" w:after="80"/>
        <w:pBdr>
          <w:bottom w:val="single" w:sz="4" w:space="1" w:color="DDDDDD"/>
        </w:pBdr>
      </w:pPr>
    </w:p>
    <w:p>
      <w:pPr>
        <w:spacing w:before="160" w:after="40"/>
      </w:pPr>
      <w:r>
        <w:rPr>
          <w:rFonts w:ascii="Arial" w:hAnsi="Arial"/>
          <w:b/>
          <w:i w:val="0"/>
          <w:color w:val="C62828"/>
          <w:sz w:val="18"/>
        </w:rPr>
        <w:t>Script 3 / 3</w:t>
      </w:r>
    </w:p>
    <w:p>
      <w:pPr>
        <w:spacing w:before="40" w:after="40"/>
        <w:shd w:val="clear" w:color="auto" w:fill="F3E5F5"/>
      </w:pPr>
      <w:r>
        <w:rPr>
          <w:rFonts w:ascii="Arial" w:hAnsi="Arial"/>
          <w:b/>
          <w:i w:val="0"/>
          <w:color w:val="6B2FA0"/>
          <w:sz w:val="16"/>
        </w:rPr>
        <w:t>🎣 Hook</w:t>
      </w:r>
    </w:p>
    <w:p>
      <w:pPr>
        <w:spacing w:before="0" w:after="80"/>
        <w:ind w:left="170"/>
      </w:pPr>
      <w:r>
        <w:rPr>
          <w:rFonts w:ascii="Arial" w:hAnsi="Arial"/>
          <w:b/>
          <w:i w:val="0"/>
          <w:sz w:val="22"/>
        </w:rPr>
        <w:t>คุณอาจยังไม่รู้ว่า ข่าวลือล่าสุดของ AirPods มันบอกใบ้ถึงฟีเจอร์ใหม่ของ iPhone 18 ด้วย!</w:t>
      </w:r>
    </w:p>
    <w:p>
      <w:pPr>
        <w:spacing w:before="40" w:after="40"/>
        <w:shd w:val="clear" w:color="auto" w:fill="F3E5F5"/>
      </w:pPr>
      <w:r>
        <w:rPr>
          <w:rFonts w:ascii="Arial" w:hAnsi="Arial"/>
          <w:b/>
          <w:i w:val="0"/>
          <w:color w:val="6B2FA0"/>
          <w:sz w:val="16"/>
        </w:rPr>
        <w:t>📝 Body</w:t>
      </w:r>
    </w:p>
    <w:p>
      <w:pPr>
        <w:spacing w:before="0" w:after="80"/>
        <w:ind w:left="170"/>
      </w:pPr>
      <w:r>
        <w:rPr>
          <w:rFonts w:ascii="Arial" w:hAnsi="Arial"/>
          <w:b w:val="0"/>
          <w:i w:val="0"/>
          <w:sz w:val="20"/>
        </w:rPr>
        <w:t>มีรายงานจาก 9to5Mac พูดถึง AirPods รุ่นใหม่ที่กำลังจะมาครับ แต่ที่น่าสนใจไม่ใช่แค่ตัวหูฟัง ข่าวลือระบุว่ามันจะมาพร้อมชิปตัวใหม่ที่รองรับการส่งสัญญาณเสียงคุณภาพสูงได้ดีขึ้น ซึ่งมันอาจจะไม่ได้ทำงานแค่กับหูฟังอย่างเดียว แต่นี่อาจเป็นจิ๊กซอว์ชิ้นสำคัญที่บ่งบอกว่า iPhone 18 ที่จะเปิดตัวพร้อมกัน จะต้องมีฮาร์ดแวร์ที่รองรับเทคโนโลยีนี้ด้วย เพื่อให้ทำงานคู่กันได้อย่างสมบูรณ์แบบ นี่คือวิธีที่ Apple ทำงานครับ อัปเดตอุปกรณ์ชิ้นนึง เพื่อปูทางให้อีกชิ้นนึงใน Ecosystem ทำงานได้เต็มประสิทธิภาพมากขึ้น แน่นอนว่านี่ยังเป็นแค่การวิเคราะห์จากข่าวลือนะครับ</w:t>
      </w:r>
    </w:p>
    <w:p>
      <w:pPr>
        <w:spacing w:before="40" w:after="40"/>
        <w:shd w:val="clear" w:color="auto" w:fill="E8EAF6"/>
      </w:pPr>
      <w:r>
        <w:rPr>
          <w:rFonts w:ascii="Arial" w:hAnsi="Arial"/>
          <w:b/>
          <w:i w:val="0"/>
          <w:color w:val="283593"/>
          <w:sz w:val="16"/>
        </w:rPr>
        <w:t>📣 CTA</w:t>
      </w:r>
    </w:p>
    <w:p>
      <w:pPr>
        <w:spacing w:before="0" w:after="80"/>
        <w:ind w:left="170"/>
      </w:pPr>
      <w:r>
        <w:rPr>
          <w:rFonts w:ascii="Arial" w:hAnsi="Arial"/>
          <w:b/>
          <w:i w:val="0"/>
          <w:sz w:val="20"/>
        </w:rPr>
        <w:t>ถ้าชอบการวิเคราะห์ข่าวลึกๆ แบบนี้ กด follow ไว้เลย มีมาให้ดูอีกแน่นอน! 🔔</w:t>
      </w:r>
    </w:p>
    <w:p>
      <w:pPr>
        <w:spacing w:before="0" w:after="40"/>
      </w:pPr>
      <w:r>
        <w:rPr>
          <w:rFonts w:ascii="Arial" w:hAnsi="Arial"/>
          <w:b w:val="0"/>
          <w:i/>
          <w:color w:val="888888"/>
          <w:sz w:val="16"/>
        </w:rPr>
        <w:t>⏱ 45s  📰 9to5Mac  #airpods #appleecosystem #iphone18 #ข่าวapple #เทคโนโลยี  💡 Ecosystem Puzzle Piece: นำเสนอข่าวลือของผลิตภัณฑ์เสริม (เช่น</w:t>
      </w:r>
    </w:p>
    <w:p>
      <w:pPr>
        <w:spacing w:before="80" w:after="80"/>
        <w:pBdr>
          <w:bottom w:val="single" w:sz="4" w:space="1" w:color="DDDDDD"/>
        </w:pBdr>
      </w:pPr>
    </w:p>
    <w:p>
      <w:pPr>
        <w:spacing w:before="160" w:after="0"/>
      </w:pPr>
    </w:p>
    <w:p>
      <w:pPr>
        <w:spacing w:before="0" w:after="120"/>
        <w:jc w:val="center"/>
      </w:pPr>
      <w:r>
        <w:rPr>
          <w:rFonts w:ascii="Arial" w:hAnsi="Arial"/>
          <w:b w:val="0"/>
          <w:i/>
          <w:color w:val="AAAAAA"/>
          <w:sz w:val="16"/>
        </w:rPr>
        <w:t>Generated by TikTok Farming Pipeline  •  Next step: Script QC Agent</w:t>
      </w:r>
    </w:p>
    <w:sectPr w:rsidR="00FC693F" w:rsidRPr="0006063C" w:rsidSect="00034616">
      <w:pgSz w:w="12240" w:h="15840"/>
      <w:pgMar w:top="1134" w:right="1417" w:bottom="1134"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