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80"/>
      </w:pPr>
      <w:r>
        <w:rPr>
          <w:rFonts w:ascii="Arial" w:hAnsi="Arial"/>
          <w:b/>
          <w:i w:val="0"/>
          <w:color w:val="1A1A2E"/>
          <w:sz w:val="40"/>
        </w:rPr>
        <w:t>🚀 TikTok Farming — Script Report</w:t>
      </w:r>
    </w:p>
    <w:p>
      <w:pPr>
        <w:spacing w:before="0" w:after="40"/>
      </w:pPr>
      <w:r>
        <w:rPr>
          <w:rFonts w:ascii="Arial" w:hAnsi="Arial"/>
          <w:b w:val="0"/>
          <w:i w:val="0"/>
          <w:color w:val="666666"/>
          <w:sz w:val="18"/>
        </w:rPr>
        <w:t>Run: 20 Aug 2026  09:13 ICT  •  18 scripts  •  6 clusters  •  Gemini 2.5 Pro</w:t>
      </w:r>
    </w:p>
    <w:p>
      <w:pPr>
        <w:spacing w:before="80" w:after="80"/>
        <w:pBdr>
          <w:bottom w:val="single" w:sz="4" w:space="1" w:color="7c4dff"/>
        </w:pBdr>
      </w:pPr>
    </w:p>
    <w:p>
      <w:pPr>
        <w:spacing w:before="240" w:after="0"/>
      </w:pPr>
    </w:p>
    <w:p>
      <w:pPr>
        <w:spacing w:before="40" w:after="40"/>
        <w:shd w:val="clear" w:color="auto" w:fill="EDE7F6"/>
      </w:pPr>
      <w:r>
        <w:rPr>
          <w:rFonts w:ascii="Arial" w:hAnsi="Arial"/>
          <w:b/>
          <w:i w:val="0"/>
          <w:color w:val="8E24AA"/>
          <w:sz w:val="26"/>
        </w:rPr>
        <w:t xml:space="preserve">  🎮  Gen Z / นักเรียน</w:t>
      </w:r>
    </w:p>
    <w:p>
      <w:pPr>
        <w:spacing w:before="40" w:after="0"/>
      </w:pPr>
    </w:p>
    <w:p>
      <w:pPr>
        <w:spacing w:before="160" w:after="40"/>
      </w:pPr>
      <w:r>
        <w:rPr>
          <w:rFonts w:ascii="Arial" w:hAnsi="Arial"/>
          <w:b/>
          <w:i w:val="0"/>
          <w:color w:val="8E24AA"/>
          <w:sz w:val="18"/>
        </w:rPr>
        <w:t>Script 1 / 3</w:t>
      </w:r>
    </w:p>
    <w:p>
      <w:pPr>
        <w:spacing w:before="40" w:after="40"/>
        <w:shd w:val="clear" w:color="auto" w:fill="F3E5F5"/>
      </w:pPr>
      <w:r>
        <w:rPr>
          <w:rFonts w:ascii="Arial" w:hAnsi="Arial"/>
          <w:b/>
          <w:i w:val="0"/>
          <w:color w:val="6B2FA0"/>
          <w:sz w:val="16"/>
        </w:rPr>
        <w:t>🎣 Hook</w:t>
      </w:r>
    </w:p>
    <w:p>
      <w:pPr>
        <w:spacing w:before="0" w:after="80"/>
        <w:ind w:left="170"/>
      </w:pPr>
      <w:r>
        <w:rPr>
          <w:rFonts w:ascii="Arial" w:hAnsi="Arial"/>
          <w:b/>
          <w:i w:val="0"/>
          <w:sz w:val="22"/>
        </w:rPr>
        <w:t>iPhone 18 ลือกันว่าราคาจะพุ่งไปอีก! ต้องอดชานมไข่มุกกี่แก้วถึงจะซื้อไหว มาคิดเลขกันเล่นๆ! 📱💸</w:t>
      </w:r>
    </w:p>
    <w:p>
      <w:pPr>
        <w:spacing w:before="40" w:after="40"/>
        <w:shd w:val="clear" w:color="auto" w:fill="F3E5F5"/>
      </w:pPr>
      <w:r>
        <w:rPr>
          <w:rFonts w:ascii="Arial" w:hAnsi="Arial"/>
          <w:b/>
          <w:i w:val="0"/>
          <w:color w:val="6B2FA0"/>
          <w:sz w:val="16"/>
        </w:rPr>
        <w:t>📝 Body</w:t>
      </w:r>
    </w:p>
    <w:p>
      <w:pPr>
        <w:spacing w:before="0" w:after="80"/>
        <w:ind w:left="170"/>
      </w:pPr>
      <w:r>
        <w:rPr>
          <w:rFonts w:ascii="Arial" w:hAnsi="Arial"/>
          <w:b w:val="0"/>
          <w:i w:val="0"/>
          <w:sz w:val="20"/>
        </w:rPr>
        <w:t xml:space="preserve">มีข่าวลือออกมาว่า iPhone 18 Series อาจจะมีการปรับราคาขึ้นอีกแล้ว! โดยเฉพาะรุ่น Pro ที่อาจจะมีเทคโนโลยีกล้องใหม่ๆ ยัดเข้ามาเต็มที่ ตามรายงานจากพี่เอกวิทย์และสื่อต่างประเทศนะ </w:t>
        <w:br/>
        <w:br/>
        <w:t xml:space="preserve">สมมติว่าราคาเปิดตัวแพงขึ้นอีก 3,000 บาท… ถ้าชานมแก้วละ 100 ก็เท่ากับต้องอดไป 30 แก้วเลยนะ! หรือถ้าใครได้ค่าขนมวันละ 200 ก็ต้องเก็บเงินเพิ่มอีกครึ่งเดือนเลยทีเดียว! </w:t>
        <w:br/>
        <w:br/>
        <w:t>แน่นอนว่านี่เป็นแค่ข่าวลือนะทุกคน ของจริงจะเป็นยังไงต้องรอดูกันอีกที!</w:t>
      </w:r>
    </w:p>
    <w:p>
      <w:pPr>
        <w:spacing w:before="40" w:after="40"/>
        <w:shd w:val="clear" w:color="auto" w:fill="E8EAF6"/>
      </w:pPr>
      <w:r>
        <w:rPr>
          <w:rFonts w:ascii="Arial" w:hAnsi="Arial"/>
          <w:b/>
          <w:i w:val="0"/>
          <w:color w:val="283593"/>
          <w:sz w:val="16"/>
        </w:rPr>
        <w:t>📣 CTA</w:t>
      </w:r>
    </w:p>
    <w:p>
      <w:pPr>
        <w:spacing w:before="0" w:after="80"/>
        <w:ind w:left="170"/>
      </w:pPr>
      <w:r>
        <w:rPr>
          <w:rFonts w:ascii="Arial" w:hAnsi="Arial"/>
          <w:b/>
          <w:i w:val="0"/>
          <w:sz w:val="20"/>
        </w:rPr>
        <w:t>ใครทีมรอ iPhone 18 คอมเมนต์มาหน่อย! กด follow ไว้เลย เดี๋ยวมีข่าวลืออะไรใหม่ๆ จะรีบมาอัปเดตให้ฟัง 🔥</w:t>
      </w:r>
    </w:p>
    <w:p>
      <w:pPr>
        <w:spacing w:before="0" w:after="40"/>
      </w:pPr>
      <w:r>
        <w:rPr>
          <w:rFonts w:ascii="Arial" w:hAnsi="Arial"/>
          <w:b w:val="0"/>
          <w:i/>
          <w:color w:val="888888"/>
          <w:sz w:val="16"/>
        </w:rPr>
        <w:t xml:space="preserve">⏱ 40s  📰 เอกวิทย์  #iPhone18 #ไอโฟน18 #ข่าวลือ #apple #นักเรียน  💡 Relatable Cost Translation: เปลี่ยนการคาดเดาราคาที่น่าเบื่อ </w:t>
      </w:r>
    </w:p>
    <w:p>
      <w:pPr>
        <w:spacing w:before="80" w:after="80"/>
        <w:pBdr>
          <w:bottom w:val="single" w:sz="4" w:space="1" w:color="DDDDDD"/>
        </w:pBdr>
      </w:pPr>
    </w:p>
    <w:p>
      <w:pPr>
        <w:spacing w:before="160" w:after="40"/>
      </w:pPr>
      <w:r>
        <w:rPr>
          <w:rFonts w:ascii="Arial" w:hAnsi="Arial"/>
          <w:b/>
          <w:i w:val="0"/>
          <w:color w:val="8E24AA"/>
          <w:sz w:val="18"/>
        </w:rPr>
        <w:t>Script 2 / 3</w:t>
      </w:r>
    </w:p>
    <w:p>
      <w:pPr>
        <w:spacing w:before="40" w:after="40"/>
        <w:shd w:val="clear" w:color="auto" w:fill="F3E5F5"/>
      </w:pPr>
      <w:r>
        <w:rPr>
          <w:rFonts w:ascii="Arial" w:hAnsi="Arial"/>
          <w:b/>
          <w:i w:val="0"/>
          <w:color w:val="6B2FA0"/>
          <w:sz w:val="16"/>
        </w:rPr>
        <w:t>🎣 Hook</w:t>
      </w:r>
    </w:p>
    <w:p>
      <w:pPr>
        <w:spacing w:before="0" w:after="80"/>
        <w:ind w:left="170"/>
      </w:pPr>
      <w:r>
        <w:rPr>
          <w:rFonts w:ascii="Arial" w:hAnsi="Arial"/>
          <w:b/>
          <w:i w:val="0"/>
          <w:sz w:val="22"/>
        </w:rPr>
        <w:t>เคยคิดปะ? ถ้าเดือนนี้ช็อต ลืมจ่ายค่า iCloud รูปเป็นหมื่นๆ จะหายเกลี้ยงเลยมั้ย? 😱</w:t>
      </w:r>
    </w:p>
    <w:p>
      <w:pPr>
        <w:spacing w:before="40" w:after="40"/>
        <w:shd w:val="clear" w:color="auto" w:fill="F3E5F5"/>
      </w:pPr>
      <w:r>
        <w:rPr>
          <w:rFonts w:ascii="Arial" w:hAnsi="Arial"/>
          <w:b/>
          <w:i w:val="0"/>
          <w:color w:val="6B2FA0"/>
          <w:sz w:val="16"/>
        </w:rPr>
        <w:t>📝 Body</w:t>
      </w:r>
    </w:p>
    <w:p>
      <w:pPr>
        <w:spacing w:before="0" w:after="80"/>
        <w:ind w:left="170"/>
      </w:pPr>
      <w:r>
        <w:rPr>
          <w:rFonts w:ascii="Arial" w:hAnsi="Arial"/>
          <w:b w:val="0"/>
          <w:i w:val="0"/>
          <w:sz w:val="20"/>
        </w:rPr>
        <w:t xml:space="preserve">คำถามนี้คือที่สุดของความเสียวนะ! ใครที่ซื้อ iCloud เพิ่มแบบ 200GB แล้วอัปรูปไว้เต็มสตรีม ฟังทางนี้เลย </w:t>
        <w:br/>
        <w:br/>
        <w:t>ถ้าเราหยุดจ่ายปุ๊บ... รูปยังไม่หายทันทีนะ! Apple เค้าใจดีอยู่ ตามข้อมูลจากพี่เอกวิทย์ เค้าจะให้เวลาราวๆ 30 วันให้เราไปโหลดรูปกับวิดีโอทั้งหมดลงเครื่องก่อน แต่หลังจากนั้น… ข้อมูลอาจจะถูกลบถาวรได้เลย!</w:t>
        <w:br/>
        <w:br/>
        <w:t>ทางที่ดีคืออย่าให้ขาดต่อนะทุกคน เพราะค่า iCloud หลักสิบต่อเดือน แลกกับการเก็บความทรงจำทั้งชีวิตไว้ คือโครตจะคุ้ม!</w:t>
      </w:r>
    </w:p>
    <w:p>
      <w:pPr>
        <w:spacing w:before="40" w:after="40"/>
        <w:shd w:val="clear" w:color="auto" w:fill="E8EAF6"/>
      </w:pPr>
      <w:r>
        <w:rPr>
          <w:rFonts w:ascii="Arial" w:hAnsi="Arial"/>
          <w:b/>
          <w:i w:val="0"/>
          <w:color w:val="283593"/>
          <w:sz w:val="16"/>
        </w:rPr>
        <w:t>📣 CTA</w:t>
      </w:r>
    </w:p>
    <w:p>
      <w:pPr>
        <w:spacing w:before="0" w:after="80"/>
        <w:ind w:left="170"/>
      </w:pPr>
      <w:r>
        <w:rPr>
          <w:rFonts w:ascii="Arial" w:hAnsi="Arial"/>
          <w:b/>
          <w:i w:val="0"/>
          <w:sz w:val="20"/>
        </w:rPr>
        <w:t>ใครใช้ iCloud อยู่บ้าง เช็คด่วน! กด follow ไว้เลย มีทริค iPhone ที่ต้องรู้อีกเพียบ 🔥</w:t>
      </w:r>
    </w:p>
    <w:p>
      <w:pPr>
        <w:spacing w:before="0" w:after="40"/>
      </w:pPr>
      <w:r>
        <w:rPr>
          <w:rFonts w:ascii="Arial" w:hAnsi="Arial"/>
          <w:b w:val="0"/>
          <w:i/>
          <w:color w:val="888888"/>
          <w:sz w:val="16"/>
        </w:rPr>
        <w:t>⏱ 35s  📰 เอกวิทย์  #iCloud #iphonetricks #ทริคไอโฟน #เมมเต็ม #ไอโฟน  💡 Memory Insurance Framing: เปลี่ยนเรื่องเทคนิคที่น่ากลัวให้กล</w:t>
      </w:r>
    </w:p>
    <w:p>
      <w:pPr>
        <w:spacing w:before="80" w:after="80"/>
        <w:pBdr>
          <w:bottom w:val="single" w:sz="4" w:space="1" w:color="DDDDDD"/>
        </w:pBdr>
      </w:pPr>
    </w:p>
    <w:p>
      <w:pPr>
        <w:spacing w:before="160" w:after="40"/>
      </w:pPr>
      <w:r>
        <w:rPr>
          <w:rFonts w:ascii="Arial" w:hAnsi="Arial"/>
          <w:b/>
          <w:i w:val="0"/>
          <w:color w:val="8E24AA"/>
          <w:sz w:val="18"/>
        </w:rPr>
        <w:t>Script 3 / 3</w:t>
      </w:r>
    </w:p>
    <w:p>
      <w:pPr>
        <w:spacing w:before="40" w:after="40"/>
        <w:shd w:val="clear" w:color="auto" w:fill="F3E5F5"/>
      </w:pPr>
      <w:r>
        <w:rPr>
          <w:rFonts w:ascii="Arial" w:hAnsi="Arial"/>
          <w:b/>
          <w:i w:val="0"/>
          <w:color w:val="6B2FA0"/>
          <w:sz w:val="16"/>
        </w:rPr>
        <w:t>🎣 Hook</w:t>
      </w:r>
    </w:p>
    <w:p>
      <w:pPr>
        <w:spacing w:before="0" w:after="80"/>
        <w:ind w:left="170"/>
      </w:pPr>
      <w:r>
        <w:rPr>
          <w:rFonts w:ascii="Arial" w:hAnsi="Arial"/>
          <w:b/>
          <w:i w:val="0"/>
          <w:sz w:val="22"/>
        </w:rPr>
        <w:t>เฮ้ย! Apple ปล่อยอัปเดต iOS 26 แล้วหรอ!?... ใจเย็นเพื่อน! มาดูกันว่าตัวจริงมีอะไรให้อัปเดตด่วนๆ 🤫</w:t>
      </w:r>
    </w:p>
    <w:p>
      <w:pPr>
        <w:spacing w:before="40" w:after="40"/>
        <w:shd w:val="clear" w:color="auto" w:fill="F3E5F5"/>
      </w:pPr>
      <w:r>
        <w:rPr>
          <w:rFonts w:ascii="Arial" w:hAnsi="Arial"/>
          <w:b/>
          <w:i w:val="0"/>
          <w:color w:val="6B2FA0"/>
          <w:sz w:val="16"/>
        </w:rPr>
        <w:t>📝 Body</w:t>
      </w:r>
    </w:p>
    <w:p>
      <w:pPr>
        <w:spacing w:before="0" w:after="80"/>
        <w:ind w:left="170"/>
      </w:pPr>
      <w:r>
        <w:rPr>
          <w:rFonts w:ascii="Arial" w:hAnsi="Arial"/>
          <w:b w:val="0"/>
          <w:i w:val="0"/>
          <w:sz w:val="20"/>
        </w:rPr>
        <w:t>เห็นใน TikTok เค้าเล่นกันว่ามี iOS 26.6.1 มาแล้ว อันนั้นมีมนะทุกคน! 🤣 แต่ของจริงอะมี! Apple เพิ่งปล่อยอัปเดตความปลอดภัยเร่งด่วนออกมาเลย</w:t>
        <w:br/>
        <w:br/>
        <w:t>เวอร์ชันนี้อาจจะไม่มีฟีเจอร์ใหม่ว้าวๆ ให้เล่นนะ แต่สำคัญมาก! เพราะมันมาเพื่ออุดช่องโหว่ความปลอดภัยโดยเฉพาะเลย เหมือนเราอัปเกรดแม่กุญแจบ้านให้แข็งแรงขึ้น กันพวกแฮกเกอร์เข้ามาป่วนในเครื่องเราได้</w:t>
        <w:br/>
        <w:br/>
        <w:t>ใช้เวลาอัปเดตไม่นาน แต่ทำให้เครื่องปลอดภัยขึ้นเยอะมาก ใครยังไม่อัป รีบพุ่งตัวไปที่ Settings ด่วนๆ!</w:t>
      </w:r>
    </w:p>
    <w:p>
      <w:pPr>
        <w:spacing w:before="40" w:after="40"/>
        <w:shd w:val="clear" w:color="auto" w:fill="E8EAF6"/>
      </w:pPr>
      <w:r>
        <w:rPr>
          <w:rFonts w:ascii="Arial" w:hAnsi="Arial"/>
          <w:b/>
          <w:i w:val="0"/>
          <w:color w:val="283593"/>
          <w:sz w:val="16"/>
        </w:rPr>
        <w:t>📣 CTA</w:t>
      </w:r>
    </w:p>
    <w:p>
      <w:pPr>
        <w:spacing w:before="0" w:after="80"/>
        <w:ind w:left="170"/>
      </w:pPr>
      <w:r>
        <w:rPr>
          <w:rFonts w:ascii="Arial" w:hAnsi="Arial"/>
          <w:b/>
          <w:i w:val="0"/>
          <w:sz w:val="20"/>
        </w:rPr>
        <w:t>ใครอัปแล้วเจอบัคอะไรมั้ย มาแชร์กัน! กด follow ไว้ จะได้ไม่พลาดข่าวอัปเดตไวๆ แบบนี้อีก 👍</w:t>
      </w:r>
    </w:p>
    <w:p>
      <w:pPr>
        <w:spacing w:before="0" w:after="40"/>
      </w:pPr>
      <w:r>
        <w:rPr>
          <w:rFonts w:ascii="Arial" w:hAnsi="Arial"/>
          <w:b w:val="0"/>
          <w:i/>
          <w:color w:val="888888"/>
          <w:sz w:val="16"/>
        </w:rPr>
        <w:t>⏱ 38s  📰 อาตี๋รีวิว  #ios #iosupdate #อัปเดต #iphonetricks #ทริคไอโฟน  💡 Meme-ified Micro-Update Value: ใช้กระแสมีม (Meme) ที่กำลังเป</w:t>
      </w:r>
    </w:p>
    <w:p>
      <w:pPr>
        <w:spacing w:before="80" w:after="80"/>
        <w:pBdr>
          <w:bottom w:val="single" w:sz="4" w:space="1" w:color="DDDDDD"/>
        </w:pBdr>
      </w:pPr>
    </w:p>
    <w:p>
      <w:pPr>
        <w:spacing w:before="240" w:after="0"/>
      </w:pPr>
    </w:p>
    <w:p>
      <w:pPr>
        <w:spacing w:before="40" w:after="40"/>
        <w:shd w:val="clear" w:color="auto" w:fill="EDE7F6"/>
      </w:pPr>
      <w:r>
        <w:rPr>
          <w:rFonts w:ascii="Arial" w:hAnsi="Arial"/>
          <w:b/>
          <w:i w:val="0"/>
          <w:color w:val="1565C0"/>
          <w:sz w:val="26"/>
        </w:rPr>
        <w:t xml:space="preserve">  💼  มนุษย์เงินเดือน 25–35</w:t>
      </w:r>
    </w:p>
    <w:p>
      <w:pPr>
        <w:spacing w:before="40" w:after="0"/>
      </w:pPr>
    </w:p>
    <w:p>
      <w:pPr>
        <w:spacing w:before="160" w:after="40"/>
      </w:pPr>
      <w:r>
        <w:rPr>
          <w:rFonts w:ascii="Arial" w:hAnsi="Arial"/>
          <w:b/>
          <w:i w:val="0"/>
          <w:color w:val="1565C0"/>
          <w:sz w:val="18"/>
        </w:rPr>
        <w:t>Script 1 / 3</w:t>
      </w:r>
    </w:p>
    <w:p>
      <w:pPr>
        <w:spacing w:before="40" w:after="40"/>
        <w:shd w:val="clear" w:color="auto" w:fill="F3E5F5"/>
      </w:pPr>
      <w:r>
        <w:rPr>
          <w:rFonts w:ascii="Arial" w:hAnsi="Arial"/>
          <w:b/>
          <w:i w:val="0"/>
          <w:color w:val="6B2FA0"/>
          <w:sz w:val="16"/>
        </w:rPr>
        <w:t>🎣 Hook</w:t>
      </w:r>
    </w:p>
    <w:p>
      <w:pPr>
        <w:spacing w:before="0" w:after="80"/>
        <w:ind w:left="170"/>
      </w:pPr>
      <w:r>
        <w:rPr>
          <w:rFonts w:ascii="Arial" w:hAnsi="Arial"/>
          <w:b/>
          <w:i w:val="0"/>
          <w:sz w:val="22"/>
        </w:rPr>
        <w:t>จ่าย iCloud เดือนละ 99 บาทอยู่ แล้วถ้าเดือนหน้าลืมจ่าย รูปกับไฟล์งานทั้งหมดจะหายทันทีเลยมั้ย?</w:t>
      </w:r>
    </w:p>
    <w:p>
      <w:pPr>
        <w:spacing w:before="40" w:after="40"/>
        <w:shd w:val="clear" w:color="auto" w:fill="F3E5F5"/>
      </w:pPr>
      <w:r>
        <w:rPr>
          <w:rFonts w:ascii="Arial" w:hAnsi="Arial"/>
          <w:b/>
          <w:i w:val="0"/>
          <w:color w:val="6B2FA0"/>
          <w:sz w:val="16"/>
        </w:rPr>
        <w:t>📝 Body</w:t>
      </w:r>
    </w:p>
    <w:p>
      <w:pPr>
        <w:spacing w:before="0" w:after="80"/>
        <w:ind w:left="170"/>
      </w:pPr>
      <w:r>
        <w:rPr>
          <w:rFonts w:ascii="Arial" w:hAnsi="Arial"/>
          <w:b w:val="0"/>
          <w:i w:val="0"/>
          <w:sz w:val="20"/>
        </w:rPr>
        <w:t>คำตอบคือ 'ยังไม่หายทันที' ครับ Apple มีระยะเวลาผ่อนผันให้เราอยู่ ปกติแล้วหลังจากที่คุณหยุดจ่ายหรือจ่ายเงินไม่สำเร็จ ข้อมูลของคุณจะยังถูกเก็บไว้อย่างปลอดภัยประมาณ 30 วัน แต่ในช่วงเวลานี้ คุณจะเจอปัญหาคือ อุปกรณ์ของคุณจะ Sync ข้อมูลใหม่ไม่ได้ รูปที่ถ่ายใหม่, โน้ตที่จดเพิ่ม, หรือไฟล์งานล่าสุด จะไม่ถูกอัปโหลดขึ้น iCloud และถ้าพื้นที่บน iPhone คุณเต็มอยู่แล้ว ก็อาจจะเจอปัญหาใช้งานติดขัดได้ ทางที่ดีที่สุดคือ รีบอัปเดตช่องทางการชำระเงิน หรือถ้าต้องการลดค่าใช้จ่ายจริงๆ ก็ควรใช้เวลา 30 วันนี้ ในการดาวน์โหลดข้อมูลสำคัญลงคอมพิวเตอร์ หรือย้ายไปที่อื่นก่อนที่ Apple จะเริ่มลบข้อมูลหลังจากหมดระยะเวลาผ่อนผันครับ</w:t>
      </w:r>
    </w:p>
    <w:p>
      <w:pPr>
        <w:spacing w:before="40" w:after="40"/>
        <w:shd w:val="clear" w:color="auto" w:fill="E8EAF6"/>
      </w:pPr>
      <w:r>
        <w:rPr>
          <w:rFonts w:ascii="Arial" w:hAnsi="Arial"/>
          <w:b/>
          <w:i w:val="0"/>
          <w:color w:val="283593"/>
          <w:sz w:val="16"/>
        </w:rPr>
        <w:t>📣 CTA</w:t>
      </w:r>
    </w:p>
    <w:p>
      <w:pPr>
        <w:spacing w:before="0" w:after="80"/>
        <w:ind w:left="170"/>
      </w:pPr>
      <w:r>
        <w:rPr>
          <w:rFonts w:ascii="Arial" w:hAnsi="Arial"/>
          <w:b/>
          <w:i w:val="0"/>
          <w:sz w:val="20"/>
        </w:rPr>
        <w:t>ใครใช้ iCloud plan ไหนกันอยู่บ้างครับ? 50GB พอไหม หรือต้อง 200GB? คอมเมนต์มาคุยกันครับ</w:t>
      </w:r>
    </w:p>
    <w:p>
      <w:pPr>
        <w:spacing w:before="0" w:after="40"/>
      </w:pPr>
      <w:r>
        <w:rPr>
          <w:rFonts w:ascii="Arial" w:hAnsi="Arial"/>
          <w:b w:val="0"/>
          <w:i/>
          <w:color w:val="888888"/>
          <w:sz w:val="16"/>
        </w:rPr>
        <w:t>⏱ 55s  📰 เอกวิทย์  #iCloud #iPhoneTips #Apple #จัดการข้อมูล #มนุษย์เงินเดือน  💡 Financial Grace Period &amp; Data Triage: แทนที่จะอธิบายฟีเจอร์,</w:t>
      </w:r>
    </w:p>
    <w:p>
      <w:pPr>
        <w:spacing w:before="80" w:after="80"/>
        <w:pBdr>
          <w:bottom w:val="single" w:sz="4" w:space="1" w:color="DDDDDD"/>
        </w:pBdr>
      </w:pPr>
    </w:p>
    <w:p>
      <w:pPr>
        <w:spacing w:before="160" w:after="40"/>
      </w:pPr>
      <w:r>
        <w:rPr>
          <w:rFonts w:ascii="Arial" w:hAnsi="Arial"/>
          <w:b/>
          <w:i w:val="0"/>
          <w:color w:val="1565C0"/>
          <w:sz w:val="18"/>
        </w:rPr>
        <w:t>Script 2 / 3</w:t>
      </w:r>
    </w:p>
    <w:p>
      <w:pPr>
        <w:spacing w:before="40" w:after="40"/>
        <w:shd w:val="clear" w:color="auto" w:fill="F3E5F5"/>
      </w:pPr>
      <w:r>
        <w:rPr>
          <w:rFonts w:ascii="Arial" w:hAnsi="Arial"/>
          <w:b/>
          <w:i w:val="0"/>
          <w:color w:val="6B2FA0"/>
          <w:sz w:val="16"/>
        </w:rPr>
        <w:t>🎣 Hook</w:t>
      </w:r>
    </w:p>
    <w:p>
      <w:pPr>
        <w:spacing w:before="0" w:after="80"/>
        <w:ind w:left="170"/>
      </w:pPr>
      <w:r>
        <w:rPr>
          <w:rFonts w:ascii="Arial" w:hAnsi="Arial"/>
          <w:b/>
          <w:i w:val="0"/>
          <w:sz w:val="22"/>
        </w:rPr>
        <w:t>อยากได้ iPhone 18 ตอนเปิดตัว ต้องเริ่มเก็บเงินเดือนละเท่าไหร่ถึงจะไหว?</w:t>
      </w:r>
    </w:p>
    <w:p>
      <w:pPr>
        <w:spacing w:before="40" w:after="40"/>
        <w:shd w:val="clear" w:color="auto" w:fill="F3E5F5"/>
      </w:pPr>
      <w:r>
        <w:rPr>
          <w:rFonts w:ascii="Arial" w:hAnsi="Arial"/>
          <w:b/>
          <w:i w:val="0"/>
          <w:color w:val="6B2FA0"/>
          <w:sz w:val="16"/>
        </w:rPr>
        <w:t>📝 Body</w:t>
      </w:r>
    </w:p>
    <w:p>
      <w:pPr>
        <w:spacing w:before="0" w:after="80"/>
        <w:ind w:left="170"/>
      </w:pPr>
      <w:r>
        <w:rPr>
          <w:rFonts w:ascii="Arial" w:hAnsi="Arial"/>
          <w:b w:val="0"/>
          <w:i w:val="0"/>
          <w:sz w:val="20"/>
        </w:rPr>
        <w:t>ถ้าดูจากแนวโน้มราคาย้อนหลัง ตามที่มีการคาดการณ์กัน iPhone 18 Pro Max รุ่นท็อปสุดอาจมีราคาเปิดตัวแตะ 60,000 บาทได้เลยนะครับ ถ้าเราเริ่มคิดตั้งแต่วันนี้ สมมติว่าเหลือเวลาอีกประมาณ 2 ปี หรือ 24 เดือน ก็จะตกเดือนละประมาณ 2,500 บาท แต่สำหรับคนทำงานอย่างเราๆ มีวิธีคิดที่ดีกว่านั้นครับ คือการวางแผน Trade-in สมมติว่าคุณใช้ iPhone 15 Pro Max อยู่ในตอนนี้ อีก 2 ปีข้างหน้า มูลค่าตอนเทรดอินอาจจะเหลือประมาณ 20,000 - 25,000 บาท เท่ากับว่าเงินที่คุณต้องจ่ายเพิ่มจริงๆ อาจจะอยู่แค่ที่ 35,000 บาท การมองแบบนี้จะช่วยให้เราวางแผนการเงินสำหรับเครื่องมือทำงานชิ้นสำคัญได้ง่ายขึ้น ว่าจะอัปเกรดทุกกี่ปีถึงจะคุ้มค่าที่สุด โดยไม่จำเป็นต้องจ่ายราคาเต็มทุกครั้งครับ</w:t>
      </w:r>
    </w:p>
    <w:p>
      <w:pPr>
        <w:spacing w:before="40" w:after="40"/>
        <w:shd w:val="clear" w:color="auto" w:fill="E8EAF6"/>
      </w:pPr>
      <w:r>
        <w:rPr>
          <w:rFonts w:ascii="Arial" w:hAnsi="Arial"/>
          <w:b/>
          <w:i w:val="0"/>
          <w:color w:val="283593"/>
          <w:sz w:val="16"/>
        </w:rPr>
        <w:t>📣 CTA</w:t>
      </w:r>
    </w:p>
    <w:p>
      <w:pPr>
        <w:spacing w:before="0" w:after="80"/>
        <w:ind w:left="170"/>
      </w:pPr>
      <w:r>
        <w:rPr>
          <w:rFonts w:ascii="Arial" w:hAnsi="Arial"/>
          <w:b/>
          <w:i w:val="0"/>
          <w:sz w:val="20"/>
        </w:rPr>
        <w:t>ตอนนี้ใช้รุ่นไหนกันอยู่ แล้ววางแผนจะอัปเกรดเป็นรุ่นไหนต่อครับ? คอมเมนต์บอกหน่อย</w:t>
      </w:r>
    </w:p>
    <w:p>
      <w:pPr>
        <w:spacing w:before="0" w:after="40"/>
      </w:pPr>
      <w:r>
        <w:rPr>
          <w:rFonts w:ascii="Arial" w:hAnsi="Arial"/>
          <w:b w:val="0"/>
          <w:i/>
          <w:color w:val="888888"/>
          <w:sz w:val="16"/>
        </w:rPr>
        <w:t>⏱ 58s  📰 เอกวิทย์  #iPhone18 #iPhone #วางแผนการเงิน #Apple #เทรดอินไอโฟน  💡 Depreciation-Aware Upgrade Cycle: เปลี่ยนจากการ 'เก็บเงินซื้</w:t>
      </w:r>
    </w:p>
    <w:p>
      <w:pPr>
        <w:spacing w:before="80" w:after="80"/>
        <w:pBdr>
          <w:bottom w:val="single" w:sz="4" w:space="1" w:color="DDDDDD"/>
        </w:pBdr>
      </w:pPr>
    </w:p>
    <w:p>
      <w:pPr>
        <w:spacing w:before="160" w:after="40"/>
      </w:pPr>
      <w:r>
        <w:rPr>
          <w:rFonts w:ascii="Arial" w:hAnsi="Arial"/>
          <w:b/>
          <w:i w:val="0"/>
          <w:color w:val="1565C0"/>
          <w:sz w:val="18"/>
        </w:rPr>
        <w:t>Script 3 / 3</w:t>
      </w:r>
    </w:p>
    <w:p>
      <w:pPr>
        <w:spacing w:before="40" w:after="40"/>
        <w:shd w:val="clear" w:color="auto" w:fill="F3E5F5"/>
      </w:pPr>
      <w:r>
        <w:rPr>
          <w:rFonts w:ascii="Arial" w:hAnsi="Arial"/>
          <w:b/>
          <w:i w:val="0"/>
          <w:color w:val="6B2FA0"/>
          <w:sz w:val="16"/>
        </w:rPr>
        <w:t>🎣 Hook</w:t>
      </w:r>
    </w:p>
    <w:p>
      <w:pPr>
        <w:spacing w:before="0" w:after="80"/>
        <w:ind w:left="170"/>
      </w:pPr>
      <w:r>
        <w:rPr>
          <w:rFonts w:ascii="Arial" w:hAnsi="Arial"/>
          <w:b/>
          <w:i w:val="0"/>
          <w:sz w:val="22"/>
        </w:rPr>
        <w:t>จอพับได้แบบ Samsung Galaxy Z Fold จำเป็นจริงมั้ยสำหรับคนทำงาน? หรือ iPhone 15 Pro Max จอเดียวจบกว่า?</w:t>
      </w:r>
    </w:p>
    <w:p>
      <w:pPr>
        <w:spacing w:before="40" w:after="40"/>
        <w:shd w:val="clear" w:color="auto" w:fill="F3E5F5"/>
      </w:pPr>
      <w:r>
        <w:rPr>
          <w:rFonts w:ascii="Arial" w:hAnsi="Arial"/>
          <w:b/>
          <w:i w:val="0"/>
          <w:color w:val="6B2FA0"/>
          <w:sz w:val="16"/>
        </w:rPr>
        <w:t>📝 Body</w:t>
      </w:r>
    </w:p>
    <w:p>
      <w:pPr>
        <w:spacing w:before="0" w:after="80"/>
        <w:ind w:left="170"/>
      </w:pPr>
      <w:r>
        <w:rPr>
          <w:rFonts w:ascii="Arial" w:hAnsi="Arial"/>
          <w:b w:val="0"/>
          <w:i w:val="0"/>
          <w:sz w:val="20"/>
        </w:rPr>
        <w:t>เห็นกระแสจอพับมาแรงอย่าง Samsung Galaxy Z Fold ที่หลายคนบอกว่าทำงานสะดวกมาก เพราะกางออกมาเป็นจอใหญ่เหมือนแท็บเล็ตได้เลย เหมาะกับการเปิด 2 แอปพร้อมกัน หรือพรีเซนต์งานด่วนๆ แต่สำหรับคนทำงานที่ใช้ Apple Ecosystem เป็นหลัก ต้องถามตัวเอง 3 ข้อครับ หนึ่ง Workflow ของเราพึ่งพาการทำงานข้ามอุปกรณ์แบบ Seamless แค่ไหน? การใช้ AirDrop, Handoff ระหว่าง iPhone และ Mac ยังคงเป็นจุดแข็งที่หาตัวจับยาก สอง ความทนทานและการใช้งานมือเดียวสำคัญแค่ไหน? iPhone ให้ความรู้สึกแข็งแรงและใช้งานมือเดียวได้คล่องตัวกว่า สาม แอปที่ใช้ทำงานประจำ รองรับจอพับได้ดีแค่ไหน? แม้แอปส่วนใหญ่จะเริ่มรองรับ แต่บางแอปก็ยังแสดงผลได้ไม่สมบูรณ์เท่าบนจอมาตรฐานของ iPhone ครับ สุดท้ายมันคือการเลือกระหว่างความยืดหยุ่นของจอพับ กับความเสถียรและ Ecosystem ที่แข็งแกร่งของ iPhone</w:t>
      </w:r>
    </w:p>
    <w:p>
      <w:pPr>
        <w:spacing w:before="40" w:after="40"/>
        <w:shd w:val="clear" w:color="auto" w:fill="E8EAF6"/>
      </w:pPr>
      <w:r>
        <w:rPr>
          <w:rFonts w:ascii="Arial" w:hAnsi="Arial"/>
          <w:b/>
          <w:i w:val="0"/>
          <w:color w:val="283593"/>
          <w:sz w:val="16"/>
        </w:rPr>
        <w:t>📣 CTA</w:t>
      </w:r>
    </w:p>
    <w:p>
      <w:pPr>
        <w:spacing w:before="0" w:after="80"/>
        <w:ind w:left="170"/>
      </w:pPr>
      <w:r>
        <w:rPr>
          <w:rFonts w:ascii="Arial" w:hAnsi="Arial"/>
          <w:b/>
          <w:i w:val="0"/>
          <w:sz w:val="20"/>
        </w:rPr>
        <w:t>สำหรับคุณ คิดว่าจอพับได้กับจอธรรมดา แบบไหนตอบโจทย์การทำงานมากกว่ากัน? คอมเมนต์มาแชร์กันได้ครับ</w:t>
      </w:r>
    </w:p>
    <w:p>
      <w:pPr>
        <w:spacing w:before="0" w:after="40"/>
      </w:pPr>
      <w:r>
        <w:rPr>
          <w:rFonts w:ascii="Arial" w:hAnsi="Arial"/>
          <w:b w:val="0"/>
          <w:i/>
          <w:color w:val="888888"/>
          <w:sz w:val="16"/>
        </w:rPr>
        <w:t>⏱ 60s  📰 Droidsans  #iPhonevsSamsung #iPhone15ProMax #ทำงาน #รีวิวมือถือ #ไอที  💡 Productivity Form Factor Analysis: ไม่เปรียบเทียบสเปคต่อสเปค</w:t>
      </w:r>
    </w:p>
    <w:p>
      <w:pPr>
        <w:spacing w:before="80" w:after="80"/>
        <w:pBdr>
          <w:bottom w:val="single" w:sz="4" w:space="1" w:color="DDDDDD"/>
        </w:pBdr>
      </w:pPr>
    </w:p>
    <w:p>
      <w:pPr>
        <w:spacing w:before="240" w:after="0"/>
      </w:pPr>
    </w:p>
    <w:p>
      <w:pPr>
        <w:spacing w:before="40" w:after="40"/>
        <w:shd w:val="clear" w:color="auto" w:fill="EDE7F6"/>
      </w:pPr>
      <w:r>
        <w:rPr>
          <w:rFonts w:ascii="Arial" w:hAnsi="Arial"/>
          <w:b/>
          <w:i w:val="0"/>
          <w:color w:val="2E7D32"/>
          <w:sz w:val="26"/>
        </w:rPr>
        <w:t xml:space="preserve">  📸  คนชอบถ่ายรูป / ช่างภาพ</w:t>
      </w:r>
    </w:p>
    <w:p>
      <w:pPr>
        <w:spacing w:before="40" w:after="0"/>
      </w:pPr>
    </w:p>
    <w:p>
      <w:pPr>
        <w:spacing w:before="160" w:after="40"/>
      </w:pPr>
      <w:r>
        <w:rPr>
          <w:rFonts w:ascii="Arial" w:hAnsi="Arial"/>
          <w:b/>
          <w:i w:val="0"/>
          <w:color w:val="2E7D32"/>
          <w:sz w:val="18"/>
        </w:rPr>
        <w:t>Script 1 / 3</w:t>
      </w:r>
    </w:p>
    <w:p>
      <w:pPr>
        <w:spacing w:before="40" w:after="40"/>
        <w:shd w:val="clear" w:color="auto" w:fill="F3E5F5"/>
      </w:pPr>
      <w:r>
        <w:rPr>
          <w:rFonts w:ascii="Arial" w:hAnsi="Arial"/>
          <w:b/>
          <w:i w:val="0"/>
          <w:color w:val="6B2FA0"/>
          <w:sz w:val="16"/>
        </w:rPr>
        <w:t>🎣 Hook</w:t>
      </w:r>
    </w:p>
    <w:p>
      <w:pPr>
        <w:spacing w:before="0" w:after="80"/>
        <w:ind w:left="170"/>
      </w:pPr>
      <w:r>
        <w:rPr>
          <w:rFonts w:ascii="Arial" w:hAnsi="Arial"/>
          <w:b/>
          <w:i w:val="0"/>
          <w:sz w:val="22"/>
        </w:rPr>
        <w:t>Apple เพิ่งปล่อยอัปเดต iOS ใหม่...แล้วบอกแค่แก้บั๊ก แต่เชื่อผมสิ กล้อง iPhone ของคุณอาจไม่เหมือนเดิมอีกต่อไป!</w:t>
      </w:r>
    </w:p>
    <w:p>
      <w:pPr>
        <w:spacing w:before="40" w:after="40"/>
        <w:shd w:val="clear" w:color="auto" w:fill="F3E5F5"/>
      </w:pPr>
      <w:r>
        <w:rPr>
          <w:rFonts w:ascii="Arial" w:hAnsi="Arial"/>
          <w:b/>
          <w:i w:val="0"/>
          <w:color w:val="6B2FA0"/>
          <w:sz w:val="16"/>
        </w:rPr>
        <w:t>📝 Body</w:t>
      </w:r>
    </w:p>
    <w:p>
      <w:pPr>
        <w:spacing w:before="0" w:after="80"/>
        <w:ind w:left="170"/>
      </w:pPr>
      <w:r>
        <w:rPr>
          <w:rFonts w:ascii="Arial" w:hAnsi="Arial"/>
          <w:b w:val="0"/>
          <w:i w:val="0"/>
          <w:sz w:val="20"/>
        </w:rPr>
        <w:t>เวลา Apple ปล่อยอัปเดตย่อยแบบนี้ หลายคนอาจจะมองข้ามไป แต่สำหรับคนถ่ายรูปอย่างเรา นี่คือเรื่องใหญ่ครับ เพราะการเปลี่ยนแปลงที่สำคัญที่สุดมักจะซ่อนอยู่ในการทำงานของ Image Signal Processor หรือ ISP ที่ Apple ไม่เคยเขียนบอกใน release notes เลย</w:t>
        <w:br/>
        <w:br/>
        <w:t>ทุกครั้งที่มีการอัปเดต อัลกอริทึมเบื้องหลังอย่าง Deep Fusion และ Smart HDR อาจถูกปรับจูนใหม่หมด ลองสังเกตดูครับว่าหลังอัปเดตแล้ว โทนสี (Color Science) ของภาพเปลี่ยนไปมั้ย การจัดการ Noise ใน Night Mode ดีขึ้นหรือแย่ลง และที่สำคัญคือการเรนเดอร์รายละเอียดเล็กๆ น้อยๆ อย่างเช่นใบไม้หรือพื้นผิวผ้า มันยังคมชัดเหมือนเดิมหรือดูเป็นสีน้ำมันมากขึ้น</w:t>
        <w:br/>
        <w:br/>
        <w:t>นี่ไม่ใช่เรื่องคิดไปเองนะครับ แต่มันคือการพัฒนา computational photography ที่เกิดขึ้นตลอดเวลา ใครที่ถ่าย ProRAW ยิ่งต้องสังเกต เพราะไฟล์ของเราจะได้รับผลกระทบจากการประมวลผลพื้นฐานนี้น้อยที่สุด ทำให้เห็นความเปลี่ยนแปลงของตัวฮาร์ดแวร์และซอฟต์แวร์ได้ชัดเจนที่สุด</w:t>
      </w:r>
    </w:p>
    <w:p>
      <w:pPr>
        <w:spacing w:before="40" w:after="40"/>
        <w:shd w:val="clear" w:color="auto" w:fill="E8EAF6"/>
      </w:pPr>
      <w:r>
        <w:rPr>
          <w:rFonts w:ascii="Arial" w:hAnsi="Arial"/>
          <w:b/>
          <w:i w:val="0"/>
          <w:color w:val="283593"/>
          <w:sz w:val="16"/>
        </w:rPr>
        <w:t>📣 CTA</w:t>
      </w:r>
    </w:p>
    <w:p>
      <w:pPr>
        <w:spacing w:before="0" w:after="80"/>
        <w:ind w:left="170"/>
      </w:pPr>
      <w:r>
        <w:rPr>
          <w:rFonts w:ascii="Arial" w:hAnsi="Arial"/>
          <w:b/>
          <w:i w:val="0"/>
          <w:sz w:val="20"/>
        </w:rPr>
        <w:t>ใครอัปเดตแล้ว ลองถ่ายรูปเทียบก่อน-หลังแล้วมาคอมเมนต์บอกหน่อยว่าเห็นความต่างมั้ย? กด save คลิปนี้ไว้เลย เดี๋ยวจะมาทดสอบ Night Mode แบบจับผิดให้ดู</w:t>
      </w:r>
    </w:p>
    <w:p>
      <w:pPr>
        <w:spacing w:before="0" w:after="40"/>
      </w:pPr>
      <w:r>
        <w:rPr>
          <w:rFonts w:ascii="Arial" w:hAnsi="Arial"/>
          <w:b w:val="0"/>
          <w:i/>
          <w:color w:val="888888"/>
          <w:sz w:val="16"/>
        </w:rPr>
        <w:t>⏱ 65s  📰 อาตี๋รีวิว  #iOSupdate #iPhonecamera #computationalphotography #ไอโฟน #ถ่ายรูปด้วยมือถือ  💡 Subtle Algorithm Shifts Analysis: วิเคราะห์การเปลี่ยนแปลงของ</w:t>
      </w:r>
    </w:p>
    <w:p>
      <w:pPr>
        <w:spacing w:before="80" w:after="80"/>
        <w:pBdr>
          <w:bottom w:val="single" w:sz="4" w:space="1" w:color="DDDDDD"/>
        </w:pBdr>
      </w:pPr>
    </w:p>
    <w:p>
      <w:pPr>
        <w:spacing w:before="160" w:after="40"/>
      </w:pPr>
      <w:r>
        <w:rPr>
          <w:rFonts w:ascii="Arial" w:hAnsi="Arial"/>
          <w:b/>
          <w:i w:val="0"/>
          <w:color w:val="2E7D32"/>
          <w:sz w:val="18"/>
        </w:rPr>
        <w:t>Script 2 / 3</w:t>
      </w:r>
    </w:p>
    <w:p>
      <w:pPr>
        <w:spacing w:before="40" w:after="40"/>
        <w:shd w:val="clear" w:color="auto" w:fill="F3E5F5"/>
      </w:pPr>
      <w:r>
        <w:rPr>
          <w:rFonts w:ascii="Arial" w:hAnsi="Arial"/>
          <w:b/>
          <w:i w:val="0"/>
          <w:color w:val="6B2FA0"/>
          <w:sz w:val="16"/>
        </w:rPr>
        <w:t>🎣 Hook</w:t>
      </w:r>
    </w:p>
    <w:p>
      <w:pPr>
        <w:spacing w:before="0" w:after="80"/>
        <w:ind w:left="170"/>
      </w:pPr>
      <w:r>
        <w:rPr>
          <w:rFonts w:ascii="Arial" w:hAnsi="Arial"/>
          <w:b/>
          <w:i w:val="0"/>
          <w:sz w:val="22"/>
        </w:rPr>
        <w:t>ถ่าย ProRAW เป็นพันๆ รูปจน iCloud เต็ม แล้วถ้าเผลอลืมจ่ายเงิน...รูปทั้งหมดจะหายไปใน 30 วัน จริงเหรอ?</w:t>
      </w:r>
    </w:p>
    <w:p>
      <w:pPr>
        <w:spacing w:before="40" w:after="40"/>
        <w:shd w:val="clear" w:color="auto" w:fill="F3E5F5"/>
      </w:pPr>
      <w:r>
        <w:rPr>
          <w:rFonts w:ascii="Arial" w:hAnsi="Arial"/>
          <w:b/>
          <w:i w:val="0"/>
          <w:color w:val="6B2FA0"/>
          <w:sz w:val="16"/>
        </w:rPr>
        <w:t>📝 Body</w:t>
      </w:r>
    </w:p>
    <w:p>
      <w:pPr>
        <w:spacing w:before="0" w:after="80"/>
        <w:ind w:left="170"/>
      </w:pPr>
      <w:r>
        <w:rPr>
          <w:rFonts w:ascii="Arial" w:hAnsi="Arial"/>
          <w:b w:val="0"/>
          <w:i w:val="0"/>
          <w:sz w:val="20"/>
        </w:rPr>
        <w:t>นี่คือฝันร้ายของช่างภาพที่ใช้ iPhone เลยครับ ประเด็นนี้ต้องทำความเข้าใจให้ชัดเจนก่อน</w:t>
        <w:br/>
        <w:br/>
        <w:t>ข่าวดีคือ: รูปคุณไม่หายทันที Apple จะให้เวลาเราประมาณ 30 วันในการจัดการ แต่... ปัญหาที่แท้จริงสำหรับ workflow ของเรามันเริ่มตั้งแต่วินาทีแรกที่จ่ายเงินไม่สำเร็จแล้วครับ</w:t>
        <w:br/>
        <w:br/>
        <w:t>หนึ่งคือ คุณจะไม่สามารถอัปโหลดรูปหรือวิดีโอใหม่ๆ ขึ้น iCloud Photos ได้เลย ถ่าย ProRAW มาใหม่ก็ค้างอยู่ในเครื่อง สองคือ การซิงค์ระหว่าง iPhone, iPad, และ Mac จะหยุดทำงานทันที การจะเอารูปไปแต่งต่อบน Mac กลายเป็นเรื่องยุ่งยากทันที</w:t>
        <w:br/>
        <w:br/>
        <w:t>ดังนั้น อย่ามอง iCloud เป็นที่เก็บไฟล์สุดท้ายครับ แต่มองมันเป็น 'ตัวกลาง' ในการซิงค์ที่ทรงพลัง วิธีที่ปลอดภัยที่สุดสำหรับมืออาชีพคือ ใช้ iCloud เพื่อความสะดวก และต้องมี External SSD อย่างน้อยหนึ่งลูกไว้สำหรับ Backup ไฟล์ ProRAW ต้นฉบับเสมอ นี่คือการบริหารความเสี่ยงของสินทรัพย์ดิจิทัลที่คุณสร้างขึ้นมาครับ</w:t>
      </w:r>
    </w:p>
    <w:p>
      <w:pPr>
        <w:spacing w:before="40" w:after="40"/>
        <w:shd w:val="clear" w:color="auto" w:fill="E8EAF6"/>
      </w:pPr>
      <w:r>
        <w:rPr>
          <w:rFonts w:ascii="Arial" w:hAnsi="Arial"/>
          <w:b/>
          <w:i w:val="0"/>
          <w:color w:val="283593"/>
          <w:sz w:val="16"/>
        </w:rPr>
        <w:t>📣 CTA</w:t>
      </w:r>
    </w:p>
    <w:p>
      <w:pPr>
        <w:spacing w:before="0" w:after="80"/>
        <w:ind w:left="170"/>
      </w:pPr>
      <w:r>
        <w:rPr>
          <w:rFonts w:ascii="Arial" w:hAnsi="Arial"/>
          <w:b/>
          <w:i w:val="0"/>
          <w:sz w:val="20"/>
        </w:rPr>
        <w:t>ใครใช้ iCloud เป็นที่เก็บรูปหลักอยู่บ้าง? กด save คลิปนี้ไว้เป็นเครื่องเตือนใจเลย เดี๋ยวคลิปหน้ามาสอน workflow จัดการไฟล์ ProRAW แบบมือโปร</w:t>
      </w:r>
    </w:p>
    <w:p>
      <w:pPr>
        <w:spacing w:before="0" w:after="40"/>
      </w:pPr>
      <w:r>
        <w:rPr>
          <w:rFonts w:ascii="Arial" w:hAnsi="Arial"/>
          <w:b w:val="0"/>
          <w:i/>
          <w:color w:val="888888"/>
          <w:sz w:val="16"/>
        </w:rPr>
        <w:t>⏱ 70s  📰 เอกวิทย์  #iCloud #ProRAW #photographytips #Apple #iPhone  💡 Digital Asset Contingency Planning: เปลี่ยนประเด็นปัญหาเรื่อ</w:t>
      </w:r>
    </w:p>
    <w:p>
      <w:pPr>
        <w:spacing w:before="80" w:after="80"/>
        <w:pBdr>
          <w:bottom w:val="single" w:sz="4" w:space="1" w:color="DDDDDD"/>
        </w:pBdr>
      </w:pPr>
    </w:p>
    <w:p>
      <w:pPr>
        <w:spacing w:before="160" w:after="40"/>
      </w:pPr>
      <w:r>
        <w:rPr>
          <w:rFonts w:ascii="Arial" w:hAnsi="Arial"/>
          <w:b/>
          <w:i w:val="0"/>
          <w:color w:val="2E7D32"/>
          <w:sz w:val="18"/>
        </w:rPr>
        <w:t>Script 3 / 3</w:t>
      </w:r>
    </w:p>
    <w:p>
      <w:pPr>
        <w:spacing w:before="40" w:after="40"/>
        <w:shd w:val="clear" w:color="auto" w:fill="F3E5F5"/>
      </w:pPr>
      <w:r>
        <w:rPr>
          <w:rFonts w:ascii="Arial" w:hAnsi="Arial"/>
          <w:b/>
          <w:i w:val="0"/>
          <w:color w:val="6B2FA0"/>
          <w:sz w:val="16"/>
        </w:rPr>
        <w:t>🎣 Hook</w:t>
      </w:r>
    </w:p>
    <w:p>
      <w:pPr>
        <w:spacing w:before="0" w:after="80"/>
        <w:ind w:left="170"/>
      </w:pPr>
      <w:r>
        <w:rPr>
          <w:rFonts w:ascii="Arial" w:hAnsi="Arial"/>
          <w:b/>
          <w:i w:val="0"/>
          <w:sz w:val="22"/>
        </w:rPr>
        <w:t>มีข่าวลือว่า iPhone 18 จะแพงขึ้นอีกแล้ว...แต่ถ้ามันหมายถึงการได้เทคโนโลยีกล้องที่ขยับเข้าใกล้กล้อง Mirrorless คุณจะยอมจ่ายมั้ย?</w:t>
      </w:r>
    </w:p>
    <w:p>
      <w:pPr>
        <w:spacing w:before="40" w:after="40"/>
        <w:shd w:val="clear" w:color="auto" w:fill="F3E5F5"/>
      </w:pPr>
      <w:r>
        <w:rPr>
          <w:rFonts w:ascii="Arial" w:hAnsi="Arial"/>
          <w:b/>
          <w:i w:val="0"/>
          <w:color w:val="6B2FA0"/>
          <w:sz w:val="16"/>
        </w:rPr>
        <w:t>📝 Body</w:t>
      </w:r>
    </w:p>
    <w:p>
      <w:pPr>
        <w:spacing w:before="0" w:after="80"/>
        <w:ind w:left="170"/>
      </w:pPr>
      <w:r>
        <w:rPr>
          <w:rFonts w:ascii="Arial" w:hAnsi="Arial"/>
          <w:b w:val="0"/>
          <w:i w:val="0"/>
          <w:sz w:val="20"/>
        </w:rPr>
        <w:t>ตามรายงานที่พูดคุยกันเรื่องราคา iPhone 18 ที่อาจจะสูงขึ้น ทำให้หลายคนเริ่มคิดหนัก แต่ในมุมของคนถ่ายรูป เรามาวิเคราะห์กันดีกว่าว่ามี 'เหตุผลทางเทคโนโลยี' อะไรที่อาจทำให้ราคามันสมเหตุสมผล</w:t>
        <w:br/>
        <w:br/>
        <w:t>หนึ่งในนั้นคือเทคโนโลยี 'Stacked Sensor' ครับ ข่าวลือระบุว่า Apple อาจจะนำมาใช้ในรุ่นท็อป ซึ่งถ้าเป็นจริง มันจะเปลี่ยนเกมเลยนะ Stacked Sensor จะช่วยให้การอ่านข้อมูลจากเซ็นเซอร์เร็วขึ้นมหาศาล ลดปัญหา Rolling Shutter ในวิดีโอ และที่สำคัญคือจัดการ Dynamic Range กับ Noise ในที่แสงน้อยได้ดีขึ้นแบบก้าวกระโดด</w:t>
        <w:br/>
        <w:br/>
        <w:t>ยังไม่รวมถึงข่าวลือเรื่องการใช้ชิ้นเลนส์แบบ Molded Glass ที่ซับซ้อนขึ้น หรือแม้กระทั่งเซ็นเซอร์ที่ขนาดใหญ่ขึ้นเกือบแตะ 1 นิ้ว ถ้าเทคโนโลยีระดับนี้ถูกใส่เข้ามาจริง มันคือการยกระดับกล้อง iPhone ให้เป็นเครื่องมือที่จริงจังสำหรับงานโปรดักชันได้เลย ซึ่งแน่นอนว่าต้นทุนมันสูงขึ้นตามไปด้วย</w:t>
      </w:r>
    </w:p>
    <w:p>
      <w:pPr>
        <w:spacing w:before="40" w:after="40"/>
        <w:shd w:val="clear" w:color="auto" w:fill="E8EAF6"/>
      </w:pPr>
      <w:r>
        <w:rPr>
          <w:rFonts w:ascii="Arial" w:hAnsi="Arial"/>
          <w:b/>
          <w:i w:val="0"/>
          <w:color w:val="283593"/>
          <w:sz w:val="16"/>
        </w:rPr>
        <w:t>📣 CTA</w:t>
      </w:r>
    </w:p>
    <w:p>
      <w:pPr>
        <w:spacing w:before="0" w:after="80"/>
        <w:ind w:left="170"/>
      </w:pPr>
      <w:r>
        <w:rPr>
          <w:rFonts w:ascii="Arial" w:hAnsi="Arial"/>
          <w:b/>
          <w:i w:val="0"/>
          <w:sz w:val="20"/>
        </w:rPr>
        <w:t>ถ้าเลือกได้ อยากเห็นเทคโนโลยีกล้องอะไรใหม่ใน iPhone 18 ที่สุด? ระหว่าง Stacked Sensor กับเลนส์ชุดใหม่? คอมเมนต์มาเลย! กด save ไว้ถ้ามีข่าวลือสเปคกล้องหลุดมาอีก จะรีบมาอัปเดต</w:t>
      </w:r>
    </w:p>
    <w:p>
      <w:pPr>
        <w:spacing w:before="0" w:after="40"/>
      </w:pPr>
      <w:r>
        <w:rPr>
          <w:rFonts w:ascii="Arial" w:hAnsi="Arial"/>
          <w:b w:val="0"/>
          <w:i/>
          <w:color w:val="888888"/>
          <w:sz w:val="16"/>
        </w:rPr>
        <w:t>⏱ 70s  📰 เอกวิทย์  #iPhone18 #AppleRumors #cameralens #tech #ไอโฟน  💡 Speculative Tech Valuation: ใช้ข่าวลือเรื่อง 'ราคา' เป็นจุดเ</w:t>
      </w:r>
    </w:p>
    <w:p>
      <w:pPr>
        <w:spacing w:before="80" w:after="80"/>
        <w:pBdr>
          <w:bottom w:val="single" w:sz="4" w:space="1" w:color="DDDDDD"/>
        </w:pBdr>
      </w:pPr>
    </w:p>
    <w:p>
      <w:pPr>
        <w:spacing w:before="240" w:after="0"/>
      </w:pPr>
    </w:p>
    <w:p>
      <w:pPr>
        <w:spacing w:before="40" w:after="40"/>
        <w:shd w:val="clear" w:color="auto" w:fill="EDE7F6"/>
      </w:pPr>
      <w:r>
        <w:rPr>
          <w:rFonts w:ascii="Arial" w:hAnsi="Arial"/>
          <w:b/>
          <w:i w:val="0"/>
          <w:color w:val="E65100"/>
          <w:sz w:val="26"/>
        </w:rPr>
        <w:t xml:space="preserve">  💰  งบน้อย อยากได้ iPhone</w:t>
      </w:r>
    </w:p>
    <w:p>
      <w:pPr>
        <w:spacing w:before="40" w:after="0"/>
      </w:pPr>
    </w:p>
    <w:p>
      <w:pPr>
        <w:spacing w:before="160" w:after="40"/>
      </w:pPr>
      <w:r>
        <w:rPr>
          <w:rFonts w:ascii="Arial" w:hAnsi="Arial"/>
          <w:b/>
          <w:i w:val="0"/>
          <w:color w:val="E65100"/>
          <w:sz w:val="18"/>
        </w:rPr>
        <w:t>Script 1 / 3</w:t>
      </w:r>
    </w:p>
    <w:p>
      <w:pPr>
        <w:spacing w:before="40" w:after="40"/>
        <w:shd w:val="clear" w:color="auto" w:fill="F3E5F5"/>
      </w:pPr>
      <w:r>
        <w:rPr>
          <w:rFonts w:ascii="Arial" w:hAnsi="Arial"/>
          <w:b/>
          <w:i w:val="0"/>
          <w:color w:val="6B2FA0"/>
          <w:sz w:val="16"/>
        </w:rPr>
        <w:t>🎣 Hook</w:t>
      </w:r>
    </w:p>
    <w:p>
      <w:pPr>
        <w:spacing w:before="0" w:after="80"/>
        <w:ind w:left="170"/>
      </w:pPr>
      <w:r>
        <w:rPr>
          <w:rFonts w:ascii="Arial" w:hAnsi="Arial"/>
          <w:b/>
          <w:i w:val="0"/>
          <w:sz w:val="22"/>
        </w:rPr>
        <w:t>iPhone 18 ข่าวลือว่าราคาเริ่มอาจจะแตะ 60,000! แต่ถ้าวันนี้มีงบแค่ 15,000 บาท จะซื้อ iPhone ได้ไหม?</w:t>
      </w:r>
    </w:p>
    <w:p>
      <w:pPr>
        <w:spacing w:before="40" w:after="40"/>
        <w:shd w:val="clear" w:color="auto" w:fill="F3E5F5"/>
      </w:pPr>
      <w:r>
        <w:rPr>
          <w:rFonts w:ascii="Arial" w:hAnsi="Arial"/>
          <w:b/>
          <w:i w:val="0"/>
          <w:color w:val="6B2FA0"/>
          <w:sz w:val="16"/>
        </w:rPr>
        <w:t>📝 Body</w:t>
      </w:r>
    </w:p>
    <w:p>
      <w:pPr>
        <w:spacing w:before="0" w:after="80"/>
        <w:ind w:left="170"/>
      </w:pPr>
      <w:r>
        <w:rPr>
          <w:rFonts w:ascii="Arial" w:hAnsi="Arial"/>
          <w:b w:val="0"/>
          <w:i w:val="0"/>
          <w:sz w:val="20"/>
        </w:rPr>
        <w:t>ได้แน่นอน! ไม่ต้องรออนาคตเลยครับ ฟังข่าวราคา iPhone รุ่นใหม่ๆ แล้วท้อใจใช่ไหม? แต่ความจริงคือเราไม่จำเป็นต้องจ่ายแพงขนาดนั้นเพื่อให้ได้ประสบการณ์ดีๆ จาก iPhone เลยนะ</w:t>
        <w:br/>
        <w:br/>
        <w:t>งบประมาณ 15,000 - 20,000 บาทในวันนี้ เป็นงบที่ฉลาดมากสำหรับการหา iPhone มือสองสภาพดีเลยครับ รุ่นที่แนะนำเลยคือ iPhone 13 ที่ยังแรงเหลือๆ กล้องสวยมาก และได้อัปเดต iOS ไปอีกยาวๆ หรือถ้าเพิ่มงบอีกนิดอาจจะหา iPhone 14 ได้เลย</w:t>
        <w:br/>
        <w:br/>
        <w:t>เลิกมองราคาเปิดตัวของรุ่นใหม่ๆ แล้วหันมาดูความคุ้มค่าของรุ่นก่อนหน้าที่ราคาตกลงมาเยอะแล้วดีกว่าครับ ได้ใช้ของดี ไม่ต้องเจ็บตัวเยอะด้วย</w:t>
      </w:r>
    </w:p>
    <w:p>
      <w:pPr>
        <w:spacing w:before="40" w:after="40"/>
        <w:shd w:val="clear" w:color="auto" w:fill="E8EAF6"/>
      </w:pPr>
      <w:r>
        <w:rPr>
          <w:rFonts w:ascii="Arial" w:hAnsi="Arial"/>
          <w:b/>
          <w:i w:val="0"/>
          <w:color w:val="283593"/>
          <w:sz w:val="16"/>
        </w:rPr>
        <w:t>📣 CTA</w:t>
      </w:r>
    </w:p>
    <w:p>
      <w:pPr>
        <w:spacing w:before="0" w:after="80"/>
        <w:ind w:left="170"/>
      </w:pPr>
      <w:r>
        <w:rPr>
          <w:rFonts w:ascii="Arial" w:hAnsi="Arial"/>
          <w:b/>
          <w:i w:val="0"/>
          <w:sz w:val="20"/>
        </w:rPr>
        <w:t>ตอนนี้มีงบในใจเท่าไหร่กันอยู่ คอมเมนต์มาเลย เดี๋ยวช่วยแนะนำรุ่นที่เหมาะที่สุดให้ครับ</w:t>
      </w:r>
    </w:p>
    <w:p>
      <w:pPr>
        <w:spacing w:before="0" w:after="40"/>
      </w:pPr>
      <w:r>
        <w:rPr>
          <w:rFonts w:ascii="Arial" w:hAnsi="Arial"/>
          <w:b w:val="0"/>
          <w:i/>
          <w:color w:val="888888"/>
          <w:sz w:val="16"/>
        </w:rPr>
        <w:t>⏱ 48s  📰 เอกวิทย์  #ไอโฟน #iphoneมือสอง #iphone13 #ไอโฟนงบน้อย #สอนให้รู้ว่า  💡 Future_Cost_vs_Current_Value: ใช้ข่าวลือราคาสูงของรุ่นในอนาค</w:t>
      </w:r>
    </w:p>
    <w:p>
      <w:pPr>
        <w:spacing w:before="80" w:after="80"/>
        <w:pBdr>
          <w:bottom w:val="single" w:sz="4" w:space="1" w:color="DDDDDD"/>
        </w:pBdr>
      </w:pPr>
    </w:p>
    <w:p>
      <w:pPr>
        <w:spacing w:before="160" w:after="40"/>
      </w:pPr>
      <w:r>
        <w:rPr>
          <w:rFonts w:ascii="Arial" w:hAnsi="Arial"/>
          <w:b/>
          <w:i w:val="0"/>
          <w:color w:val="E65100"/>
          <w:sz w:val="18"/>
        </w:rPr>
        <w:t>Script 2 / 3</w:t>
      </w:r>
    </w:p>
    <w:p>
      <w:pPr>
        <w:spacing w:before="40" w:after="40"/>
        <w:shd w:val="clear" w:color="auto" w:fill="F3E5F5"/>
      </w:pPr>
      <w:r>
        <w:rPr>
          <w:rFonts w:ascii="Arial" w:hAnsi="Arial"/>
          <w:b/>
          <w:i w:val="0"/>
          <w:color w:val="6B2FA0"/>
          <w:sz w:val="16"/>
        </w:rPr>
        <w:t>🎣 Hook</w:t>
      </w:r>
    </w:p>
    <w:p>
      <w:pPr>
        <w:spacing w:before="0" w:after="80"/>
        <w:ind w:left="170"/>
      </w:pPr>
      <w:r>
        <w:rPr>
          <w:rFonts w:ascii="Arial" w:hAnsi="Arial"/>
          <w:b/>
          <w:i w:val="0"/>
          <w:sz w:val="22"/>
        </w:rPr>
        <w:t>ใช้ iPhone ต้องจ่ายค่า iCloud ทุกเดือนจริงเหรอ? ถ้าเผลอจ่ายไม่ไหวขึ้นมา รูปถ่ายทั้งหมดจะหายไปเลยมั้ย?</w:t>
      </w:r>
    </w:p>
    <w:p>
      <w:pPr>
        <w:spacing w:before="40" w:after="40"/>
        <w:shd w:val="clear" w:color="auto" w:fill="F3E5F5"/>
      </w:pPr>
      <w:r>
        <w:rPr>
          <w:rFonts w:ascii="Arial" w:hAnsi="Arial"/>
          <w:b/>
          <w:i w:val="0"/>
          <w:color w:val="6B2FA0"/>
          <w:sz w:val="16"/>
        </w:rPr>
        <w:t>📝 Body</w:t>
      </w:r>
    </w:p>
    <w:p>
      <w:pPr>
        <w:spacing w:before="0" w:after="80"/>
        <w:ind w:left="170"/>
      </w:pPr>
      <w:r>
        <w:rPr>
          <w:rFonts w:ascii="Arial" w:hAnsi="Arial"/>
          <w:b w:val="0"/>
          <w:i w:val="0"/>
          <w:sz w:val="20"/>
        </w:rPr>
        <w:t>ใจเย็นๆ ก่อนครับ ไม่หายทันที! เรื่องนี้คนงบน้อยกังวลกันเยอะมาก มาทำความเข้าใจกันง่ายๆ ใน 1 นาทีนะ</w:t>
        <w:br/>
        <w:br/>
        <w:t>อย่างแรก Apple ให้พื้นที่ iCloud ฟรี 5GB อยู่แล้ว ถ้าใช้ไม่เกินนี้ก็ไม่ต้องจ่ายเลยซักบาท แต่ถ้าใครที่ซื้อเพิ่ม เช่น 200GB แล้วเดือนต่อมาจ่ายไม่ไหว รูปเราจะไม่ถูกลบทันทีครับ! Apple จะให้เวลาเราประมาณ 30 วันในการเข้าไปดาวน์โหลดรูปและวิดีโอทั้งหมดลงคอมหรือย้ายไปที่อื่นก่อน</w:t>
        <w:br/>
        <w:br/>
        <w:t>ดังนั้นไม่ต้องกังวลว่าจะตื่นมาแล้วรูปหายหมด แค่ต้องคอยเช็คอีเมลแจ้งเตือนจาก Apple แล้วรีบจัดการข้อมูลของเราก็พอครับ ใครอยากประหยัดก็แค่หมั่นเอารูปลงคอมบ่อยๆ ก็ไม่ต้องเสียเงินเพิ่มแล้ว</w:t>
      </w:r>
    </w:p>
    <w:p>
      <w:pPr>
        <w:spacing w:before="40" w:after="40"/>
        <w:shd w:val="clear" w:color="auto" w:fill="E8EAF6"/>
      </w:pPr>
      <w:r>
        <w:rPr>
          <w:rFonts w:ascii="Arial" w:hAnsi="Arial"/>
          <w:b/>
          <w:i w:val="0"/>
          <w:color w:val="283593"/>
          <w:sz w:val="16"/>
        </w:rPr>
        <w:t>📣 CTA</w:t>
      </w:r>
    </w:p>
    <w:p>
      <w:pPr>
        <w:spacing w:before="0" w:after="80"/>
        <w:ind w:left="170"/>
      </w:pPr>
      <w:r>
        <w:rPr>
          <w:rFonts w:ascii="Arial" w:hAnsi="Arial"/>
          <w:b/>
          <w:i w:val="0"/>
          <w:sz w:val="20"/>
        </w:rPr>
        <w:t>ใครใช้ iCloud พื้นที่เท่าไหร่กันอยู่บ้าง มาแชร์กันหน่อยว่าพอใช้กันไหมครับ?</w:t>
      </w:r>
    </w:p>
    <w:p>
      <w:pPr>
        <w:spacing w:before="0" w:after="40"/>
      </w:pPr>
      <w:r>
        <w:rPr>
          <w:rFonts w:ascii="Arial" w:hAnsi="Arial"/>
          <w:b w:val="0"/>
          <w:i/>
          <w:color w:val="888888"/>
          <w:sz w:val="16"/>
        </w:rPr>
        <w:t>⏱ 52s  📰 เอกวิทย์  #icloud #iphonetricks #ไอโฟน #ทริคไอโฟน #รอบรู้ไอที  💡 Subscription_Anxiety_Relief: ไม่ได้แค่สอนใช้ฟีเจอร์ แต่เป็นก</w:t>
      </w:r>
    </w:p>
    <w:p>
      <w:pPr>
        <w:spacing w:before="80" w:after="80"/>
        <w:pBdr>
          <w:bottom w:val="single" w:sz="4" w:space="1" w:color="DDDDDD"/>
        </w:pBdr>
      </w:pPr>
    </w:p>
    <w:p>
      <w:pPr>
        <w:spacing w:before="160" w:after="40"/>
      </w:pPr>
      <w:r>
        <w:rPr>
          <w:rFonts w:ascii="Arial" w:hAnsi="Arial"/>
          <w:b/>
          <w:i w:val="0"/>
          <w:color w:val="E65100"/>
          <w:sz w:val="18"/>
        </w:rPr>
        <w:t>Script 3 / 3</w:t>
      </w:r>
    </w:p>
    <w:p>
      <w:pPr>
        <w:spacing w:before="40" w:after="40"/>
        <w:shd w:val="clear" w:color="auto" w:fill="F3E5F5"/>
      </w:pPr>
      <w:r>
        <w:rPr>
          <w:rFonts w:ascii="Arial" w:hAnsi="Arial"/>
          <w:b/>
          <w:i w:val="0"/>
          <w:color w:val="6B2FA0"/>
          <w:sz w:val="16"/>
        </w:rPr>
        <w:t>🎣 Hook</w:t>
      </w:r>
    </w:p>
    <w:p>
      <w:pPr>
        <w:spacing w:before="0" w:after="80"/>
        <w:ind w:left="170"/>
      </w:pPr>
      <w:r>
        <w:rPr>
          <w:rFonts w:ascii="Arial" w:hAnsi="Arial"/>
          <w:b/>
          <w:i w:val="0"/>
          <w:sz w:val="22"/>
        </w:rPr>
        <w:t>เห็น Samsung จอพับรุ่นใหม่ราคา 5-6 หมื่นแล้วอยากได้ฟีลพรีเมียมบ้าง แต่ถ้าเรามีงบแค่ 20,000 จะเลือกอะไรดี?</w:t>
      </w:r>
    </w:p>
    <w:p>
      <w:pPr>
        <w:spacing w:before="40" w:after="40"/>
        <w:shd w:val="clear" w:color="auto" w:fill="F3E5F5"/>
      </w:pPr>
      <w:r>
        <w:rPr>
          <w:rFonts w:ascii="Arial" w:hAnsi="Arial"/>
          <w:b/>
          <w:i w:val="0"/>
          <w:color w:val="6B2FA0"/>
          <w:sz w:val="16"/>
        </w:rPr>
        <w:t>📝 Body</w:t>
      </w:r>
    </w:p>
    <w:p>
      <w:pPr>
        <w:spacing w:before="0" w:after="80"/>
        <w:ind w:left="170"/>
      </w:pPr>
      <w:r>
        <w:rPr>
          <w:rFonts w:ascii="Arial" w:hAnsi="Arial"/>
          <w:b w:val="0"/>
          <w:i w:val="0"/>
          <w:sz w:val="20"/>
        </w:rPr>
        <w:t>เทคโนโลยีใหม่ๆ อย่างมือถือจอพับก็น่าสน แต่ราคาก็เอาเรื่องอยู่เหมือนกันครับ แต่เชื่อไหมว่างบ 20,000 บาท ก็ให้ความรู้สึกพรีเมียมแบบ iPhone ได้สบายๆ</w:t>
        <w:br/>
        <w:br/>
        <w:t>แทนที่จะไปซื้อมือถือ Android รุ่นกลางๆ ตัวใหม่ ลองมองหา iPhone 13 หรือบางทีอาจจะเจอ iPhone 14 มือสองสภาพนางฟ้าในงบนี้ได้เลยนะครับ สิ่งที่เราได้มาคือประสบการณ์การใช้งานที่ลื่นไหล กล้องคุณภาพสูงที่ไว้ใจได้ และวัสดุตัวเครื่องที่จับแล้วรู้สึกแพงเกินราคาที่จ่ายไป</w:t>
        <w:br/>
        <w:br/>
        <w:t>บางทีความพรีเมียมก็ไม่ใช่เรื่องของฟีเจอร์ที่หวือหวาที่สุด แต่เป็นความรู้สึกดีๆ และความเสถียรในการใช้งานทุกวัน ซึ่ง iPhone มือสองในงบนี้ตอบโจทย์ได้ดีมากครับ</w:t>
      </w:r>
    </w:p>
    <w:p>
      <w:pPr>
        <w:spacing w:before="40" w:after="40"/>
        <w:shd w:val="clear" w:color="auto" w:fill="E8EAF6"/>
      </w:pPr>
      <w:r>
        <w:rPr>
          <w:rFonts w:ascii="Arial" w:hAnsi="Arial"/>
          <w:b/>
          <w:i w:val="0"/>
          <w:color w:val="283593"/>
          <w:sz w:val="16"/>
        </w:rPr>
        <w:t>📣 CTA</w:t>
      </w:r>
    </w:p>
    <w:p>
      <w:pPr>
        <w:spacing w:before="0" w:after="80"/>
        <w:ind w:left="170"/>
      </w:pPr>
      <w:r>
        <w:rPr>
          <w:rFonts w:ascii="Arial" w:hAnsi="Arial"/>
          <w:b/>
          <w:i w:val="0"/>
          <w:sz w:val="20"/>
        </w:rPr>
        <w:t>ถ้ามีงบ 20,000 บาทเท่ากัน จะเลือก iPhone มือสอง หรือ Samsung รุ่นใหม่? ลองคอมเมนต์เหตุผลกันมาหน่อยครับ</w:t>
      </w:r>
    </w:p>
    <w:p>
      <w:pPr>
        <w:spacing w:before="0" w:after="40"/>
      </w:pPr>
      <w:r>
        <w:rPr>
          <w:rFonts w:ascii="Arial" w:hAnsi="Arial"/>
          <w:b w:val="0"/>
          <w:i/>
          <w:color w:val="888888"/>
          <w:sz w:val="16"/>
        </w:rPr>
        <w:t>⏱ 55s  📰 Droidsans  #ไอโฟนvsแอนดรอย #iphoneมือสอง #ซื้อมือถือ #iphone14 #งบน้อย  💡 Perceived_Value_vs_Feature_Hype: ใช้ราคาของเทคโนโลยีใหม่ล่าส</w:t>
      </w:r>
    </w:p>
    <w:p>
      <w:pPr>
        <w:spacing w:before="80" w:after="80"/>
        <w:pBdr>
          <w:bottom w:val="single" w:sz="4" w:space="1" w:color="DDDDDD"/>
        </w:pBdr>
      </w:pPr>
    </w:p>
    <w:p>
      <w:pPr>
        <w:spacing w:before="240" w:after="0"/>
      </w:pPr>
    </w:p>
    <w:p>
      <w:pPr>
        <w:spacing w:before="40" w:after="40"/>
        <w:shd w:val="clear" w:color="auto" w:fill="EDE7F6"/>
      </w:pPr>
      <w:r>
        <w:rPr>
          <w:rFonts w:ascii="Arial" w:hAnsi="Arial"/>
          <w:b/>
          <w:i w:val="0"/>
          <w:color w:val="37474F"/>
          <w:sz w:val="26"/>
        </w:rPr>
        <w:t xml:space="preserve">  🏢  นักธุรกิจ / ผู้บริหาร</w:t>
      </w:r>
    </w:p>
    <w:p>
      <w:pPr>
        <w:spacing w:before="40" w:after="0"/>
      </w:pPr>
    </w:p>
    <w:p>
      <w:pPr>
        <w:spacing w:before="160" w:after="40"/>
      </w:pPr>
      <w:r>
        <w:rPr>
          <w:rFonts w:ascii="Arial" w:hAnsi="Arial"/>
          <w:b/>
          <w:i w:val="0"/>
          <w:color w:val="37474F"/>
          <w:sz w:val="18"/>
        </w:rPr>
        <w:t>Script 1 / 3</w:t>
      </w:r>
    </w:p>
    <w:p>
      <w:pPr>
        <w:spacing w:before="40" w:after="40"/>
        <w:shd w:val="clear" w:color="auto" w:fill="F3E5F5"/>
      </w:pPr>
      <w:r>
        <w:rPr>
          <w:rFonts w:ascii="Arial" w:hAnsi="Arial"/>
          <w:b/>
          <w:i w:val="0"/>
          <w:color w:val="6B2FA0"/>
          <w:sz w:val="16"/>
        </w:rPr>
        <w:t>🎣 Hook</w:t>
      </w:r>
    </w:p>
    <w:p>
      <w:pPr>
        <w:spacing w:before="0" w:after="80"/>
        <w:ind w:left="170"/>
      </w:pPr>
      <w:r>
        <w:rPr>
          <w:rFonts w:ascii="Arial" w:hAnsi="Arial"/>
          <w:b/>
          <w:i w:val="0"/>
          <w:sz w:val="22"/>
        </w:rPr>
        <w:t>9 ใน 10 ของช่องโหว่ความปลอดภัยระดับร้ายแรง ถูกแฮกเกอร์ใช้โจมตีภายใน 45 วันหลังถูกค้นพบ... นี่คือเหตุผลที่ผู้บริหารไม่ควรกด 'เลื่อน' การอัปเดต iOS ครับ</w:t>
      </w:r>
    </w:p>
    <w:p>
      <w:pPr>
        <w:spacing w:before="40" w:after="40"/>
        <w:shd w:val="clear" w:color="auto" w:fill="F3E5F5"/>
      </w:pPr>
      <w:r>
        <w:rPr>
          <w:rFonts w:ascii="Arial" w:hAnsi="Arial"/>
          <w:b/>
          <w:i w:val="0"/>
          <w:color w:val="6B2FA0"/>
          <w:sz w:val="16"/>
        </w:rPr>
        <w:t>📝 Body</w:t>
      </w:r>
    </w:p>
    <w:p>
      <w:pPr>
        <w:spacing w:before="0" w:after="80"/>
        <w:ind w:left="170"/>
      </w:pPr>
      <w:r>
        <w:rPr>
          <w:rFonts w:ascii="Arial" w:hAnsi="Arial"/>
          <w:b w:val="0"/>
          <w:i w:val="0"/>
          <w:sz w:val="20"/>
        </w:rPr>
        <w:t xml:space="preserve">การแจ้งเตือนอัปเดต iOS ที่หลายคนมองว่าน่ารำคาญ จริงๆ แล้วคือปราการด่านแรกในการปกป้องข้อมูลธุรกิจของคุณครับ ตามรายงานจากแหล่งข่าวอย่าง อาตี๋รีวิว และผู้เชี่ยวชาญด้านความปลอดภัย การอัปเดตย่อยๆ ไม่ได้มีแค่ฟีเจอร์ใหม่ แต่เป็นการอุดช่องโหว่ (Security Patches) ที่แฮกเกอร์ทั่วโลกกำลังจ้องจะใช้เจาะเข้ามาในอุปกรณ์ของคุณอยู่แล้ว </w:t>
        <w:br/>
        <w:br/>
        <w:t>สำหรับผู้บริหาร iPhone ไม่ใช่แค่โทรศัพท์ แต่คือคลังข้อมูลสำคัญ ทั้งอีเมลลูกค้า แผนกลยุทธ์ และข้อมูลทางการเงิน การไม่อัปเดตก็เหมือนการปล่อยให้ประตูห้องนิรภัยของบริษัทไม่ได้ล็อค นอกจากนี้ การอัปเดตยังรวมถึงการปรับปรุงเสถียรภาพของระบบ ซึ่งช่วยลดความเสี่ยงที่แอปสำคัญทางธุรกิจจะค้างหรือปิดตัวเองระหว่างการประชุมสำคัญ นี่คือการบำรุงรักษาเชิงรุกที่ใช้เวลาไม่ถึง 5 นาที แต่ช่วยรักษาความต่อเนื่องทางธุรกิจและปกป้องสินทรัพย์ที่ประเมินค่าไม่ได้ขององค์กรครับ</w:t>
      </w:r>
    </w:p>
    <w:p>
      <w:pPr>
        <w:spacing w:before="40" w:after="40"/>
        <w:shd w:val="clear" w:color="auto" w:fill="E8EAF6"/>
      </w:pPr>
      <w:r>
        <w:rPr>
          <w:rFonts w:ascii="Arial" w:hAnsi="Arial"/>
          <w:b/>
          <w:i w:val="0"/>
          <w:color w:val="283593"/>
          <w:sz w:val="16"/>
        </w:rPr>
        <w:t>📣 CTA</w:t>
      </w:r>
    </w:p>
    <w:p>
      <w:pPr>
        <w:spacing w:before="0" w:after="80"/>
        <w:ind w:left="170"/>
      </w:pPr>
      <w:r>
        <w:rPr>
          <w:rFonts w:ascii="Arial" w:hAnsi="Arial"/>
          <w:b/>
          <w:i w:val="0"/>
          <w:sz w:val="20"/>
        </w:rPr>
        <w:t>Follow เราไว้ เพื่อไม่พลาดข่าวสารอัปเดตและเคล็ดลับการใช้ iPhone ในเชิงธุรกิจ</w:t>
      </w:r>
    </w:p>
    <w:p>
      <w:pPr>
        <w:spacing w:before="0" w:after="40"/>
      </w:pPr>
      <w:r>
        <w:rPr>
          <w:rFonts w:ascii="Arial" w:hAnsi="Arial"/>
          <w:b w:val="0"/>
          <w:i/>
          <w:color w:val="888888"/>
          <w:sz w:val="16"/>
        </w:rPr>
        <w:t>⏱ 65s  📰 อาตี๋รีวิว  #iOSupdate #iPhoneSecurity #BusinessTech #AppleEcosystem #ผู้บริหาร  💡 Executive Due Diligence &amp; Performance Stability: เปลี่ยนการอ</w:t>
      </w:r>
    </w:p>
    <w:p>
      <w:pPr>
        <w:spacing w:before="80" w:after="80"/>
        <w:pBdr>
          <w:bottom w:val="single" w:sz="4" w:space="1" w:color="DDDDDD"/>
        </w:pBdr>
      </w:pPr>
    </w:p>
    <w:p>
      <w:pPr>
        <w:spacing w:before="160" w:after="40"/>
      </w:pPr>
      <w:r>
        <w:rPr>
          <w:rFonts w:ascii="Arial" w:hAnsi="Arial"/>
          <w:b/>
          <w:i w:val="0"/>
          <w:color w:val="37474F"/>
          <w:sz w:val="18"/>
        </w:rPr>
        <w:t>Script 2 / 3</w:t>
      </w:r>
    </w:p>
    <w:p>
      <w:pPr>
        <w:spacing w:before="40" w:after="40"/>
        <w:shd w:val="clear" w:color="auto" w:fill="F3E5F5"/>
      </w:pPr>
      <w:r>
        <w:rPr>
          <w:rFonts w:ascii="Arial" w:hAnsi="Arial"/>
          <w:b/>
          <w:i w:val="0"/>
          <w:color w:val="6B2FA0"/>
          <w:sz w:val="16"/>
        </w:rPr>
        <w:t>🎣 Hook</w:t>
      </w:r>
    </w:p>
    <w:p>
      <w:pPr>
        <w:spacing w:before="0" w:after="80"/>
        <w:ind w:left="170"/>
      </w:pPr>
      <w:r>
        <w:rPr>
          <w:rFonts w:ascii="Arial" w:hAnsi="Arial"/>
          <w:b/>
          <w:i w:val="0"/>
          <w:sz w:val="22"/>
        </w:rPr>
        <w:t>รูปถ่ายหน้างาน, ภาพสไลด์, หรือสแกนเอกสารสำคัญของบริษัทคุณ... กระจัดกระจายอยู่ในเครื่องของทีมงานใช่ไหมครับ? iCloud สามารถแก้ปัญหานี้ได้ทันที ถ้าตั้งค่าเป็น</w:t>
      </w:r>
    </w:p>
    <w:p>
      <w:pPr>
        <w:spacing w:before="40" w:after="40"/>
        <w:shd w:val="clear" w:color="auto" w:fill="F3E5F5"/>
      </w:pPr>
      <w:r>
        <w:rPr>
          <w:rFonts w:ascii="Arial" w:hAnsi="Arial"/>
          <w:b/>
          <w:i w:val="0"/>
          <w:color w:val="6B2FA0"/>
          <w:sz w:val="16"/>
        </w:rPr>
        <w:t>📝 Body</w:t>
      </w:r>
    </w:p>
    <w:p>
      <w:pPr>
        <w:spacing w:before="0" w:after="80"/>
        <w:ind w:left="170"/>
      </w:pPr>
      <w:r>
        <w:rPr>
          <w:rFonts w:ascii="Arial" w:hAnsi="Arial"/>
          <w:b w:val="0"/>
          <w:i w:val="0"/>
          <w:sz w:val="20"/>
        </w:rPr>
        <w:t>หลายองค์กรเจอปัญหาสินทรัพย์ดิจิทัลที่เป็นรูปภาพกระจัดกระจาย ควบคุมไม่ได้ และเรียกใช้งานยาก แต่ฟีเจอร์ใน Apple Ecosystem ที่คุณมีอยู่แล้วอย่าง iCloud Photos สามารถแก้ปัญหานี้ได้อย่างมีประสิทธิภาพครับ</w:t>
        <w:br/>
        <w:br/>
        <w:t>แทนที่จะให้ทีมงานส่งรูปผ่านแอปแชท ซึ่งทำให้คุณภาพลดลงและค้นหายาก เราสามารถสร้าง iCloud Shared Photo Library โดยใช้ Apple ID ของทีมหรือบริษัทเป็นศูนย์กลางได้ วิธีนี้จะทำให้รูปภาพสำคัญทั้งหมด เช่น ภาพถ่ายจากไซต์งานก่อสร้าง, รูปสินค้าสำหรับทีมมาร์เก็ตติ้ง, หรือสแกนเอกสารจากฝ่ายขาย ถูกรวบรวมไว้ในที่เดียวด้วยความละเอียดสูงสุด สมาชิกในทีมที่ได้รับเชิญสามารถเข้าถึง, เพิ่ม, หรือแก้ไขภาพได้ทันทีจาก iPhone, iPad, หรือ Mac ของตัวเอง นี่จึงไม่ใช่แค่การแชร์อัลบั้มรูป แต่คือการสร้างระบบจัดการสินทรัพย์ดิจิทัล (Digital Asset Management) ขนาดย่อม ที่ทำให้การทำงานร่วมกันรวดเร็วขึ้นและข้อมูลสำคัญของบริษัทไม่รั่วไหลครับ</w:t>
      </w:r>
    </w:p>
    <w:p>
      <w:pPr>
        <w:spacing w:before="40" w:after="40"/>
        <w:shd w:val="clear" w:color="auto" w:fill="E8EAF6"/>
      </w:pPr>
      <w:r>
        <w:rPr>
          <w:rFonts w:ascii="Arial" w:hAnsi="Arial"/>
          <w:b/>
          <w:i w:val="0"/>
          <w:color w:val="283593"/>
          <w:sz w:val="16"/>
        </w:rPr>
        <w:t>📣 CTA</w:t>
      </w:r>
    </w:p>
    <w:p>
      <w:pPr>
        <w:spacing w:before="0" w:after="80"/>
        <w:ind w:left="170"/>
      </w:pPr>
      <w:r>
        <w:rPr>
          <w:rFonts w:ascii="Arial" w:hAnsi="Arial"/>
          <w:b/>
          <w:i w:val="0"/>
          <w:sz w:val="20"/>
        </w:rPr>
        <w:t>อยากรู้เทคนิคการตั้งค่า Apple Ecosystem สำหรับทีมให้ทำงานเต็มประสิทธิภาพ? Follow เราไว้เลยครับ</w:t>
      </w:r>
    </w:p>
    <w:p>
      <w:pPr>
        <w:spacing w:before="0" w:after="40"/>
      </w:pPr>
      <w:r>
        <w:rPr>
          <w:rFonts w:ascii="Arial" w:hAnsi="Arial"/>
          <w:b w:val="0"/>
          <w:i/>
          <w:color w:val="888888"/>
          <w:sz w:val="16"/>
        </w:rPr>
        <w:t>⏱ 70s  📰 เอกวิทย์  #iCloud #AppleEcosystem #Productivity #BusinessTips #DigitalAssets  💡 Centralized Asset Control &amp; Compliance: ยกระดับ iCloud จากเค</w:t>
      </w:r>
    </w:p>
    <w:p>
      <w:pPr>
        <w:spacing w:before="80" w:after="80"/>
        <w:pBdr>
          <w:bottom w:val="single" w:sz="4" w:space="1" w:color="DDDDDD"/>
        </w:pBdr>
      </w:pPr>
    </w:p>
    <w:p>
      <w:pPr>
        <w:spacing w:before="160" w:after="40"/>
      </w:pPr>
      <w:r>
        <w:rPr>
          <w:rFonts w:ascii="Arial" w:hAnsi="Arial"/>
          <w:b/>
          <w:i w:val="0"/>
          <w:color w:val="37474F"/>
          <w:sz w:val="18"/>
        </w:rPr>
        <w:t>Script 3 / 3</w:t>
      </w:r>
    </w:p>
    <w:p>
      <w:pPr>
        <w:spacing w:before="40" w:after="40"/>
        <w:shd w:val="clear" w:color="auto" w:fill="F3E5F5"/>
      </w:pPr>
      <w:r>
        <w:rPr>
          <w:rFonts w:ascii="Arial" w:hAnsi="Arial"/>
          <w:b/>
          <w:i w:val="0"/>
          <w:color w:val="6B2FA0"/>
          <w:sz w:val="16"/>
        </w:rPr>
        <w:t>🎣 Hook</w:t>
      </w:r>
    </w:p>
    <w:p>
      <w:pPr>
        <w:spacing w:before="0" w:after="80"/>
        <w:ind w:left="170"/>
      </w:pPr>
      <w:r>
        <w:rPr>
          <w:rFonts w:ascii="Arial" w:hAnsi="Arial"/>
          <w:b/>
          <w:i w:val="0"/>
          <w:sz w:val="22"/>
        </w:rPr>
        <w:t>มีรายงานว่า iPhone รุ่นใหม่อาจราคาสูงขึ้นทุกปี... แต่สำหรับองค์กร คำถามที่สำคัญกว่า 'จะซื้อไหวไหม?' คือ 'เราควรวางแผนอัปเกรดเครื่องให้ทีมเมื่อไหร่ถึงจะคุ้มค่าที่สุด?'</w:t>
      </w:r>
    </w:p>
    <w:p>
      <w:pPr>
        <w:spacing w:before="40" w:after="40"/>
        <w:shd w:val="clear" w:color="auto" w:fill="F3E5F5"/>
      </w:pPr>
      <w:r>
        <w:rPr>
          <w:rFonts w:ascii="Arial" w:hAnsi="Arial"/>
          <w:b/>
          <w:i w:val="0"/>
          <w:color w:val="6B2FA0"/>
          <w:sz w:val="16"/>
        </w:rPr>
        <w:t>📝 Body</w:t>
      </w:r>
    </w:p>
    <w:p>
      <w:pPr>
        <w:spacing w:before="0" w:after="80"/>
        <w:ind w:left="170"/>
      </w:pPr>
      <w:r>
        <w:rPr>
          <w:rFonts w:ascii="Arial" w:hAnsi="Arial"/>
          <w:b w:val="0"/>
          <w:i w:val="0"/>
          <w:sz w:val="20"/>
        </w:rPr>
        <w:t xml:space="preserve">การตัดสินใจอัปเกรด iPhone ทั้งองค์กรไม่ได้ขึ้นอยู่กับราคาเปิดตัวเพียงอย่างเดียวครับ แต่ต้องมองในแง่ของ 'รอบการอัปเกรดเชิงกลยุทธ์' (Strategic Refresh Cycle) และ 'ต้นทุนการเป็นเจ้าของที่แท้จริง' (Total Cost of Ownership - TCO) </w:t>
        <w:br/>
        <w:br/>
        <w:t xml:space="preserve">จุดแข็งที่สุดของ iPhone ในตลาดองค์กรคือมูลค่าขายต่อที่สูงมาก ธุรกิจที่ชาญฉลาดจะวางแผนรอบการใช้งานอุปกรณ์ไว้ที่ 2-3 ปี ซึ่งเป็นจุดที่มูลค่าคงเหลือ (Resale Value) ยังสูงอยู่ ทำให้ต้นทุนสุทธิในการเปลี่ยนไปใช้เครื่องรุ่นใหม่ต่ำกว่าที่คิด สูตรคำนวณ TCO ง่ายๆ คือ (ราคาซื้อ - คาดการณ์ราคาขายต่อ) ÷ จำนวนเดือนที่ใช้งาน จะได้ต้นทุนที่แท้จริงต่อเดือนออกมา </w:t>
        <w:br/>
        <w:br/>
        <w:t>ดังนั้น ข่าวลือเรื่องราคาที่สูงขึ้นของ iPhone รุ่นใหม่จึงเป็นเพียงตัวแปรหนึ่งในการวางแผนงบประมาณ แต่ปัจจัยตัดสินใจที่แท้จริงคือการคำนวณ TCO ที่พิสูจน์ได้ว่าการลงทุนใน iPhone ให้ผลตอบแทนที่คุ้มค่าในระยะยาว ทั้งในแง่การเงิน, ความปลอดภัย, และประสิทธิภาพของพนักงานครับ</w:t>
      </w:r>
    </w:p>
    <w:p>
      <w:pPr>
        <w:spacing w:before="40" w:after="40"/>
        <w:shd w:val="clear" w:color="auto" w:fill="E8EAF6"/>
      </w:pPr>
      <w:r>
        <w:rPr>
          <w:rFonts w:ascii="Arial" w:hAnsi="Arial"/>
          <w:b/>
          <w:i w:val="0"/>
          <w:color w:val="283593"/>
          <w:sz w:val="16"/>
        </w:rPr>
        <w:t>📣 CTA</w:t>
      </w:r>
    </w:p>
    <w:p>
      <w:pPr>
        <w:spacing w:before="0" w:after="80"/>
        <w:ind w:left="170"/>
      </w:pPr>
      <w:r>
        <w:rPr>
          <w:rFonts w:ascii="Arial" w:hAnsi="Arial"/>
          <w:b/>
          <w:i w:val="0"/>
          <w:sz w:val="20"/>
        </w:rPr>
        <w:t>Follow เราเพื่อเรียนรู้วิธีคำนวณ ROI และ TCO ของอุปกรณ์ Apple สำหรับองค์กรของคุณ</w:t>
      </w:r>
    </w:p>
    <w:p>
      <w:pPr>
        <w:spacing w:before="0" w:after="40"/>
      </w:pPr>
      <w:r>
        <w:rPr>
          <w:rFonts w:ascii="Arial" w:hAnsi="Arial"/>
          <w:b w:val="0"/>
          <w:i/>
          <w:color w:val="888888"/>
          <w:sz w:val="16"/>
        </w:rPr>
        <w:t>⏱ 75s  📰 เอกวิทย์  #iPhone18 #BusinessStrategy #ROI #AppleforBusiness #TechFinance  💡 Strategic Refresh Cycle &amp; Total Cost of Ownership (TCO): เปล</w:t>
      </w:r>
    </w:p>
    <w:p>
      <w:pPr>
        <w:spacing w:before="80" w:after="80"/>
        <w:pBdr>
          <w:bottom w:val="single" w:sz="4" w:space="1" w:color="DDDDDD"/>
        </w:pBdr>
      </w:pPr>
    </w:p>
    <w:p>
      <w:pPr>
        <w:spacing w:before="240" w:after="0"/>
      </w:pPr>
    </w:p>
    <w:p>
      <w:pPr>
        <w:spacing w:before="40" w:after="40"/>
        <w:shd w:val="clear" w:color="auto" w:fill="EDE7F6"/>
      </w:pPr>
      <w:r>
        <w:rPr>
          <w:rFonts w:ascii="Arial" w:hAnsi="Arial"/>
          <w:b/>
          <w:i w:val="0"/>
          <w:color w:val="C62828"/>
          <w:sz w:val="26"/>
        </w:rPr>
        <w:t xml:space="preserve">  🔥  คนชอบข่าวลือ / leaks</w:t>
      </w:r>
    </w:p>
    <w:p>
      <w:pPr>
        <w:spacing w:before="40" w:after="0"/>
      </w:pPr>
    </w:p>
    <w:p>
      <w:pPr>
        <w:spacing w:before="160" w:after="40"/>
      </w:pPr>
      <w:r>
        <w:rPr>
          <w:rFonts w:ascii="Arial" w:hAnsi="Arial"/>
          <w:b/>
          <w:i w:val="0"/>
          <w:color w:val="C62828"/>
          <w:sz w:val="18"/>
        </w:rPr>
        <w:t>Script 1 / 3</w:t>
      </w:r>
    </w:p>
    <w:p>
      <w:pPr>
        <w:spacing w:before="40" w:after="40"/>
        <w:shd w:val="clear" w:color="auto" w:fill="F3E5F5"/>
      </w:pPr>
      <w:r>
        <w:rPr>
          <w:rFonts w:ascii="Arial" w:hAnsi="Arial"/>
          <w:b/>
          <w:i w:val="0"/>
          <w:color w:val="6B2FA0"/>
          <w:sz w:val="16"/>
        </w:rPr>
        <w:t>🎣 Hook</w:t>
      </w:r>
    </w:p>
    <w:p>
      <w:pPr>
        <w:spacing w:before="0" w:after="80"/>
        <w:ind w:left="170"/>
      </w:pPr>
      <w:r>
        <w:rPr>
          <w:rFonts w:ascii="Arial" w:hAnsi="Arial"/>
          <w:b/>
          <w:i w:val="0"/>
          <w:sz w:val="22"/>
        </w:rPr>
        <w:t>Apple ทำพลาดครั้งใหญ่! เผลอปล่อยข้อมูลสินค้าใหม่ที่ยังไม่เปิดตัวมากกว่า 10 อย่างออกมาเองใน macOS beta ล่าสุด!</w:t>
      </w:r>
    </w:p>
    <w:p>
      <w:pPr>
        <w:spacing w:before="40" w:after="40"/>
        <w:shd w:val="clear" w:color="auto" w:fill="F3E5F5"/>
      </w:pPr>
      <w:r>
        <w:rPr>
          <w:rFonts w:ascii="Arial" w:hAnsi="Arial"/>
          <w:b/>
          <w:i w:val="0"/>
          <w:color w:val="6B2FA0"/>
          <w:sz w:val="16"/>
        </w:rPr>
        <w:t>📝 Body</w:t>
      </w:r>
    </w:p>
    <w:p>
      <w:pPr>
        <w:spacing w:before="0" w:after="80"/>
        <w:ind w:left="170"/>
      </w:pPr>
      <w:r>
        <w:rPr>
          <w:rFonts w:ascii="Arial" w:hAnsi="Arial"/>
          <w:b w:val="0"/>
          <w:i w:val="0"/>
          <w:sz w:val="20"/>
        </w:rPr>
        <w:t>นี่ไม่ใช่ข่าวลือจากโรงงาน แต่เป็นข้อมูลที่หลุดมาจากโค้ดของ Apple เองเลย! ตามรายงานจาก MacRumors, ใน macOS beta เวอร์ชั่นล่าสุด มีคนไปเจอข้อมูลอ้างอิงถึงผลิตภัณฑ์ใหม่ๆ ที่เรายังไม่เคยเห็นเพียบเลยครับ ไม่ว่าจะเป็น Mac รุ่นใหม่, จอตัวใหม่, หรืออาจจะรวมถึงอุปกรณ์เสริมอื่นๆ อีกเพียบ นี่คือหลักฐานที่ชัดที่สุดว่า Apple กำลังซุ่มทำอะไรอยู่เบื้องหลัง เพราะมันมาจากข้างในเองเลย ไม่ใช่แค่ข่าวลือลอยๆ การที่ Apple พลาดแบบนี้ถือเป็นโอกาสทองให้เราได้รู้แผนในอนาคตก่อนใครเลยครับ</w:t>
      </w:r>
    </w:p>
    <w:p>
      <w:pPr>
        <w:spacing w:before="40" w:after="40"/>
        <w:shd w:val="clear" w:color="auto" w:fill="E8EAF6"/>
      </w:pPr>
      <w:r>
        <w:rPr>
          <w:rFonts w:ascii="Arial" w:hAnsi="Arial"/>
          <w:b/>
          <w:i w:val="0"/>
          <w:color w:val="283593"/>
          <w:sz w:val="16"/>
        </w:rPr>
        <w:t>📣 CTA</w:t>
      </w:r>
    </w:p>
    <w:p>
      <w:pPr>
        <w:spacing w:before="0" w:after="80"/>
        <w:ind w:left="170"/>
      </w:pPr>
      <w:r>
        <w:rPr>
          <w:rFonts w:ascii="Arial" w:hAnsi="Arial"/>
          <w:b/>
          <w:i w:val="0"/>
          <w:sz w:val="20"/>
        </w:rPr>
        <w:t>อยากรู้มั้ยว่ามีอะไรหลุดมาบ้าง? กด follow ด่วน! เดี๋ยวผมจะมาเจาะลึกให้ฟังทันทีที่มีรายละเอียดเพิ่มเติม!</w:t>
      </w:r>
    </w:p>
    <w:p>
      <w:pPr>
        <w:spacing w:before="0" w:after="40"/>
      </w:pPr>
      <w:r>
        <w:rPr>
          <w:rFonts w:ascii="Arial" w:hAnsi="Arial"/>
          <w:b w:val="0"/>
          <w:i/>
          <w:color w:val="888888"/>
          <w:sz w:val="16"/>
        </w:rPr>
        <w:t>⏱ 45s  📰 MacRumors  #appleleak #macos #macbook #ข่าวไอที #รอบรู้ไอที  💡 Internal Infiltration: โฟกัสไปที่ความผิดพลาดของ Apple เองที่</w:t>
      </w:r>
    </w:p>
    <w:p>
      <w:pPr>
        <w:spacing w:before="80" w:after="80"/>
        <w:pBdr>
          <w:bottom w:val="single" w:sz="4" w:space="1" w:color="DDDDDD"/>
        </w:pBdr>
      </w:pPr>
    </w:p>
    <w:p>
      <w:pPr>
        <w:spacing w:before="160" w:after="40"/>
      </w:pPr>
      <w:r>
        <w:rPr>
          <w:rFonts w:ascii="Arial" w:hAnsi="Arial"/>
          <w:b/>
          <w:i w:val="0"/>
          <w:color w:val="C62828"/>
          <w:sz w:val="18"/>
        </w:rPr>
        <w:t>Script 2 / 3</w:t>
      </w:r>
    </w:p>
    <w:p>
      <w:pPr>
        <w:spacing w:before="40" w:after="40"/>
        <w:shd w:val="clear" w:color="auto" w:fill="F3E5F5"/>
      </w:pPr>
      <w:r>
        <w:rPr>
          <w:rFonts w:ascii="Arial" w:hAnsi="Arial"/>
          <w:b/>
          <w:i w:val="0"/>
          <w:color w:val="6B2FA0"/>
          <w:sz w:val="16"/>
        </w:rPr>
        <w:t>🎣 Hook</w:t>
      </w:r>
    </w:p>
    <w:p>
      <w:pPr>
        <w:spacing w:before="0" w:after="80"/>
        <w:ind w:left="170"/>
      </w:pPr>
      <w:r>
        <w:rPr>
          <w:rFonts w:ascii="Arial" w:hAnsi="Arial"/>
          <w:b/>
          <w:i w:val="0"/>
          <w:sz w:val="22"/>
        </w:rPr>
        <w:t>คุณอาจยังไม่รู้ว่า Apple กำลังซุ่มทำ AirPods ติดกล้องอยู่! แต่ข่าวร้ายก็คือ... เราอาจจะต้องรอไปอีกหลายปี</w:t>
      </w:r>
    </w:p>
    <w:p>
      <w:pPr>
        <w:spacing w:before="40" w:after="40"/>
        <w:shd w:val="clear" w:color="auto" w:fill="F3E5F5"/>
      </w:pPr>
      <w:r>
        <w:rPr>
          <w:rFonts w:ascii="Arial" w:hAnsi="Arial"/>
          <w:b/>
          <w:i w:val="0"/>
          <w:color w:val="6B2FA0"/>
          <w:sz w:val="16"/>
        </w:rPr>
        <w:t>📝 Body</w:t>
      </w:r>
    </w:p>
    <w:p>
      <w:pPr>
        <w:spacing w:before="0" w:after="80"/>
        <w:ind w:left="170"/>
      </w:pPr>
      <w:r>
        <w:rPr>
          <w:rFonts w:ascii="Arial" w:hAnsi="Arial"/>
          <w:b w:val="0"/>
          <w:i w:val="0"/>
          <w:sz w:val="20"/>
        </w:rPr>
        <w:t>เรื่องนี้ไม่ใช่แค่ข่าวลือมั่วๆ นะครับ เพราะมันมีวิดีโอเดโมหลุดออกมายืนยันแล้วว่า Apple กำลังทดสอบโปรเจกต์นี้อยู่จริงๆ แต่ล่าสุดมีรายงานจาก MacRumors และ 9to5Mac ระบุว่า AirPods ติดกล้องตัวนี้จะยังไม่เปิดตัวในปี 2026 แต่อาจจะถูกเลื่อนยาวไปถึงปี 2027 เลยทีเดียว! คำถามคือทำไม? ทั้งๆ ที่มีตัวทดลองแล้ว อาจเป็นไปได้ว่าเทคโนโลยียังไม่เสถียรพอ หรืออาจจะติดปัญหาเรื่องแบตเตอรี่ที่ต้องทำให้เล็กและใช้งานได้นานพอ นี่คือการต่อสู้ระหว่างนวัตกรรมสุดล้ำกับข้อจำกัดทางเทคโนโลยีที่น่าติดตามมากๆ ครับ</w:t>
      </w:r>
    </w:p>
    <w:p>
      <w:pPr>
        <w:spacing w:before="40" w:after="40"/>
        <w:shd w:val="clear" w:color="auto" w:fill="E8EAF6"/>
      </w:pPr>
      <w:r>
        <w:rPr>
          <w:rFonts w:ascii="Arial" w:hAnsi="Arial"/>
          <w:b/>
          <w:i w:val="0"/>
          <w:color w:val="283593"/>
          <w:sz w:val="16"/>
        </w:rPr>
        <w:t>📣 CTA</w:t>
      </w:r>
    </w:p>
    <w:p>
      <w:pPr>
        <w:spacing w:before="0" w:after="80"/>
        <w:ind w:left="170"/>
      </w:pPr>
      <w:r>
        <w:rPr>
          <w:rFonts w:ascii="Arial" w:hAnsi="Arial"/>
          <w:b/>
          <w:i w:val="0"/>
          <w:sz w:val="20"/>
        </w:rPr>
        <w:t>ถ้า AirPods ติดกล้องออกมาจริง คุณจะซื้อมั้ย? คอมเมนต์บอกกันหน่อย แล้วกด follow ไว้เลย มีข่าวหลุดเพิ่มเมื่อไหร่ รู้ก่อนใครแน่นอน!</w:t>
      </w:r>
    </w:p>
    <w:p>
      <w:pPr>
        <w:spacing w:before="0" w:after="40"/>
      </w:pPr>
      <w:r>
        <w:rPr>
          <w:rFonts w:ascii="Arial" w:hAnsi="Arial"/>
          <w:b w:val="0"/>
          <w:i/>
          <w:color w:val="888888"/>
          <w:sz w:val="16"/>
        </w:rPr>
        <w:t>⏱ 50s  📰 MacRumors  #airpods #apple #appleleak #หูฟังไร้สาย #ข่าวลือ  💡 Innovation Bottleneck: ไม่ใช่แค่รายงานว่าฟีเจอร์ถูกเลื่อน แต</w:t>
      </w:r>
    </w:p>
    <w:p>
      <w:pPr>
        <w:spacing w:before="80" w:after="80"/>
        <w:pBdr>
          <w:bottom w:val="single" w:sz="4" w:space="1" w:color="DDDDDD"/>
        </w:pBdr>
      </w:pPr>
    </w:p>
    <w:p>
      <w:pPr>
        <w:spacing w:before="160" w:after="40"/>
      </w:pPr>
      <w:r>
        <w:rPr>
          <w:rFonts w:ascii="Arial" w:hAnsi="Arial"/>
          <w:b/>
          <w:i w:val="0"/>
          <w:color w:val="C62828"/>
          <w:sz w:val="18"/>
        </w:rPr>
        <w:t>Script 3 / 3</w:t>
      </w:r>
    </w:p>
    <w:p>
      <w:pPr>
        <w:spacing w:before="40" w:after="40"/>
        <w:shd w:val="clear" w:color="auto" w:fill="F3E5F5"/>
      </w:pPr>
      <w:r>
        <w:rPr>
          <w:rFonts w:ascii="Arial" w:hAnsi="Arial"/>
          <w:b/>
          <w:i w:val="0"/>
          <w:color w:val="6B2FA0"/>
          <w:sz w:val="16"/>
        </w:rPr>
        <w:t>🎣 Hook</w:t>
      </w:r>
    </w:p>
    <w:p>
      <w:pPr>
        <w:spacing w:before="0" w:after="80"/>
        <w:ind w:left="170"/>
      </w:pPr>
      <w:r>
        <w:rPr>
          <w:rFonts w:ascii="Arial" w:hAnsi="Arial"/>
          <w:b/>
          <w:i w:val="0"/>
          <w:sz w:val="22"/>
        </w:rPr>
        <w:t>สาวก Apple Watch รุ่นเดอะเตรียมเฮ! ข่าวลือล่าสุดบอกว่า Apple Watch Series 12 จะนำวัสดุสุดพรีเมียมในตำนานกลับมาอีกครั้ง!</w:t>
      </w:r>
    </w:p>
    <w:p>
      <w:pPr>
        <w:spacing w:before="40" w:after="40"/>
        <w:shd w:val="clear" w:color="auto" w:fill="F3E5F5"/>
      </w:pPr>
      <w:r>
        <w:rPr>
          <w:rFonts w:ascii="Arial" w:hAnsi="Arial"/>
          <w:b/>
          <w:i w:val="0"/>
          <w:color w:val="6B2FA0"/>
          <w:sz w:val="16"/>
        </w:rPr>
        <w:t>📝 Body</w:t>
      </w:r>
    </w:p>
    <w:p>
      <w:pPr>
        <w:spacing w:before="0" w:after="80"/>
        <w:ind w:left="170"/>
      </w:pPr>
      <w:r>
        <w:rPr>
          <w:rFonts w:ascii="Arial" w:hAnsi="Arial"/>
          <w:b w:val="0"/>
          <w:i w:val="0"/>
          <w:sz w:val="20"/>
        </w:rPr>
        <w:t>ใครที่เคยใช้ Apple Watch รุ่นแรกๆ จะต้องจำความรู้สึกพรีเมียมของวัสดุบางอย่างได้ดี ล่าสุดมีรายงานจาก 9to5Mac อ้างอิงข้อมูลจาก leaker ที่น่าเชื่อถือว่า Apple กำลังจะนำ 'วัสดุสุดรัก' ของใครหลายๆ คนกลับมาใช้ใน Apple Watch Series 12 ที่จะเปิดตัวในอนาคต! ถึงแม้จะยังไม่มีการยืนยันว่าเป็นวัสดุอะไร แต่การกลับมาครั้งนี้อาจเป็นการส่งสัญญาณว่า Apple กำลังจะยกระดับความพรีเมียมของ Watch ขึ้นไปอีกขั้น เพื่อเอาใจแฟนๆ ที่คิดถึงความคลาสสิกและยอมจ่ายเพื่อดีไซน์ที่ไม่เหมือนใคร</w:t>
      </w:r>
    </w:p>
    <w:p>
      <w:pPr>
        <w:spacing w:before="40" w:after="40"/>
        <w:shd w:val="clear" w:color="auto" w:fill="E8EAF6"/>
      </w:pPr>
      <w:r>
        <w:rPr>
          <w:rFonts w:ascii="Arial" w:hAnsi="Arial"/>
          <w:b/>
          <w:i w:val="0"/>
          <w:color w:val="283593"/>
          <w:sz w:val="16"/>
        </w:rPr>
        <w:t>📣 CTA</w:t>
      </w:r>
    </w:p>
    <w:p>
      <w:pPr>
        <w:spacing w:before="0" w:after="80"/>
        <w:ind w:left="170"/>
      </w:pPr>
      <w:r>
        <w:rPr>
          <w:rFonts w:ascii="Arial" w:hAnsi="Arial"/>
          <w:b/>
          <w:i w:val="0"/>
          <w:sz w:val="20"/>
        </w:rPr>
        <w:t>ลองทายกันดูเล่นๆ ว่าเป็นวัสดุอะไร? คอมเมนต์มาเลย! แล้วกด follow ไว้ ถ้ามีข้อมูลยืนยันเมื่อไหร่ จะรีบมาอัปเดตทันที!</w:t>
      </w:r>
    </w:p>
    <w:p>
      <w:pPr>
        <w:spacing w:before="0" w:after="40"/>
      </w:pPr>
      <w:r>
        <w:rPr>
          <w:rFonts w:ascii="Arial" w:hAnsi="Arial"/>
          <w:b w:val="0"/>
          <w:i/>
          <w:color w:val="888888"/>
          <w:sz w:val="16"/>
        </w:rPr>
        <w:t>⏱ 40s  📰 9to5Mac  #applewatch #applewatchseries12 #smartwatch #ข่าวapple #ไอที  💡 Nostalgic Premium: สร้างมุมมองที่เชื่อมโยงกับอารมณ์และความทร</w:t>
      </w:r>
    </w:p>
    <w:p>
      <w:pPr>
        <w:spacing w:before="80" w:after="80"/>
        <w:pBdr>
          <w:bottom w:val="single" w:sz="4" w:space="1" w:color="DDDDDD"/>
        </w:pBdr>
      </w:pPr>
    </w:p>
    <w:p>
      <w:pPr>
        <w:spacing w:before="160" w:after="0"/>
      </w:pPr>
    </w:p>
    <w:p>
      <w:pPr>
        <w:spacing w:before="0" w:after="120"/>
        <w:jc w:val="center"/>
      </w:pPr>
      <w:r>
        <w:rPr>
          <w:rFonts w:ascii="Arial" w:hAnsi="Arial"/>
          <w:b w:val="0"/>
          <w:i/>
          <w:color w:val="AAAAAA"/>
          <w:sz w:val="16"/>
        </w:rPr>
        <w:t>Generated by TikTok Farming Pipeline  •  Next step: Script QC Agent</w:t>
      </w:r>
    </w:p>
    <w:sectPr w:rsidR="00FC693F" w:rsidRPr="0006063C" w:rsidSect="00034616">
      <w:pgSz w:w="12240" w:h="15840"/>
      <w:pgMar w:top="1134" w:right="1417" w:bottom="1134"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