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21 Aug 2026  09:24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เกือบเสีย 5 หมื่นฟรี! ซื้อ iPhone มือสองยังไงไม่ให้โดนยัดไส้แบบนี้?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เห็นคลิปไวรัลคนโดนหลอกซื้อไอโฟนแล้วใจหายแว้บเลย! ไม่อยากเป็นรายต่อไปใช่ปะ? มานี่จะบอกทริคเช็คเครื่องเบื้องต้นแบบด่วนๆ 3 ข้อ</w:t>
        <w:br/>
        <w:br/>
        <w:t>หนึ่ง! เอาเลข Serial Number หลังกล่องหรือใน Settings ไปเช็คในเว็บ Apple ก่อนเลย ว่าเครื่องมีจริงมั้ย ประกันเหลือเท่าไหร่</w:t>
        <w:br/>
        <w:br/>
        <w:t>สอง! ลองตั้งค่า Face ID หรือสแกนนิ้วดู ถ้าตั้งค่าไม่ได้หรือสแกนไม่ผ่าน มีแววโดนยำมาแน่นอน!</w:t>
        <w:br/>
        <w:br/>
        <w:t>สาม! เปิดจอขาวล้วนแล้วปัด Control Center ลงมา ดูตรงปุ่มความสว่าง ถ้าไม่มีเมนู True Tone คือจบเลย จอปลอมชัวร์!</w:t>
        <w:br/>
        <w:br/>
        <w:t>แค่นี้ก็รอดไปเปราะนึงละ!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เซฟคลิปนี้ไว้เลยก่อนไปซื้อ iPhone มือสอง! แล้วกด follow ไว้ จะมีทริคเด็ดๆ มาบอกอีก!</w:t>
      </w:r>
    </w:p>
    <w:p>
      <w:pPr>
        <w:spacing w:before="0" w:after="40"/>
      </w:pPr>
      <w:r>
        <w:rPr>
          <w:rFonts w:ascii="Arial" w:hAnsi="Arial"/>
          <w:b w:val="0"/>
          <w:i/>
          <w:color w:val="888888"/>
          <w:sz w:val="16"/>
        </w:rPr>
        <w:t>⏱ 40s  📰 อาตี๋รีวิว  #ไอโฟนมือสอง #สอนใช้ไอโฟน #เตือนภัย #iphone #iphonetricks  💡 Scam-Proofing Checklist: เปลี่ยนข่าวเตือนภัยที่น่ากลัวให้กลา</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จ่าย iCloud ไม่ไหว รูปจะหายเกลี้ยงเลยปะ? เฉลยให้ฟัง!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ใครเคยแอบคิดบ้างว่าถ้าเดือนนี้ช็อต ไม่มีตังจ่ายค่า iCloud รูปเป็นพันๆ ที่อุตส่าห์ถ่ายมาจะหายวับไปกับตาเลยมั้ย?</w:t>
        <w:br/>
        <w:br/>
        <w:t>คำตอบคือ… ยังไม่หายทันที! ใจเย็นๆ Apple เขายังใจดีนะ เขาจะให้เวลาเราประมาณ 30 วัน ในการโหลดรูป โหลดวิดีโอ หรือไฟล์ทั้งหมดกลับมาเก็บไว้ในเครื่องหรือคอมก่อน</w:t>
        <w:br/>
        <w:br/>
        <w:t>แต่ระหว่างนั้นเราจะอัปโหลดอะไรใหม่ๆ ขึ้นไปเก็บไม่ได้นะ มันจะขึ้นว่าพื้นที่เต็มตลอดเวลา</w:t>
        <w:br/>
        <w:br/>
        <w:t>สรุปคือ เขามีเวลาให้เราไป 'ขนของ' ออกก่อน ไม่ได้ไล่เราออกทันทีจ้า สบายใจได้!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ใครเคยใจหายแว้บเรื่องนี้บ้าง? เมนต์มา! แล้วกดฟอลไว้เลย เดี๋ยวมาสอนวิธีโหลดรูปทั้งหมดแบบง่ายๆ 🔥</w:t>
      </w:r>
    </w:p>
    <w:p>
      <w:pPr>
        <w:spacing w:before="0" w:after="40"/>
      </w:pPr>
      <w:r>
        <w:rPr>
          <w:rFonts w:ascii="Arial" w:hAnsi="Arial"/>
          <w:b w:val="0"/>
          <w:i/>
          <w:color w:val="888888"/>
          <w:sz w:val="16"/>
        </w:rPr>
        <w:t>⏱ 35s  📰 เอกวิทย์  #iCloud #ไอโฟน #ทริคไอโฟน #เรื่องไอที #เมมเต็ม  💡 Digital Eviction Notice: เปลี่ยนเรื่องทางเทคนิคที่ซับซ้อนให้</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เพื่อนทัก LINE มาแล้วไม่อ่าน โดนโกรธเฉย! ปัญหานี้แก้ได้ใน 30 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เคยปะ? อยู่ดีๆ เพื่อนก็มางอน บอกว่าทัก LINE ไปทำไมไม่ตอบ อ้าว ก็แจ้งเตือนมันไม่ขึ้นอะ!</w:t>
        <w:br/>
        <w:br/>
        <w:t>ปัญหาสุดคลาสสิกนี้ไม่ต้องลบแอปแล้วลงใหม่นะ เสียเวลา! ลองเช็คตรงนี้ก่อน</w:t>
        <w:br/>
        <w:br/>
        <w:t>เข้าไปที่ Settings &gt; General &gt; Background App Refresh ดูว่าเราเปิดใช้งานอยู่รึเปล่า ถ้าปิดอยู่ก็เปิดซะ!</w:t>
        <w:br/>
        <w:br/>
        <w:t>แล้วก็เลื่อนลงมาดูแอป LINE ของเราด้วยนะ ว่าปุ่มข้างหลังเป็นสีเขียวมั้ย? ถ้าไม่ก็กดเปิดเลย</w:t>
        <w:br/>
        <w:br/>
        <w:t>แค่นี้เอง! แจ้งเตือนกลับมาปุ๊บปั๊บ ไม่โดนเพื่อนงอนอีกต่อไป!</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แก้ได้ไม่ได้เมนต์มาบอกหน่อย! ถ้าอยากได้ทริคแก้ปัญหาจุกจิกแบบนี้อีก กดฟอลเลยค้าบ 🔥</w:t>
      </w:r>
    </w:p>
    <w:p>
      <w:pPr>
        <w:spacing w:before="0" w:after="40"/>
      </w:pPr>
      <w:r>
        <w:rPr>
          <w:rFonts w:ascii="Arial" w:hAnsi="Arial"/>
          <w:b w:val="0"/>
          <w:i/>
          <w:color w:val="888888"/>
          <w:sz w:val="16"/>
        </w:rPr>
        <w:t>⏱ 30s  📰 ครูหนึ่งสอนดี  #ไลน์ไม่แจ้งเตือน #ทริคไอโฟน #แก้ปัญหา #ตั้งค่าไอโฟน #iphone  💡 Social Life First-Aid: วางตำแหน่งทิปการตั้งค่าทางเทคนิคให้เป</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จ่าย iCloud เดือนละ 99 บาท แล้วเกิดลืมจ่าย...ข้อมูลทั้งหมดจะหายไปใน 30 วันจริงมั้ย?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หลายคนกังวลว่าถ้าจ่ายค่า iCloud ไม่ทัน รูปภาพ ไฟล์งานสำคัญจะหายเกลี้ยงทันที ความจริงคือ Apple ให้เวลาเรามากกว่านั้นครับ อ้างอิงจากข้อมูลผู้ใช้หลายๆ ท่าน เมื่อเราหยุดจ่าย สิ่งแรกที่จะเกิดขึ้นคือจะมีการแจ้งเตือนมาก่อน และฟีเจอร์ซิงค์ข้อมูลใหม่จะหยุดทำงาน แต่ข้อมูลเก่าของคุณยังไม่ถูกลบครับ คุณจะมีเวลาประมาณ 30 วันในการชำระเงิน หรือดาวน์โหลดข้อมูลทั้งหมดลงมาเก็บไว้ที่อื่นก่อน ถ้าเกิน 30 วันไปแล้ว ข้อมูลก็จะยังไม่หายทันที แต่อาจจะเข้าสู่กระบวนการลบในอนาคต ดังนั้น ทางที่ดีที่สุดคือ ถ้ามีแจ้งเตือนมาให้รีบจัดการ อย่าปล่อยทิ้งไว้ครับ เพราะข้อมูลพวกนี้คือสินทรัพย์ดิจิทัลที่มีค่าของเรา ทั้งเรื่องงานและความทรงจำส่วนตัว การจ่ายหลักสิบหลักร้อยต่อเดือนเพื่อความสบายใจ ถือว่าเป็นการลงทุนที่คุ้มค่ามากครับ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plan ไหนกันอยู่บ้าง? คุ้มมั้ย? คอมเมนต์มาแชร์กันหน่อยครับ</w:t>
      </w:r>
    </w:p>
    <w:p>
      <w:pPr>
        <w:spacing w:before="0" w:after="40"/>
      </w:pPr>
      <w:r>
        <w:rPr>
          <w:rFonts w:ascii="Arial" w:hAnsi="Arial"/>
          <w:b w:val="0"/>
          <w:i/>
          <w:color w:val="888888"/>
          <w:sz w:val="16"/>
        </w:rPr>
        <w:t>⏱ 55s  📰 เอกวิทย์  #icloud #ไอโฟน #จัดการข้อมูล #apple #ทริคไอโฟน  💡 Digital Asset Risk Mitigation: เปลี่ยนมุมมองจากการแก้ปัญหาเฉ</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จะซื้อมือสองต้องรู้! 3 จุดเช็ค iPhone แท้ ป้องกันเสียเงินฟรีเกือบ 50,000 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เห็นข่าวคนโดนหลอกขาย iPhone ปลอมแล้วน่ากลัวมากครับ เสียเงินหลายหมื่นได้ที่ทับกระดาษมาแทน วันนี้ผมมี 3 ขั้นตอนง่ายๆ สำหรับคนทำงานที่ไม่มีเวลาเช็คเยอะ แต่ได้ผลจริงครับ </w:t>
        <w:br/>
        <w:t>1. เช็คเลข Serial Number: เข้าไปที่ การตั้งค่า &gt; ทั่วไป &gt; เกี่ยวกับ คัดลอกเลขประจำเครื่องไปเช็คในเว็บทางการของ Apple เลยครับ ถ้าไม่เจอข้อมูล ก็วางได้เลย</w:t>
        <w:br/>
        <w:t>2. เช็คระบบปฏิบัติการ: ลองเข้า App Store แล้วล็อคอินด้วย Apple ID ของเราดูครับ ของปลอมส่วนใหญ่จะเป็น Android ที่ครอบสกินทับ จะไม่สามารถเข้า App Store จริงได้</w:t>
        <w:br/>
        <w:t>3. เช็คฟีเจอร์เฉพาะของ Apple: ลองเปิด Control Center ดูว่ามีฟังก์ชันอย่าง AirDrop หรือเปิด True Tone ในหน้าจอได้มั้ย ของปลอมมักจะทำส่วนนี้ได้ไม่เนียนครับ</w:t>
        <w:br/>
        <w:t>การสละเวลาเช็คแค่ 5 นาที ดีกว่าต้องมานั่งเสียใจทีหลังนะครับ การซื้อของมือสองมีความเสี่ยงเสมอ ต้องตรวจสอบให้รอบคอบครับ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ใครเคยมีประสบการณ์ซื้อขายมือสองแล้วเจอเรื่องแปลกๆ บ้าง คอมเมนต์มาเตือนเพื่อนๆ กันครับ</w:t>
      </w:r>
    </w:p>
    <w:p>
      <w:pPr>
        <w:spacing w:before="0" w:after="40"/>
      </w:pPr>
      <w:r>
        <w:rPr>
          <w:rFonts w:ascii="Arial" w:hAnsi="Arial"/>
          <w:b w:val="0"/>
          <w:i/>
          <w:color w:val="888888"/>
          <w:sz w:val="16"/>
        </w:rPr>
        <w:t>⏱ 60s  📰 อาตี๋รีวิว  #ไอโฟนมือสอง #iphone #เตือนภัย #ซื้อมือถือ #รอบรู้ไอที  💡 Buyer's Due Diligence Framework: ยกระดับ 'วิธีดูของปลอม' ให้</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iOS อัปเดตใหม่มาอีกแล้ว! ควรกดอัปเดตทันที หรือรอไปก่อน? คำตอบสำหรับคนทำงาน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เวลาเห็นแจ้งเตือนอัปเดต iOS ใหม่ๆ โดยเฉพาะเวอร์ชันย่อยอย่าง .1 หรือ .2 หลายคนจะลังเลว่าควรอัปเดตเลยมั้ย กลัวแอปที่ใช้ทำงานพัง หรือเครื่องจะช้าลงรึเปล่า </w:t>
        <w:br/>
        <w:t>ต้องทำความเข้าใจก่อนว่า อัปเดตย่อยพวกนี้ส่วนใหญ่ไม่ได้มาพร้อมฟีเจอร์ใหม่ครับ แต่เน้น 2 เรื่องสำคัญคือ</w:t>
        <w:br/>
        <w:t>1. ปิดช่องโหว่ความปลอดภัย: นี่คือเหตุผลหลักเลยครับ การอัปเดตจะช่วยป้องกันข้อมูลสำคัญในเครื่องของเราให้ปลอดภัยจากการโจมตีรูปแบบใหม่ๆ</w:t>
        <w:br/>
        <w:t>2. แก้ไขบั๊ก: แก้ปัญหาเล็กๆ น้อยๆ ที่อาจกวนใจเรา เช่น แบตไหล หรือแอปค้าง</w:t>
        <w:br/>
        <w:t>คำแนะนำสำหรับคนทำงานคือ: ไม่ต้องรีบกดอัปเดตทันทีในชั่วโมงแรกก็ได้ครับ อาจจะรอสัก 1-2 วันเพื่อดูว่ามีคนเจอปัญหาร้ายแรงหรือไม่ แต่ก็ไม่ควรทิ้งไว้นานเกินไป เพราะเรื่องความปลอดภัยของข้อมูลสำคัญที่สุดครับ การลงทุนเวลาอัปเดตไม่กี่นาที คุ้มค่ากับความปลอดภัยที่ได้มาครับ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ตอนนี้อัปเดต iOS เป็นเวอร์ชันล่าสุดกันรึยัง? เจอปัญหาอะไรมั้ยครับ คอมเมนต์บอกกันได้เลย</w:t>
      </w:r>
    </w:p>
    <w:p>
      <w:pPr>
        <w:spacing w:before="0" w:after="40"/>
      </w:pPr>
      <w:r>
        <w:rPr>
          <w:rFonts w:ascii="Arial" w:hAnsi="Arial"/>
          <w:b w:val="0"/>
          <w:i/>
          <w:color w:val="888888"/>
          <w:sz w:val="16"/>
        </w:rPr>
        <w:t>⏱ 58s  📰 อาตี๋รีวิว  #ios #iphone #อัปเดต #apple #iphonetricks  💡 Operational Stability vs. Security Imperative: วางกรอบการตัด</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ภาพถ่าย ProRAW สวยๆ ทั้งหมดนี้ อาจหายไปใน 30 วัน ถ้าคุณเข้าใจเรื่องนี้ผิด...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ช่างภาพ iPhone หลายคนเจอปัญหานี้ครับ มีคำถามจากช่องพี่เอกวิทย์ว่า 'ถ้า iCloud เต็มแล้วหยุดจ่ายรายเดือน รูปจะหายเลยมั้ย?' คำตอบคือ 'ไม่หายทันที' ครับ Apple จะให้เวลาเราประมาณ 30 วันในการจัดการข้อมูล แต่สำหรับคนถ่ายรูปอย่างเรา ปัญหามันใหญ่กว่าแค่รูปหาย... เพราะมันคือ Workflow ที่จะพัง! ลองนึกภาพตามนะครับ คุณถ่ายงานด้วย ProRAW ไฟล์ละ 75MB, ถ่ายวิดีโอ ProRes อีก แป๊บเดียวพื้นที่ก็เต็ม iCloud ไม่ใช่แค่ที่เก็บไฟล์ครับ แต่มันคือศูนย์กลางที่เชื่อม iPhone, iPad และ Mac ของคุณเข้าด้วยกัน ถ่ายรูปเสร็จปุ๊บ รูป sync ขึ้น cloud ทันที เปิด Mac ขึ้นมาแก้สีใน Lightroom ต่อได้เลยไม่ต้องเสียบสาย ถ้า iCloud หยุดทำงาน... workflow นี้สะดุดทันทีครับ ดังนั้นค่าบริการ iCloud ไม่ใช่แค่ 'ค่าเก็บรูป' แต่มันคือ 'ค่าธรรมเนียม' ของ workflow ที่เร็วและไร้รอยต่อที่สุดใน Ecosystem ของ Apple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เป็นส่วนหนึ่งของ Workflow ถ่ายภาพบ้าง คอมเมนต์มาแชร์กันหน่อยครับ แล้วกด Save คลิปนี้ไว้เลย</w:t>
      </w:r>
    </w:p>
    <w:p>
      <w:pPr>
        <w:spacing w:before="0" w:after="40"/>
      </w:pPr>
      <w:r>
        <w:rPr>
          <w:rFonts w:ascii="Arial" w:hAnsi="Arial"/>
          <w:b w:val="0"/>
          <w:i/>
          <w:color w:val="888888"/>
          <w:sz w:val="16"/>
        </w:rPr>
        <w:t>⏱ 65s  📰 เอกวิทย์  #iCloud #ช่างภาพ #AppleProRAW #iPhonePhotography #ไอโฟน  💡 Cloud Workflow Optimization: เปลี่ยนมุมมองจากการกลัวข้อมูลหา</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อัปเดต iOS เล็กๆ... อาจช่วยชีวิตคุณในวันถ่ายงานจริง! ช่างภาพห้ามเลื่อนผ่านเด็ดขาด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เห็นข่าวจากช่องอาตี๋รีวิวว่า Apple ปล่อยอัปเดต iOS ตัวใหม่มา หลายคนอาจจะมองว่า 'ไม่มีฟีเจอร์ใหม่ ไม่เห็นต้องรีบอัป' แต่สำหรับคนที่ใช้ iPhone ถ่ายงานจริงจัง... หยุดก่อนครับ! การอัปเดตพวกนี้สำคัญกว่าที่คิดเยอะ มันไม่ใช่เรื่องฟีเจอร์ใหม่ แต่มันคือ 'ความเสถียร' และการ 'แก้บั๊ก' ครับ ลองนึกภาพว่าคุณกำลังถ่ายงานสำคัญให้ลูกค้า แล้วแอปกล้องค้าง... หรือเครื่องรีสตาร์ทตัวเอง... แค่คิดก็สยองแล้ว การอัปเดตย่อยๆ แบบนี้แหละครับที่เข้ามาแก้ปัญหาเล็กๆ น้อยๆ ที่อาจจะกลายเป็นปัญหาใหญ่หน้างานได้ มันคือการบำรุงรักษาเครื่องมือทำมาหากินของเราให้พร้อมใช้งานเต็มร้อยเสมอ ก่อนกดอัปเดต อย่าลืมเช็คก่อนว่าแอปที่ใช้ประจำอย่าง Lightroom Mobile หรือแอปกล้องอื่นๆ รองรับเวอร์ชันใหม่รึยังนะครับ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กด Save คลิปนี้ไว้เป็นเช็คลิสต์ก่อนอัปเดตครั้งหน้า แล้วเดี๋ยวจะมาเจาะลึกการตั้งค่ากล้องหลังอัปเดตกันครับ</w:t>
      </w:r>
    </w:p>
    <w:p>
      <w:pPr>
        <w:spacing w:before="0" w:after="40"/>
      </w:pPr>
      <w:r>
        <w:rPr>
          <w:rFonts w:ascii="Arial" w:hAnsi="Arial"/>
          <w:b w:val="0"/>
          <w:i/>
          <w:color w:val="888888"/>
          <w:sz w:val="16"/>
        </w:rPr>
        <w:t>⏱ 55s  📰 อาตี๋รีวิว  #iOS #iPhone #ช่างภาพ #iphonetricks #เทคนิคถ่ายรูป  💡 Workflow Reliability Audit: เปลี่ยนการมองอัปเดต iOS ที่ไม่มี</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จอพับใหญ่ๆ ของ Samsung... หรือความคล่องตัวของ iPhone? ช่างภาพตัวจริงควรเลือกอะไร?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Droidsans พูดถึงมือถือจอพับรุ่นใหม่ๆ จาก Samsung แล้วน่าสนใจมากครับ โดยเฉพาะสำหรับช่างภาพที่อยากได้จอใหญ่ๆ ไว้ดูรูปนอกสถานที่ ข้อดีของจอใหญ่แบบนั้นคือชัดเจนมาก: คุณสามารถเช็คโฟกัส, ดูรายละเอียดภาพ, หรือคัดเลือกรูปที่ถ่ายมาได้ทันทีบนจอที่ใหญ่เกือบเท่าแท็บเล็ต แต่... มันมี Trade-off ที่ช่างภาพต้องคิดหนักครับ หนึ่งคือ 'หลักสรีรศาสตร์' ในการถ่ายภาพ การถือ iPhone ที่เป็นแท่งทึบ มันให้ความรู้สึกมั่นคง จับถนัดมือกว่า โดยเฉพาะเวลาถ่ายในมุมยากๆ สองคือ 'ความเร็วในการใช้งาน' iPhone ถูกออกแบบมาให้หยิบขึ้นมาถ่ายได้ทันทีในเสี้ยววินาที ไม่ต้องมีขั้นตอนการกางจอ ซึ่งในสถานการณ์ที่ต้องแข่งกับเวลา ทุกวินาทีมีค่า และสามคือเรื่องความทนทานต่อฝุ่นและสภาพอากาศสำหรับช่างภาพสายลุย มันคือการเลือกระหว่าง 'ความสะดวกตอนดูรูป' กับ 'ความมั่นคงและรวดเร็วตอนถ่าย'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ถ้าเลือกได้ คุณจะเลือกจอใหญ่เพื่อดูรูป หรือเลือกความคล่องตัวในการถ่าย? คอมเมนต์บอกหน่อย แล้วกด Save ไว้ เดี๋ยวมาเทียบ Workflow การแก้สีบนสองแพลตฟอร์มนี้กัน</w:t>
      </w:r>
    </w:p>
    <w:p>
      <w:pPr>
        <w:spacing w:before="0" w:after="40"/>
      </w:pPr>
      <w:r>
        <w:rPr>
          <w:rFonts w:ascii="Arial" w:hAnsi="Arial"/>
          <w:b w:val="0"/>
          <w:i/>
          <w:color w:val="888888"/>
          <w:sz w:val="16"/>
        </w:rPr>
        <w:t>⏱ 70s  📰 Droidsans  #iPhonevsAndroid #iPhonePhotography #ช่างภาพ #Samsung #ถ่ายรูป  💡 Ergonomics vs. Screen Real Estate: เจาะลึกการเปรียบเทียบจากม</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เกือบ 50,000 หายวับ! เพราะซื้อ iPhone มือสองแล้วเจอของปลอมแบบนี้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เห็นคลิปของอาตี๋รีวิวแล้วใจหายเลยครับ มีคนโดนยัดไส้ iPhone เสียเงินไปเกือบ 5 หมื่น แต่ได้ของปลอม! นี่คือเรื่องน่ากลัวสุดๆ สำหรับคนงบน้อยที่อยากได้ iPhone มือสองครับ</w:t>
        <w:br/>
        <w:br/>
        <w:t>แต่ไม่ต้องกลัวนะ! การซื้อมือสองยังเป็นทางเลือกที่ดี แค่ต้องเช็กให้เป็นก่อนจ่ายเงินครับ อย่างน้อยๆ ต้องเช็ก 3 อย่างนี้:</w:t>
        <w:br/>
        <w:t>1. เอาเลข Serial Number ไปเช็กในเว็บ Apple ก่อนเลยว่ามีประกันเหลือไหม หรือเป็นเครื่องแท้รึเปล่า</w:t>
        <w:br/>
        <w:t>2. ลองตั้งค่า Face ID หรือ Touch ID ดู ถ้าตั้งค่าไม่ได้ แสดงว่าอาจมีปัญหา</w:t>
        <w:br/>
        <w:t>3. เช็ก True Tone ใน Control Center ถ้าไม่มีให้เปิดปิด แสดงว่าอาจจะเคยเปลี่ยนจอมาแล้ว</w:t>
        <w:br/>
        <w:br/>
        <w:t>การรู้ทันมิจฉาชีพสำคัญกว่าการหาราคาถูกสุดๆ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 อยากให้ช่วยแนะนำรุ่นไหน หรือมีวิธีเช็กเครื่องเด็ดๆ คอมเมนต์มาแชร์กันได้เลยครับ!</w:t>
      </w:r>
    </w:p>
    <w:p>
      <w:pPr>
        <w:spacing w:before="0" w:after="40"/>
      </w:pPr>
      <w:r>
        <w:rPr>
          <w:rFonts w:ascii="Arial" w:hAnsi="Arial"/>
          <w:b w:val="0"/>
          <w:i/>
          <w:color w:val="888888"/>
          <w:sz w:val="16"/>
        </w:rPr>
        <w:t>⏱ 55s  📰 อาตี๋รีวิว  #ไอโฟนมือสอง #เตือนภัย #สอนดูไอโฟน #iphone #ซื้อมือสอง  💡 Scam Prevention as Financial Self-Defense: เปลี่ยนการสอน 'วิ</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เห็นคนฮิตมือถือจอพับใหม่ๆ กัน... แต่ถ้าเรามีงบแค่ 20,000 จะซื้อ iPhone รุ่นไหนได้บ้าง?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ช่วงนี้ใน TikTok เห็นคนพูดถึงมือถือจอพับรุ่นใหม่ๆ จากฝั่ง Samsung กันเยอะเลยใช่ไหมครับ ดูล้ำมากๆ แต่ราคาก็สูงตามไปด้วย</w:t>
        <w:br/>
        <w:br/>
        <w:t>คำถามคือ...ถ้าเรามีงบจำกัดจริงๆ ซัก 20,000-25,000 บาท การซื้อ iPhone มือสองสภาพดี จะเป็นตัวเลือกที่ฉลาดกว่ารึเปล่า?</w:t>
        <w:br/>
        <w:br/>
        <w:t>ในงบนี้ เราอาจจะได้ iPhone 13 รุ่นธรรมดา สภาพสวยๆ เลยนะครับ กล้องยังเทพมาก ชิป A15 Bionic ยังแรงเหลือๆ และได้อัปเดต iOS ไปอีกหลายปี</w:t>
        <w:br/>
        <w:br/>
        <w:t>สิ่งที่ได้กลับมาคือความเสถียรของระบบ, Ecosystem ที่แข็งแกร่ง, และที่สำคัญคือ 'ราคาขายต่อ' ที่ดีกว่ามาก การลงทุนใน iPhone อาจจะเจ็บตัวน้อยกว่าตอนเราอยากเปลี่ยนเครื่องในอนาคตครับ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ถ้าเป็นคุณ จะเลือกเทคโนโลยีใหม่ล่าสุด หรือความคุ้มค่าระยะยาว? คอมเมนต์งบของคุณมา เดี๋ยวช่วยแนะนำรุ่นที่เหมาะให้ครับ!</w:t>
      </w:r>
    </w:p>
    <w:p>
      <w:pPr>
        <w:spacing w:before="0" w:after="40"/>
      </w:pPr>
      <w:r>
        <w:rPr>
          <w:rFonts w:ascii="Arial" w:hAnsi="Arial"/>
          <w:b w:val="0"/>
          <w:i/>
          <w:color w:val="888888"/>
          <w:sz w:val="16"/>
        </w:rPr>
        <w:t>⏱ 50s  📰 Droidsans  #iphonevsandroid #ไอโฟนน่าใช้ #งบน้อย #iphone13 #ซื้อมือถือ  💡 Value Retention vs. Tech Trend: ไม่ได้เปรียบเทียบสเปคต่อสเปค</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จะซื้อ iPhone ต้องรู้! มี 'ค่าใช้จ่ายแฝง' เดือนละ 35-349 บาท ที่หลายคนไม่ได้เตรียมใจ</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การซื้อ iPhone ไม่ได้จบแค่ค่าเครื่องนะครับ! เพิ่งเห็นคลิปจากช่องพี่เอกวิทย์ พูดถึงเรื่องถ้าเราหยุดจ่ายค่า iCloud แล้วรูปจะหายไหม? เป็นเรื่องที่คนจะซื้อเครื่องแรกต้องรู้เลย</w:t>
        <w:br/>
        <w:br/>
        <w:t>iPhone ให้พื้นที่ iCloud ฟรีมาแค่ 5GB ซึ่งบอกเลยว่ายังไงก็ไม่พอครับ แป๊บเดียวก็เต็ม ทำให้เราต้องซื้อเพิ่ม ซึ่งเริ่มต้นที่ 50GB เดือนละ 35 บาท ไปจนถึง 2TB เดือนละ 349 บาท</w:t>
        <w:br/>
        <w:br/>
        <w:t>มันอาจจะดูเป็นเงินไม่เยอะ แต่เป็นค่าใช้จ่ายที่เราต้องจ่ายทุกเดือนนะ</w:t>
        <w:br/>
        <w:br/>
        <w:t>ข่าวดีคือ ถ้าเผลอลืมจ่ายหรืออยากหยุดจ่าย รูปเราไม่ได้หายไปทันที Apple จะมีช่วงเวลาให้เราดาวน์โหลดข้อมูลออกมาก่อน</w:t>
        <w:br/>
        <w:br/>
        <w:t>ดังนั้น ก่อนตัดสินใจซื้อ iPhone ลองถามตัวเองก่อนว่าเราโอเคกับค่าใช้จ่ายรายเดือนตรงนี้ไหม จะได้วางแผนงบถูกครับ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แพ็กไหนกันอยู่บ้าง คุ้มมั้ย คอมเมนต์มาแชร์กันหน่อย หรือถ้ามีงบซื้อเครื่องเท่าไหร่ บอกได้เลย เดี๋ยวแนะนำให้!</w:t>
      </w:r>
    </w:p>
    <w:p>
      <w:pPr>
        <w:spacing w:before="0" w:after="40"/>
      </w:pPr>
      <w:r>
        <w:rPr>
          <w:rFonts w:ascii="Arial" w:hAnsi="Arial"/>
          <w:b w:val="0"/>
          <w:i/>
          <w:color w:val="888888"/>
          <w:sz w:val="16"/>
        </w:rPr>
        <w:t>⏱ 60s  📰 เอกวิทย์  #icloud #iphone #ข้อควรรู้ #ค่าใช้จ่ายแฝง #Apple  💡 Total Cost of Ownership (TCO) Awareness for First-Time Buyer</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โดนหลอกซื้อ iPhone เกือบ 5 หมื่นบาท ได้ของปลอม...สำหรับผู้บริหาร นี่ไม่ใช่แค่เรื่องเสียเงิน แต่คือความเสี่ยงด้านความปลอดภัยของทั้งองค์กร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ข่าวจากช่องอาตี๋รีวิวเป็นตัวอย่างที่ชัดเจนครับ การซื้ออุปกรณ์จากแหล่งที่ไม่น่าเชื่อถือมีความเสี่ยงสูงกว่าที่คิด อุปกรณ์ปลอมเหล่านี้อาจถูกฝังมัลแวร์หรือสปายแวร์มาตั้งแต่ระดับฮาร์ดแวร์ ทำให้ข้อมูลสำคัญของบริษัท เช่น ข้อมูลลูกค้า บัญชีการเงิน หรือแผนกลยุทธ์ อาจรั่วไหลได้โดยที่ซอฟต์แวร์ความปลอดภัยตรวจไม่เจอ นี่คือเหตุผลที่องค์กรชั้นนำทั่วโลกเลือกใช้ iPhone ที่จัดซื้อผ่าน Apple Authorized Enterprise Resellers เท่านั้น และใช้ระบบ Mobile Device Management หรือ MDM เพื่อควบคุมความปลอดภัยของอุปกรณ์ในทุกระดับขั้น การลงทุนในอุปกรณ์ที่ถูกต้องคือการลงทุนในความปลอดภัยของข้อมูลองค์กรครับ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ไว้เพื่อเรียนรู้วิธีปกป้องข้อมูลองค์กรของคุณด้วย Apple Ecosystem</w:t>
      </w:r>
    </w:p>
    <w:p>
      <w:pPr>
        <w:spacing w:before="0" w:after="40"/>
      </w:pPr>
      <w:r>
        <w:rPr>
          <w:rFonts w:ascii="Arial" w:hAnsi="Arial"/>
          <w:b w:val="0"/>
          <w:i/>
          <w:color w:val="888888"/>
          <w:sz w:val="16"/>
        </w:rPr>
        <w:t>⏱ 60s  📰 อาตี๋รีวิว  #iPhoneSecurity #Cybersecurity #ผู้บริหาร #AppleEcosystem #BusinessTips  💡 Procurement Risk &amp; Supply Chain Integrity: Framing device so</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แค่พนักงานลืมจ่ายค่า iCloud 200GB...อาจทำให้ข้อมูลสำคัญของบริษัทหายไปทั้งหมดภายใน 30 วัน นี่คือความเสี่ยงที่ซ่อนอยู่ในการทำงาน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จากประเด็นในคลิปของพี่เอกวิทย์ ที่ถามว่าถ้าหยุดจ่าย iCloud รูปจะหายไหม? คำตอบคือใช่ครับ Apple จะให้ระยะเวลาผ่อนผันสั้นๆ ก่อนที่ข้อมูลจะถูกลบถาวร ทีนี้ลองคิดในมุมธุรกิจ ถ้าพนักงานใช้ iCloud ส่วนตัวเก็บไฟล์งานสำคัญ แล้วเกิดปัญหาการชำระเงิน, ลาออก, หรือลืมรหัสผ่าน บริษัทจะสูญเสียการเข้าถึงข้อมูลนั้นทันที นี่คือปัญหา 'Shadow IT' ที่อันตรายและผิดหลัก Compliance การแก้ปัญหาที่ถูกต้องคือการใช้ Apple Business Manager เพื่อจัดการ Apple ID ของพนักงานและพื้นที่จัดเก็บข้อมูลแบบรวมศูนย์ ทำให้บริษัทเป็นเจ้าของข้อมูลและควบคุมการเข้าถึงได้อย่างสมบูรณ์</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เพื่อเรียนรู้การจัดการ Digital Asset ของทีมอย่างมืออาชีพด้วยเครื่องมือจาก Apple</w:t>
      </w:r>
    </w:p>
    <w:p>
      <w:pPr>
        <w:spacing w:before="0" w:after="40"/>
      </w:pPr>
      <w:r>
        <w:rPr>
          <w:rFonts w:ascii="Arial" w:hAnsi="Arial"/>
          <w:b w:val="0"/>
          <w:i/>
          <w:color w:val="888888"/>
          <w:sz w:val="16"/>
        </w:rPr>
        <w:t xml:space="preserve">⏱ 65s  📰 เอกวิทย์  #iCloud #DataManagement #BusinessContinuity #AppleForBusiness #ผู้บริหาร  💡 Business Continuity &amp; Data Governance Failure: Shifting the </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มีข่าวว่า Samsung กำลังจะเปิดตัวจอพับรุ่นใหม่ แต่ทำไมผู้บริหารใน Fortune 500 ส่วนใหญ่ยังคงเลือกใช้ iPhone ที่มีหน้าจอเดียว? คำตอบไม่ใช่เรื่องของแบรนด์ แต่เป็นเรื่อง 'ประสาทวิทยา'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ตามหลักประสาทวิทยา การสลับงานหรือ Context Switching บ่อยๆ จะเพิ่มภาระให้สมอง หรือที่เรียกว่า Cognitive Load ทำให้การตัดสินใจที่เฉียบคมทำได้ยากขึ้น จอพับที่เน้น Multitasking อาจดูน่าสนใจ แต่สำหรับผู้บริหารที่ต้องการสมาธิสูงสุดในการตัดสินใจ การมีหน้าจอเดียวที่โฟกัสกับงานตรงหน้าได้อย่างเต็มที่บน iPhone กลับมีประสิทธิภาพมากกว่า ปรัชญาของ Apple คือการทำงานข้ามอุปกรณ์อย่างราบรื่นผ่าน Ecosystem ใช้ iPhone สำหรับการสื่อสารที่รวดเร็วและตัดสินใจขณะเดินทาง แล้วส่งต่องานที่ซับซ้อนไปทำบน iPad หรือ Mac นี่คือการทำ Multitasking ที่ไม่สร้างภาระให้สมอง แต่ช่วยเสริมประสิทธิภาพการทำงานในภาพรวมครับ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เพื่อดูว่า Apple Ecosystem จะปลดล็อค Productivity ของทีมผู้บริหารได้อย่างไร</w:t>
      </w:r>
    </w:p>
    <w:p>
      <w:pPr>
        <w:spacing w:before="0" w:after="40"/>
      </w:pPr>
      <w:r>
        <w:rPr>
          <w:rFonts w:ascii="Arial" w:hAnsi="Arial"/>
          <w:b w:val="0"/>
          <w:i/>
          <w:color w:val="888888"/>
          <w:sz w:val="16"/>
        </w:rPr>
        <w:t xml:space="preserve">⏱ 70s  📰 Droidsans  #Productivity #iPhoneForBusiness #DeepWork #AppleEcosystem #ผู้บริหาร  💡 Executive Focus vs. Cognitive Load: Analyzing the choice of </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วิดีโอหลุด AirPods ติดกล้องทำคนฮือฮา แต่ Apple บอก 'รอไปก่อนอีก 3 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คุณอาจจะเคยเห็นวิดีโอเดโมที่หลุดออกมาของ AirPods ที่มีกล้องในตัว บอกเลยว่าล้ำมาก! แต่ใครที่กำลังกำเงินรออยู่ต้องเบรกก่อนเลยครับ เพราะมีรายงานล่าสุดจากทั้ง 9to5Mac และ MacRumors ระบุตรงกันว่า โปรเจกต์นี้ยังไม่พร้อมเปิดตัวในปี 2026 นี้แน่นอน </w:t>
        <w:br/>
        <w:br/>
        <w:t>ดูเหมือนว่า Apple จะมีวิสัยทัศน์ที่อยากทำ แต่เทคโนโลยีในปัจจุบันอาจจะยังไปไม่ถึงจุดที่จะผลิตออกมาขายจริงได้ครับ โดยข่าวลือคาดการณ์ว่าเราอาจจะได้เห็น AirPods ติดกล้องจริงๆ ก็คือปี 2027 เป็นอย่างน้อยเลยทีเดียว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ใครอยากได้ AirPods ติดกล้องบ้าง? คอมเมนต์มาหน่อย! แล้วกด follow ไว้เลย ถ้ามีข่าวหลุดเพิ่มเติมจะรีบมาอัปเดตทันที! 🔔</w:t>
      </w:r>
    </w:p>
    <w:p>
      <w:pPr>
        <w:spacing w:before="0" w:after="40"/>
      </w:pPr>
      <w:r>
        <w:rPr>
          <w:rFonts w:ascii="Arial" w:hAnsi="Arial"/>
          <w:b w:val="0"/>
          <w:i/>
          <w:color w:val="888888"/>
          <w:sz w:val="16"/>
        </w:rPr>
        <w:t>⏱ 45s  📰 MacRumors  #airpods #appleleaks #ข่าวไอที #airpodscamera #สาวกapple  💡 Vision vs. Reality Gap: ไม่ได้แค่รายงานว่าฟีเจอร์ถูกเลื่อน แ</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สีใหม่ iPhone 18 Pro หลุดแล้ว! และรอบนี้อาจจะไม่ใช่แค่สีไทเทเนียมธรรมดา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ใครที่รอสีใหม่ของ iPhone 18 Pro และ iPhone 18 Ultra อยู่บ้างครับ? มีข่าวลือล่าสุดจาก MacRumors ที่น่าตื่นเต้นหลุดออกมาแล้ว! </w:t>
        <w:br/>
        <w:br/>
        <w:t>โดยมีรายงานว่าหนึ่งในสีใหม่ที่กำลังทดสอบอยู่คือสี 'Dark Cherry' หรือสีแดงเชอร์รี่เข้มๆ นั่นเองครับ ลองนึกภาพตามดูนะ มันจะเป็นสีแดงก่ำๆ ที่ให้ความรู้สึกหรูหราและพรีเมียมมากๆ ซึ่งนี่ก็เป็นไปตามสไตล์ของ Apple ที่มักจะเปิดตัวสีพิเศษสำหรับรุ่น Pro โดยเฉพาะ เพื่อสร้างความแตกต่างและทำให้มันเป็นมากกว่าแค่มือถือ แต่เป็นเหมือนไอเทมบอกสถานะไปในตัว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 iPhone 18 Pro สี Dark Cherry กันมั้ย? กด follow ไว้เลย ถ้ามีภาพเรนเดอร์ชัดๆ ออกมาจะรีบเอามาให้ดูเป็นที่แรก!</w:t>
      </w:r>
    </w:p>
    <w:p>
      <w:pPr>
        <w:spacing w:before="0" w:after="40"/>
      </w:pPr>
      <w:r>
        <w:rPr>
          <w:rFonts w:ascii="Arial" w:hAnsi="Arial"/>
          <w:b w:val="0"/>
          <w:i/>
          <w:color w:val="888888"/>
          <w:sz w:val="16"/>
        </w:rPr>
        <w:t>⏱ 40s  📰 MacRumors  #iphone18pro #iphone18 #iphonleaks #สีไอโฟน #ไอโฟน18  💡 Color Psychology &amp; Exclusivity: เปลี่ยนจากการรายงานข่าวลือเร</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จำ Apple Watch ที่แพงที่สุด (ที่ไม่ใช่ทอง) ได้มั้ย? ข่าวลือบอกว่ามันกำลังจะกลับมา!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แฟน Apple รุ่นเก๋าต้องจำได้แน่นอน! กับ Apple Watch Edition ตัวเรือนเซรามิกสีขาว ที่ทั้งสวย ทนรอยขีดข่วน และราคาก็สูงมากๆ ล่าสุดมีข่าวลือจาก MacRumors ว่า Apple อาจจะนำวัสดุเซรามิกกลับมาใช้อีกครั้งใน Apple Watch Series 12 ที่จะเปิดตัวในอนาคต! </w:t>
        <w:br/>
        <w:br/>
        <w:t>นี่ไม่ใช่แค่การเอารุ่นเก่ากลับมาทำใหม่นะ แต่มันอาจจะเป็นสัญญาณว่า Apple กำลังจะสร้างไลน์ผลิตภัณฑ์ใหม่ที่อยู่เหนือกว่ารุ่น Ultra ขึ้นไปอีกขั้น สำหรับคนที่ต้องการความหรูหราขั้นสุดควบคู่ไปกับเทคโนโลยี ซึ่งยังไม่ได้รับการยืนยันนะครับ แต่ถ้ามาจริงนี่คือการกลับมาของไอเทมในตำนานเลย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ระหว่าง Apple Watch Ultra กับ Apple Watch Ceramic จะเลือกอะไร? คอมเมนต์บอกหน่อย แล้วกด Follow ไว้เลย เดี๋ยวมาอัปเดตราคาหลุด!</w:t>
      </w:r>
    </w:p>
    <w:p>
      <w:pPr>
        <w:spacing w:before="0" w:after="40"/>
      </w:pPr>
      <w:r>
        <w:rPr>
          <w:rFonts w:ascii="Arial" w:hAnsi="Arial"/>
          <w:b w:val="0"/>
          <w:i/>
          <w:color w:val="888888"/>
          <w:sz w:val="16"/>
        </w:rPr>
        <w:t>⏱ 50s  📰 MacRumors  #applewatch #applewatchseries12 #applewatchultra #appleleaks #ข่าวลือ  💡 The Ultra-Premium Resurrection: ไม่ได้มองแค่การกลับมาแบบ Nos</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