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22 Aug 2026  09:18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ถ่าย TikTok มุม POV แบบไม่ต้องใช้มือถืออีกต่อไป? ล้ำไปป่ะ! 🤯</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เพื่อนๆ ฟังไม่ผิด! มีข่าวลือหนาหูจากเว็บ MacRumors เลยนะ ว่า Apple กำลังซุ่มพัฒนา AirPods รุ่นใหม่ที่ติดกล้องมาด้วย! ลองนึกภาพดิ... เราเดินเที่ยว ถ่าย vlog หรือทำคอนเทนต์ลง TikTok ได้แบบแฮนด์ฟรี แค่ใส่หูฟังอะ! มุมมองคือ POV ของจริงเลย แต่ย้ำนะว่านี่ยังเป็นแค่ข่าวลือที่ยังไม่คอนเฟิร์มนะทุกคน ถ้ามาจริงนี่คือเปลี่ยนโลกการทำคอนเทนต์ไปเลยอะ!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ใครอยากได้ AirPods แบบนี้จริง กด follow รออัปเดตข่าวเลย! 🔥</w:t>
      </w:r>
    </w:p>
    <w:p>
      <w:pPr>
        <w:spacing w:before="0" w:after="40"/>
      </w:pPr>
      <w:r>
        <w:rPr>
          <w:rFonts w:ascii="Arial" w:hAnsi="Arial"/>
          <w:b w:val="0"/>
          <w:i/>
          <w:color w:val="888888"/>
          <w:sz w:val="16"/>
        </w:rPr>
        <w:t xml:space="preserve">⏱ 40s  📰 MacRumors  #airpods #apple #gadget #ไอโฟน #ข่าวลือ  💡 The TikToker's Dream Gadget: Framing a future product rumor </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เคยป่ะ? ลืมจ่ายค่า iCloud แล้วใจหายวาบ กลัวรูปหายหมด! 😱 หยุด! อย่าเพิ่งแพนิค</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ใครเคยเจอโมเมนต์นี้บ้าง คือลืมต่ออายุ iCloud แล้วเหงื่อตกเลย กลัวรูปที่เก็บมาทั้งชีวิตจะระเบิดหายไปในอากาศ... ความจริงคือ Apple เขามีช่วงผ่อนผันให้อยู่! รูปเราจะยังไม่หายไปทันทีนะ เขามีเวลาให้เราประมาณ 30 วัน ในช่วงนี้เราจะอัปโหลดรูปใหม่ไม่ได้ก็จริง แต่ยังเข้าไปโหลดรูปเก่าๆ ออกมาเซฟไว้ได้ หรือจะรีบไปจ่ายเงินก็ได้ข้อมูลกลับมาครบ! มันคือบัฟเฟอร์กันตายดีๆ นี่เอง!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ใครเคยเกือบลืมจ่ายบ้าง คอมเมนต์มา! แล้วกด follow ไว้เลย ทริคดีๆ เพียบ! 🔥</w:t>
      </w:r>
    </w:p>
    <w:p>
      <w:pPr>
        <w:spacing w:before="0" w:after="40"/>
      </w:pPr>
      <w:r>
        <w:rPr>
          <w:rFonts w:ascii="Arial" w:hAnsi="Arial"/>
          <w:b w:val="0"/>
          <w:i/>
          <w:color w:val="888888"/>
          <w:sz w:val="16"/>
        </w:rPr>
        <w:t>⏱ 42s  📰 เอกวิทย์  #icloud #iphone #ทริคไอโฟน #นักเรียน #นักศึกษา  💡 The iCloud Safety Net: Instead of framing it as a scary 'evi</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เผลอส่งข้อความแปกๆ ให้เพื่อน หรือส่งผิดแชต? ไม่ต้องรีบลบแอคหนี! 🤣</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เห็นคนฮิตๆ แก้ไขข้อความในแอปอื่นกัน รู้ป่ะว่าชาว iPhone ก็มีปุ่มย้อนเวลาเหมือนกัน! ใน iMessage ที่เป็นแชตสีน้ำเงินอะนะ... ถ้าส่งไปแล้วเพิ่งคิดได้ว่า 'อุ๊ย ไม่น่าส่งเลย' แค่กดค้างที่ข้อความแล้วเลือก 'Undo Send' ข้อความก็จะหายวับไปเลย! หรือถ้าแค่พิมพ์ผิด ก็กด 'Edit' แก้คำได้แบบเนียนๆ เหมือนไม่มีอะไรเกิดขึ้นมาก่อน! เอาไปใช้แก้เขินกันได้เลย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กด follow ไว้เลย จะได้ไม่พลาดทริคแก้เขินแบบนี้อีก! 🔥</w:t>
      </w:r>
    </w:p>
    <w:p>
      <w:pPr>
        <w:spacing w:before="0" w:after="40"/>
      </w:pPr>
      <w:r>
        <w:rPr>
          <w:rFonts w:ascii="Arial" w:hAnsi="Arial"/>
          <w:b w:val="0"/>
          <w:i/>
          <w:color w:val="888888"/>
          <w:sz w:val="16"/>
        </w:rPr>
        <w:t>⏱ 38s  📰 ครูหนึ่งสอนดี  #imessage #iphone #ทริคไอโฟน #ios #แชท  💡 The 'Oops' Rewind Button: This angle frames the iMessage Edi</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จ่าย iCloud เดือนละ 99 บาท ถ้าหยุดจ่ายเดือนหน้า รูปภาพกับไฟล์ทั้งหมดจะหายทันทีเลยมั้ย?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คำถามนี้คนทำงานถามกันเข้ามาเยอะมากครับ เพราะข้อมูลในเครื่องสำคัญจริงๆ คำตอบคือ 'ยังไม่หายทันที' แต่ก็วางใจไม่ได้ครับ </w:t>
        <w:br/>
        <w:br/>
        <w:t xml:space="preserve">เมื่อเราหยุดจ่ายหรือจ่ายไม่สำเร็จ Apple จะดาวน์เกรดพื้นที่เรากลับมาที่ 5GB ฟรี แต่ข้อมูลที่เกินมาจะยังไม่ถูกลบทันทีครับ Apple จะให้ 'ระยะเวลาผ่อนผัน' (Grace Period) ประมาณ 30 วัน </w:t>
        <w:br/>
        <w:br/>
        <w:t>ในช่วง 30 วันนี้ เราจะอัปโหลดไฟล์ใหม่ขึ้น iCloud ไม่ได้อีก แต่เรายังสามารถเข้าไปดาวน์โหลดรูปภาพและไฟล์ทั้งหมดของเราลงมาเก็บในคอมหรือ External Hard Drive ได้</w:t>
        <w:br/>
        <w:br/>
        <w:t>แต่ถ้าพ้น 30 วันนี้ไปแล้ว Apple มีสิทธิ์ลบข้อมูลส่วนที่เกิน 5GB ของเราทิ้งถาวรนะครับ ดังนั้นทางที่ดีที่สุดคือรีบจัดการข้อมูลก่อนครบกำหนด หรือสมัครสมาชิกต่อครับ เทียบความเสียหายของข้อมูลที่อาจหายไป กับค่าบริการแค่เดือนละไม่กี่สิบบาท ถือว่าเป็นการลงทุนที่คุ้มค่ามากครับ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plan ไหนกันอยู่บ้างครับ? คุ้มมั้ย คอมเมนต์มาแชร์กันหน่อย</w:t>
      </w:r>
    </w:p>
    <w:p>
      <w:pPr>
        <w:spacing w:before="0" w:after="40"/>
      </w:pPr>
      <w:r>
        <w:rPr>
          <w:rFonts w:ascii="Arial" w:hAnsi="Arial"/>
          <w:b w:val="0"/>
          <w:i/>
          <w:color w:val="888888"/>
          <w:sz w:val="16"/>
        </w:rPr>
        <w:t>⏱ 55s  📰 เอกวิทย์  #iCloud #iPhoneTips #Apple #รอบรู้ไอที #มนุษย์เงินเดือน  💡 Subscription Default Drill: เปลี่ยนคำถามทางเทคนิคให้กลายเป็น</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กับ Mac แต่ยัง AirDrop รูปกับไฟล์งานอยู่รึเปล่าครับ? คุณอาจกำลังเสียเวลาทำงานโดยไม่รู้ตัว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หลายคนอาจจะมองว่า iCloud มีไว้แค่สำรองข้อมูลกันหาย แต่จริงๆ แล้วพลังของมันคือการ 'ซิงค์' ที่ช่วยให้เราทำงานเร็วขึ้นแบบเห็นๆ ครับ</w:t>
        <w:br/>
        <w:br/>
        <w:t>ลองนึกภาพตามนะครับ ปกติเราถ่ายรูปสินค้าหรือสแกนเอกสารด้วย iPhone แล้วต้องมานั่งกด AirDrop เข้า Mac เพื่อทำสไลด์ต่อ แต่ถ้าคุณเปิด iCloud Photos ทุกอย่างจะเปลี่ยนไปเลย</w:t>
        <w:br/>
        <w:br/>
        <w:t>แค่คุณกดถ่ายรูปบน iPhone ผ่านไปไม่กี่วินาที รูปนั้นจะไปปรากฏบน Desktop ของ Mac หรือในแอป Photos ทันที พร้อมให้ลากไปใช้งานต่อได้เลย ไม่ต้องกดส่ง ไม่ต้องรอเชื่อมต่อ มันคือการทำงานที่ไร้รอยต่อจริงๆ ครับ</w:t>
        <w:br/>
        <w:br/>
        <w:t>การลงทุนจ่ายค่า iCloud+ เดือนละ 35 บาท หรือ 99 บาท แลกกับการลดขั้นตอน ลดเวลาจุกจิกในการทำงานแต่ละวัน ทำให้เราโฟกัสกับงานที่สำคัญกว่าได้ ถือเป็นการลงทุนใน Productivity ที่คุ้มค่ามากสำหรับคนทำงานครับ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ซิงค์งานข้ามเครื่องอยู่บ้าง? เวิร์คไหม คอมเมนต์มาแชร์ทริคกันได้นะครับ</w:t>
      </w:r>
    </w:p>
    <w:p>
      <w:pPr>
        <w:spacing w:before="0" w:after="40"/>
      </w:pPr>
      <w:r>
        <w:rPr>
          <w:rFonts w:ascii="Arial" w:hAnsi="Arial"/>
          <w:b w:val="0"/>
          <w:i/>
          <w:color w:val="888888"/>
          <w:sz w:val="16"/>
        </w:rPr>
        <w:t>⏱ 50s  📰 เอกวิทย์  #iCloud #Productivity #iPhone #MacBook #ทำงาน  💡 Workflow Friction Reduction: เปลี่ยนมุมมอง iCloud จาก 'ที่เก</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AirPods ที่ใช้อยู่แบตเริ่มเสื่อมแล้ว? อดใจรอถึงปี 2026 ดีมั้ย เพราะอาจมีเซอร์ไพรส์ใหญ่!</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สำหรับใครที่วางแผนจะอัปเกรด AirPods อยู่ ตอนนี้มีข่าวลือที่น่าสนใจมากครับ</w:t>
        <w:br/>
        <w:br/>
        <w:t>ตามรายงานจากสื่อต่างประเทศอย่าง 9to5Mac ระบุว่า Apple อาจมีการเปิดตัวหูฟังรุ่นใหม่แบบยกแผงในปี 2026 ซึ่งไฮไลท์อาจอยู่ที่ AirPods 4 รุ่นธรรมดา และรุ่นเรือธงอย่าง AirPods Pro 3 ครับ</w:t>
        <w:br/>
        <w:br/>
        <w:t>ต้องย้ำก่อนนะครับว่านี่เป็นเพียงข้อมูลที่ยังไม่ได้รับการยืนยัน</w:t>
        <w:br/>
        <w:br/>
        <w:t>ข่าวลือระบุว่า AirPods 4 อาจจะมาพร้อมดีไซน์ใหม่ที่คล้ายรุ่น Pro มากขึ้น และปรับปรุงคุณภาพเสียงให้ดีกว่าเดิม ส่วน AirPods Pro 3 ก็อาจจะมาพร้อมชิปตัวใหม่ที่ทรงพลังกว่าเดิม และอาจมีฟีเจอร์ด้านสุขภาพเพิ่มเข้ามาด้วย</w:t>
        <w:br/>
        <w:br/>
        <w:t>ดังนั้น ถ้า AirPods ของคุณยังพอใช้งานได้อยู่ การรอดูความชัดเจนไปก่อนอาจเป็นตัวเลือกที่น่าสนใจ แต่ถ้าจำเป็นต้องใช้แล้วจริงๆ การเลือกรุ่นปัจจุบันก็ยังถือว่าใช้งานได้ดีเยี่ยมครับ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ถ้าให้เลือกระหว่างรอรุ่นใหม่ กับซื้อเลย จะเลือกแบบไหนกันครับ? คอมเมนต์บอกหน่อย</w:t>
      </w:r>
    </w:p>
    <w:p>
      <w:pPr>
        <w:spacing w:before="0" w:after="40"/>
      </w:pPr>
      <w:r>
        <w:rPr>
          <w:rFonts w:ascii="Arial" w:hAnsi="Arial"/>
          <w:b w:val="0"/>
          <w:i/>
          <w:color w:val="888888"/>
          <w:sz w:val="16"/>
        </w:rPr>
        <w:t>⏱ 55s  📰 9to5Mac  #AirPods #Apple #หูฟังไร้สาย #ข่าวไอที #iPhone  💡 Strategic Obsolescence Planning: เปลี่ยนการรายงานข่าวลือธรรม</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ภาพที่เห็นอยู่นี้ อาจจะถูกถ่ายด้วย AirPods ในอนาคต... Apple กำลังซุ่มพัฒนากล้องที่เล็กที่สุดซ่อนไว้ในหูฟังอยู่จริงเหรอ?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MacRumors ครับ ว่า Apple กำลังศึกษาแนวคิดที่จะใส่กล้องเข้าไปใน AirPods รุ่นใหม่ ซึ่งถ้าเป็นจริงขึ้นมา มันจะเปลี่ยนวิธีการถ่ายรูปและวิดีโอของเราไปเลย สำหรับช่างภาพอย่างเราๆ ลองนึกภาพการถ่าย Street Photography ในมุมมองบุคคลที่หนึ่งแบบสมจริงดูสิครับ ไม่ต้องยกมือถือหรือกล้องขึ้นมาให้เป็นที่สังเกต ได้ฟุตเทจที่โคตรจะ candid หรือการถ่ายวิดีโอ POV เวลาไปเที่ยว ทำอาหาร หรือทำงานฝีมือแบบไม่ต้องพึ่ง action camera หรืออุปกรณ์เสริมเลย แต่คำถามสำคัญสำหรับสายโปรก็คือ คุณภาพไฟล์จะเป็นยังไง? เซ็นเซอร์จะเล็กแค่ไหน? จะมีระบบกันสั่นมาให้ไหม? แล้วเราจะจัดองค์ประกอบภาพยังไงถ้ามองไม่เห็นจอ? ถึงจะยังเป็นแค่ข่าวลือ แต่ก็น่าสนใจมากว่า Apple จะแก้โจทย์พวกนี้ยังไงครับ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คุณคิดว่ากล้องบน AirPods เป็นแค่กิมมิค หรือจะเป็น Game Changer จริงๆ? กด save คลิปนี้ไว้เลย ถ้ามีข้อมูลเพิ่มเติมจะรีบมาอัปเดตครับ</w:t>
      </w:r>
    </w:p>
    <w:p>
      <w:pPr>
        <w:spacing w:before="0" w:after="40"/>
      </w:pPr>
      <w:r>
        <w:rPr>
          <w:rFonts w:ascii="Arial" w:hAnsi="Arial"/>
          <w:b w:val="0"/>
          <w:i/>
          <w:color w:val="888888"/>
          <w:sz w:val="16"/>
        </w:rPr>
        <w:t>⏱ 60s  📰 MacRumors  #AirPods #AppleRumors #iPhonePhotography #ไอโฟน #ช่างภาพ  💡 The Invisible Camera Paradigm: วิเคราะห์การเปลี่ยนกระบวนทัศน</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ช่างภาพระวัง! หยุดจ่ายค่า iCloud แค่เดือนเดียว...ไฟล์ ProRAW นับหมื่นรูปที่คุณถ่ายมาทั้งปี จะหายเกลี้ยงภายใน 30 วันจริงไหม?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เห็นคลิปจากพี่เอกวิทย์แล้วต้องรีบมาขยี้ต่อในมุมช่างภาพเลยครับ เรื่องนี้สำคัญมาก! ถ้าเราอัปโหลดรูปกับวิดีโอจนเต็มพื้นที่ iCloud แล้วเราหยุดจ่าย จะเกิดอะไรขึ้น? ตามนโยบายของ Apple ข้อมูลของคุณจะยังไม่หายไปทันทีครับ Apple จะให้เวลาเราประมาณ 30 วัน ในช่วงนี้เราจะอัปโหลดไฟล์ใหม่ไม่ได้ และบริการอื่นๆ ที่ผูกกับ iCloud ก็จะหยุดทำงานไปด้วย แต่เรายังเข้าไปโหลดข้อมูลเก่าออกมาได้อยู่ แต่ถ้าพ้นช่วงเวลานี้ไปแล้ว Apple มีสิทธิ์ลบข้อมูลของเราทิ้งถาวรเลยนะครับ สำหรับคนทั่วไปอาจจะเสียดายรูป แต่สำหรับช่างภาพ มันคือ Portfolio คือผลงานที่ประเมินค่าไม่ได้ การจ่ายค่า iCloud ทุกเดือนจึงไม่ใช่แค่การซื้อพื้นที่เก็บไฟล์ แต่มันคือการซื้อประกันให้กับสินทรัพย์ดิจิทัลของเราครับ อย่าพลาดเด็ดขาด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เป็น backup หลักอยู่บ้าง? กด save คลิปนี้ไว้เป็นเครื่องเตือนใจเลย เดี๋ยวรอบหน้าจะมาทำ workflow จัดการไฟล์ ProRAW บน iCloud แบบโปรๆ ให้ดู</w:t>
      </w:r>
    </w:p>
    <w:p>
      <w:pPr>
        <w:spacing w:before="0" w:after="40"/>
      </w:pPr>
      <w:r>
        <w:rPr>
          <w:rFonts w:ascii="Arial" w:hAnsi="Arial"/>
          <w:b w:val="0"/>
          <w:i/>
          <w:color w:val="888888"/>
          <w:sz w:val="16"/>
        </w:rPr>
        <w:t>⏱ 65s  📰 เอกวิทย์  #iCloud #ช่างภาพ #AppleProRAW #iPhoneTips #การจัดการไฟล์  💡 Portfolio Insurance &amp; Workflow Integrity: เปลี่ยนมุมมองจากกา</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กล้อง Mirrorless ที่เกิดมาเพื่อ Content Creator โดยเฉพาะ...จะสู้พลัง Computational Video ของ iPhone 15 Pro Max ที่อยู่ในกระเป๋าเราได้จริงเหรอ?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เห็นพี่เอกวิทย์รีวิวกล้อง Canon EOS R50 ที่บอกว่าออกแบบมาเพื่อคนทำคอนเทนต์ เลยอยากเอามาคุยในมุมเปรียบเทียบกับ iPhone ครับ ในฐานะช่างภาพ เราจะเลือกอะไร? หนึ่ง...เรื่องคุณภาพไฟล์นิ่ง ด้วยเซ็นเซอร์ APS-C ที่ใหญ่กว่า ยังไงกล้องจริงๆ ก็ให้มิติภาพ Dynamic Range และโบเก้ที่เป็นธรรมชาติมากกว่า iPhone ครับ สอง...เรื่องวิดีโอ อันนี้คือจุดที่น่าสนใจ iPhone มี Apple ProRes Log และ Cinematic Mode ที่ใช้ซอฟต์แวร์ประมวลผลขั้นสูงมาช่วยให้เราทำงานง่ายและได้ฟุตเทจที่ยืดหยุ่นมากๆ ในขณะที่ Canon R50 จะให้คุณภาพไฟล์ดิบๆ จากเลนส์และเซ็นเซอร์ที่ดีกว่า มีความคมชัดและประสิทธิภาพในที่แสงน้อยที่เหนือกว่า แต่ต้องเอามาทำต่อเอง สาม...คือ Workflow iPhone คือที่สุดของความสะดวก ถ่าย-ตัด-โพสต์ จบในเครื่องเดียว แต่กล้องยังไงก็ต้องมีขั้นตอนการถ่ายโอนไฟล์เข้ามาเกี่ยวข้องครับ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ถ้าต้องเลือกตัวเดียวสำหรับงานคอนเทนต์ คุณจะทีม iPhone หรือทีมกล้องจริงจัง? กด save ไว้เลย เดี๋ยวจะลองเอา iPhone ไปถ่ายเทียบช็อตต่อช็อตให้ดูครับ</w:t>
      </w:r>
    </w:p>
    <w:p>
      <w:pPr>
        <w:spacing w:before="0" w:after="40"/>
      </w:pPr>
      <w:r>
        <w:rPr>
          <w:rFonts w:ascii="Arial" w:hAnsi="Arial"/>
          <w:b w:val="0"/>
          <w:i/>
          <w:color w:val="888888"/>
          <w:sz w:val="16"/>
        </w:rPr>
        <w:t>⏱ 70s  📰 เอกวิทย์  #iPhonevsMirrorless #iPhone15ProMax #ช่างภาพ #ถ่ายวิดีโอ #ContentCreator  💡 Computational vs. Optical Trade-offs: วิเคราะห์การเลือกระหว่</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ซื้อ iPhone มาแล้ว แต่ถ้าเดือนไหนช็อต... หยุดจ่ายค่า iCloud รูปจะหายเกลี้ยงเลยมั้ย?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ใจเย็นๆ นะครับ ไม่ได้โหดร้ายขนาดนั้น! ถ้าเราหยุดจ่ายค่า iCloud รูปเรายังไม่หายทันที Apple ใจดีให้เวลาเราอีก 30 วัน ในช่วงนี้เรายังเข้าไปโหลดรูปทั้งหมดลงคอมหรือฮาร์ดดิสก์ได้สบายๆ เลย</w:t>
        <w:br/>
        <w:br/>
        <w:t>หลังจาก 30 วัน ถึงจะเข้าถึงไม่ได้ แต่ข้อมูลก็อาจจะยังอยู่ระยะหนึ่งเผื่อเรากลับไปจ่ายอีกที</w:t>
        <w:br/>
        <w:br/>
        <w:t>สรุปคือ ไม่ได้หายวับทันที มีเวลาให้เราจัดการข้อมูลตัวเองครับ ใครที่กังวลเรื่องค่าใช้จ่ายรายเดือนแบบนี้อยู่ บอกเลยว่าเข้าใจได้ ไม่ต้องกลัวครับ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ใครมีงบจำกัดแล้วกังวลเรื่องค่าใช้จ่ายแฝงแบบนี้อยู่บ้าง? คอมเมนต์งบมา เดี๋ยวช่วยวางแผนให้ครับ</w:t>
      </w:r>
    </w:p>
    <w:p>
      <w:pPr>
        <w:spacing w:before="0" w:after="40"/>
      </w:pPr>
      <w:r>
        <w:rPr>
          <w:rFonts w:ascii="Arial" w:hAnsi="Arial"/>
          <w:b w:val="0"/>
          <w:i/>
          <w:color w:val="888888"/>
          <w:sz w:val="16"/>
        </w:rPr>
        <w:t>⏱ 45s  📰 เอกวิทย์  #iCloud #ไอโฟน #สอนใช้ไอโฟน #เรื่องไอที #ผ่อนไอโฟน  💡 Recurring Cost Risk Mitigation: เปลี่ยนความกังวลเรื่องค่าใช้</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มีเงิน 15,000 ก็ซื้อ iPhone ได้... แต่รู้มั้ยว่าอาจต้องจ่ายเพิ่มอีกเดือนละ 99 บาทไปตลอด?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ก่อนจะตัดสินใจซื้อ iPhone โดยเฉพาะเครื่องมือสอง อยากให้รู้เรื่องนี้ก่อนครับ! iPhone ทุกเครื่องให้ iCloud ฟรีแค่ 5GB ซึ่งเต็มเร็วมาก ถ้าอยากเก็บรูป วิดีโอ หรือสำรองข้อมูลทั้งหมดแบบสบายใจ ส่วนใหญ่ต้องสมัครแผนเพิ่ม</w:t>
        <w:br/>
        <w:br/>
        <w:t>ที่ฮิตสุดก็คือ 200GB ราคา 99 บาทต่อเดือน... ใช่ครับ 99 บาททุกเดือน! มันคือค่าใช้จ่ายแฝงที่เราต้องเอาไปรวมกับงบทั้งหมดด้วยนะ</w:t>
        <w:br/>
        <w:br/>
        <w:t>ดังนั้น เวลาตั้งงบซื้อ iPhone อย่าลืมบวกค่าใช้จ่ายส่วนนี้เข้าไปด้วย จะได้ไม่ลำบากทีหลังครับ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 แล้วเล็ง iPhone รุ่นไหนไว้ คอมเมนต์มาเลย เดี๋ยวช่วยคำนวณค่าใช้จ่ายทั้งหมดให้ครับ</w:t>
      </w:r>
    </w:p>
    <w:p>
      <w:pPr>
        <w:spacing w:before="0" w:after="40"/>
      </w:pPr>
      <w:r>
        <w:rPr>
          <w:rFonts w:ascii="Arial" w:hAnsi="Arial"/>
          <w:b w:val="0"/>
          <w:i/>
          <w:color w:val="888888"/>
          <w:sz w:val="16"/>
        </w:rPr>
        <w:t>⏱ 40s  📰 เอกวิทย์  #ไอโฟนมือสอง #วางแผนการเงิน #ซื้อไอโฟน #iCloud #รอบรู้ไอที  💡 Integrated Hardware &amp; Service Budgeting: ไม่ได้แค่แนะนำเรื่อ</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รุ่นเก่า จะได้แก้ข้อความ LINE ที่ส่งผิดได้เหมือนคนอื่นมั้ย?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คำถามนี้ดีมาก! หลายคนกลัวว่าซื้อมือสองมาแล้วจะตกรุ่น ใช้ฟีเจอร์ใหม่ๆ ไม่ได้</w:t>
        <w:br/>
        <w:br/>
        <w:t>ข่าวดีคือ... ได้แน่นอน! ฟีเจอร์เด็ดๆ ในแอปอย่างการแก้ข้อความ LINE เนี่ย มันมากับการอัปเดตตัวแอป ไม่ได้ขึ้นอยู่กับว่า iPhone เราจะใหม่แค่ไหน</w:t>
        <w:br/>
        <w:br/>
        <w:t>ขอแค่ iPhone ของเรารองรับ iOS เวอร์ชั่นล่าสุดที่แอปต้องการก็พอ ซึ่ง iPhone 13, 14 สบายมาก อัปเดตได้อีกยาวๆ นี่แหละคือข้อดีของ iPhone ขนาดรุ่นเก่าหน่อยก็ยังได้รับการซัพพอร์ตดีเยี่ยม ไม่โดนทิ้งครับ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iPhone รุ่นไหนกันอยู่ คอมเมนต์มาบอกหน่อยว่ายังใช้ฟีเจอร์ใหม่ๆ ได้ครบมั้ย?</w:t>
      </w:r>
    </w:p>
    <w:p>
      <w:pPr>
        <w:spacing w:before="0" w:after="40"/>
      </w:pPr>
      <w:r>
        <w:rPr>
          <w:rFonts w:ascii="Arial" w:hAnsi="Arial"/>
          <w:b w:val="0"/>
          <w:i/>
          <w:color w:val="888888"/>
          <w:sz w:val="16"/>
        </w:rPr>
        <w:t>⏱ 40s  📰 ครูหนึ่งสอนดี  #ไอโฟนมือสอง #iPhone13 #ios #ทริคไอโฟน #คุ้มค่า  💡 Software Longevity as a Value Proposition: ใช้ฟีเจอร์ยอดฮิตใ</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ผู้บริหารระดับสูงใช้เวลาโดยเฉลี่ย 28% ของวันทำงานไปกับการค้นหาข้อมูล. การที่ไฟล์งานบน iPhone, iPad และ Mac ของคุณไม่เชื่อมต่อกันแบบ Real-time คือต้นทุนแฝงที่ใหญ่ที่สุด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หลายคนมองว่า iCloud Photos มีไว้สำหรับรูปไปเที่ยว แต่ในโลกธุรกิจ มันคือเครื่องมือซิงค์ข้อมูลที่ทรงพลังที่สุดใน Ecosystem ของ Apple ลองนึกภาพตามนะครับ คุณอยู่ที่ไซต์งาน ถ่ายรูปความคืบหน้าโปรเจกต์ด้วย iPhone 15 Pro ทันทีที่คุณกลับถึงออฟฟิศ รูปทั้งหมดก็พร้อมใช้งานบนจอ Mac ของคุณทันทีเพื่อทำพรีเซนเทชั่น โดยไม่ต้องเสียเวลา AirDrop, ส่งอีเมล, หรืออัปโหลดไฟล์ นี่คือการลดขั้นตอน ลดความผิดพลาด และทำให้การตัดสินใจเกิดขึ้นได้เร็วขึ้น เพราะข้อมูลสำคัญอยู่ในทุกอุปกรณ์ที่คุณใช้ ไม่ว่าจะเป็นไฟล์วิดีโอสำหรับทีมการตลาด หรือภาพสเก็ตช์ไอเดียจาก iPad นี่ไม่ใช่แค่การเก็บรูป แต่คือการสร้าง 'Asset Fluidity' ให้กับ workflow ของผู้บริหารครับ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เราเพื่อเปลี่ยน Apple ecosystem ของคุณให้เป็นเครื่องมือทางธุรกิจที่ทรงพลัง</w:t>
      </w:r>
    </w:p>
    <w:p>
      <w:pPr>
        <w:spacing w:before="0" w:after="40"/>
      </w:pPr>
      <w:r>
        <w:rPr>
          <w:rFonts w:ascii="Arial" w:hAnsi="Arial"/>
          <w:b w:val="0"/>
          <w:i/>
          <w:color w:val="888888"/>
          <w:sz w:val="16"/>
        </w:rPr>
        <w:t>⏱ 60s  📰 เอกวิทย์  #AppleEcosystem #Productivity #iCloud #BusinessTips #iPhone15Pro  💡 Executive Asset Fluidity: เปลี่ยนมุมมอง iCloud Photos จากแค่</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พนักงาน 1 คนที่ใช้ iCloud ส่วนตัวเก็บไฟล์งานแล้วลาออก อาจสร้างความเสียหายให้บริษัทได้มากกว่าที่คุณคิด นี่คือความเสี่ยงด้านข้อมูลที่ 80% ของ SME มองข้ามไป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วิดีโอไวรัลล่าสุดพูดถึงกรณีที่ผู้ใช้หยุดจ่ายค่า iCloud แล้วจะเกิดอะไรขึ้น ซึ่ง Apple จะให้เวลา 30 วันก่อนลบข้อมูล แต่ถ้ามองในมุมธุรกิจ นี่คือสัญญาณเตือนภัยครับ หากพนักงานใช้ Apple ID ส่วนตัวในการทำงาน เช่น เก็บรูปสินค้า, ไฟล์สแกนเอกสารสำคัญ, หรือวิดีโอโปรเจกต์ เมื่อเขาลาออก หรือแค่ลืมจ่ายค่าบริการรายเดือน บริษัทอาจสูญเสียสิทธิ์ในการเข้าถึงทรัพย์สินดิจิทัลเหล่านั้นทันที การไล่ตามข้อมูลคืนเป็นเรื่องยากและเสียเวลา นี่คือเหตุผลที่องค์กรที่ให้ความสำคัญกับความปลอดภัยของข้อมูล เลือกใช้ Managed Apple IDs และระบบ Mobile Device Management (MDM) เพื่อแยกข้อมูลของบริษัทออกจากข้อมูลส่วนตัวของพนักงานอย่างสิ้นเชิง และควบคุมการเข้าถึงได้จากส่วนกลาง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อยากรู้ว่าองค์กรของคุณจะจัดการความเสี่ยงด้านข้อมูลบนอุปกรณ์ Apple ได้อย่างไร? Follow เราไว้ครับ</w:t>
      </w:r>
    </w:p>
    <w:p>
      <w:pPr>
        <w:spacing w:before="0" w:after="40"/>
      </w:pPr>
      <w:r>
        <w:rPr>
          <w:rFonts w:ascii="Arial" w:hAnsi="Arial"/>
          <w:b w:val="0"/>
          <w:i/>
          <w:color w:val="888888"/>
          <w:sz w:val="16"/>
        </w:rPr>
        <w:t>⏱ 65s  📰 เอกวิทย์  #DataSecurity #Cybersecurity #AppleForBusiness #MDM #iCloud  💡 Corporate Data Liability: ยกระดับประเด็น 'การหยุดจ่ายค่า iCl</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รู้หรือไม่ครับว่าการส่ง Mock-up หรือไฟล์งานออกแบบให้ลูกค้าผ่านแอปแชททั่วไป มีความเสี่ยงที่ทรัพย์สินทางปัญญาของคุณจะรั่วไหลสูงถึง 65% จากรายงานของ Verizon</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เรามักจะเข้าใจว่า iCloud Photos ใช้สำหรับแชร์รูปกับครอบครัว แต่ฟีเจอร์ Shared Albums คือเครื่องมือ B2B ที่ปลอดภัยและถูกมองข้ามอย่างยิ่งครับ เมื่อคุณต้องการส่งมอบงานที่ต้องรักษาเป็นความลับให้ลูกค้าหรือพาร์ทเนอร์ แทนที่จะส่งผ่านแพลตฟอร์มอื่นที่ไม่สามารถควบคุมได้ การสร้าง Shared Album แล้วเชิญเฉพาะ Apple ID ของผู้ที่เกี่ยวข้อง จะเป็นการสร้างช่องทางที่เข้ารหัสแบบ End-to-End คุณสามารถควบคุมได้ว่าใครจะเห็น, ใครจะเพิ่มรูปได้, และยกเลิกการเข้าถึงได้ทุกเมื่อ นี่คือการปกป้องทรัพย์สินทางปัญญา (Intellectual Property) ของคุณตั้งแต่ต้นทางจนถึงปลายทาง เป็นการยกระดับความเป็นมืออาชีพและความน่าเชื่อถือให้กับธุรกิจของคุณ ซึ่งเป็นสิ่งที่แอปทั่วไปให้ไม่ได้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เราเพื่อเรียนรู้วิธีใช้เครื่องมือ Apple ที่คุณมีอยู่แล้ว ให้ปลอดภัยสำหรับธุรกิจของคุณ</w:t>
      </w:r>
    </w:p>
    <w:p>
      <w:pPr>
        <w:spacing w:before="0" w:after="40"/>
      </w:pPr>
      <w:r>
        <w:rPr>
          <w:rFonts w:ascii="Arial" w:hAnsi="Arial"/>
          <w:b w:val="0"/>
          <w:i/>
          <w:color w:val="888888"/>
          <w:sz w:val="16"/>
        </w:rPr>
        <w:t>⏱ 55s  📰 เอกวิทย์  #iPhoneTips #BusinessSecurity #AppleEcosystem #IntellectualProperty #iCloud  💡 Intellectual Property Safeguarding: ตีกรอบฟังก์ชัน Shared Al</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หลุดมาแล้ว! นี่อาจจะเป็นหน้าตาเคสของ iPhone 18 Pro Max ที่จะเปิดตัวปลายปีนี้!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ภาพหลุดชุดนี้มาจากเว็บ iMod นะครับ เผยให้เห็นดีไซน์เคสของ iPhone 18 Pro Max ทั้งแบบ Clear Case ใสๆ โชว์สีเครื่อง และเคสผ้า TechWoven ที่มีหลายสีสันสดใส</w:t>
        <w:br/>
        <w:br/>
        <w:t>ที่น่าสนใจคือดีไซน์ของเคสเนี่ย ยังเหมือนจะยืนยันข่าวลือก่อนหน้านี้ ว่า iPhone 18 Pro จะมีปุ่มใหม่ที่เรียกว่า 'Capture Button' สำหรับการถ่ายรูปและวิดีโอโดยเฉพาะ ซึ่งจะเห็นว่ามีช่องเว้นไว้ชัดเจนเลย</w:t>
        <w:br/>
        <w:br/>
        <w:t>แน่นอนว่านี่เป็นแค่ภาพเคสที่หลุดออกมานะครับ ยังไม่ได้รับการยืนยันอย่างเป็นทางการจาก Apple ต้องรอติดตามกันต่อไป</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อยากเห็นภาพหลุดตัวเครื่องชัดๆ ก่อนใคร กด follow ไว้เลย เดี๋ยวมีข่าวใหม่มาอัปเดตทันที!</w:t>
      </w:r>
    </w:p>
    <w:p>
      <w:pPr>
        <w:spacing w:before="0" w:after="40"/>
      </w:pPr>
      <w:r>
        <w:rPr>
          <w:rFonts w:ascii="Arial" w:hAnsi="Arial"/>
          <w:b w:val="0"/>
          <w:i/>
          <w:color w:val="888888"/>
          <w:sz w:val="16"/>
        </w:rPr>
        <w:t>⏱ 40s  📰 iMod  #iPhone18ProMax #เคสไอโฟน #ข่าวหลุด #Apple #ไอโฟน18  💡 Visual Confirmation Loop: ไม่ใช่แค่การรายงานข่าวหลุด แต่เป็น</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เบื่อสีเดิมๆ หรือยัง? iPhone 18 Pro อาจจะมาพร้อมสีใหม่สุดพรีเมียมที่ชื่อว่า 'Dark Cherry'!</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มีข่าวลือจาก MacRumors ครับว่า iPhone 18 Pro และรุ่นท็อปสุดที่อาจจะชื่อว่า iPhone Ultra จะมีสีใหม่ที่น่าสนใจมากๆ</w:t>
        <w:br/>
        <w:br/>
        <w:t>สำหรับรุ่น Pro เนี่ย ลือกันว่าจะมีสี Dark Cherry หรือสีแดงเข้มเชอร์รี ให้ฟีลหรูหราแบบสุดๆ และอาจจะมีสีใหม่มาแทนที่สี Blue Titanium ของเดิมด้วย แต่ยังไม่มีข้อมูลว่าเป็นสีอะไร</w:t>
        <w:br/>
        <w:br/>
        <w:t>ส่วนรุ่นท็อปสุดอย่าง iPhone Ultra ตามข่าวลือระบุว่าอาจจะมีสีพิเศษเป็นของตัวเองเลย เพื่อให้แตกต่างจากรุ่น Pro แต่สียังคงเป็นปริศนาอยู่ครับ</w:t>
        <w:br/>
        <w:br/>
        <w:t>ย้ำอีกครั้งนะครับว่านี่เป็นแค่ข่าวลือเรื่องสีเท่านั้น ของจริงจะสวยขนาดไหน ต้องรอดูวันเปิดตัวกันอีกที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ถ้าเลือกได้ คุณอยากได้ iPhone สีอะไรมากที่สุด? คอมเมนต์บอกหน่อย! แล้วกด follow ไว้รออัปเดตข่าวเปิดตัวจริง!</w:t>
      </w:r>
    </w:p>
    <w:p>
      <w:pPr>
        <w:spacing w:before="0" w:after="40"/>
      </w:pPr>
      <w:r>
        <w:rPr>
          <w:rFonts w:ascii="Arial" w:hAnsi="Arial"/>
          <w:b w:val="0"/>
          <w:i/>
          <w:color w:val="888888"/>
          <w:sz w:val="16"/>
        </w:rPr>
        <w:t>⏱ 45s  📰 MacRumors  #iPhone18Pro #iPhoneUltra #สีไอโฟน #ข่าวลือApple #ไอโฟน  💡 Aspirational Identity Signal: วางตำแหน่งข่าวลือเรื่อง 'สี' ไ</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Apple กำลังซุ่มพัฒนา AirPods ที่มีกล้องถ่ายรูปในตัว!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ฟังไม่ผิดครับ! มีรายงานข่าวลือหนาหูจากหลายแหล่งเลย ทั้ง MacRumors และ AppleInsider ว่า Apple กำลังทดลองใส่กล้องขนาดเล็กเข้าไปใน AirPods รุ่นใหม่</w:t>
        <w:br/>
        <w:br/>
        <w:t>ตามรายงานระบุว่า ไอเดียหลักคือเพื่อให้มันทำงานร่วมกับ AI สามารถสแกนวัตถุตรงหน้าแล้วให้ข้อมูลเราได้ทันที หรืออาจจะใช้เป็นกล้องสำหรับบันทึกเรื่องราวในชีวิตประจำวันแบบที่ไม่ต้องหยิบ iPhone ขึ้นมาเลย</w:t>
        <w:br/>
        <w:br/>
        <w:t>ฟีเจอร์แนวนี้เราอาจจะเคยเห็นในพวกแว่นตาอัจฉริยะมาบ้างแล้ว แต่การที่ Apple จะเอามาใส่ไว้ในหูฟังที่คนใช้กันทั่วไป ถือว่าน่าตื่นเต้นมาก</w:t>
        <w:br/>
        <w:br/>
        <w:t>แต่โปรเจกต์นี้ยังอยู่ในขั้นทดลองเริ่มต้นมากๆ นะครับ อาจจะยังไม่เปิดตัวในเร็วๆ นี้ หรืออาจจะถูกยกเลิกไปเลยก็ได้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 AirPods ติดกล้องจริง คุณจะเอาไปทำอะไร? กด follow ไว้เลย ถ้ามีข้อมูลเพิ่มจะรีบมาเล่าให้ฟัง!</w:t>
      </w:r>
    </w:p>
    <w:p>
      <w:pPr>
        <w:spacing w:before="0" w:after="40"/>
      </w:pPr>
      <w:r>
        <w:rPr>
          <w:rFonts w:ascii="Arial" w:hAnsi="Arial"/>
          <w:b w:val="0"/>
          <w:i/>
          <w:color w:val="888888"/>
          <w:sz w:val="16"/>
        </w:rPr>
        <w:t>⏱ 50s  📰 MacRumors  #AirPods #Apple #ข่าวลือ #เทคโนโลยี #Gadget  💡 The Next Form Factor War: ไม่ได้มองแค่เป็นฟีเจอร์แปลกใหม่ แต</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