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i w:val="0"/>
          <w:color w:val="1A1A2E"/>
          <w:sz w:val="40"/>
        </w:rPr>
        <w:t>🚀 TikTok Farming — Script Report</w:t>
      </w:r>
    </w:p>
    <w:p>
      <w:pPr>
        <w:spacing w:before="0" w:after="40"/>
      </w:pPr>
      <w:r>
        <w:rPr>
          <w:rFonts w:ascii="Arial" w:hAnsi="Arial"/>
          <w:b w:val="0"/>
          <w:i w:val="0"/>
          <w:color w:val="666666"/>
          <w:sz w:val="18"/>
        </w:rPr>
        <w:t>Run: 23 Aug 2026  09:21 ICT  •  18 scripts  •  6 clusters  •  Gemini 2.5 Pro</w:t>
      </w:r>
    </w:p>
    <w:p>
      <w:pPr>
        <w:spacing w:before="80" w:after="80"/>
        <w:pBdr>
          <w:bottom w:val="single" w:sz="4" w:space="1" w:color="7c4dff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8E24AA"/>
          <w:sz w:val="26"/>
        </w:rPr>
        <w:t xml:space="preserve">  🎮  Gen Z / นักเรียน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เก็บตังค์รอ iPhone 16 อยู่หรอ? เบรกก่อน! เพราะข่าวลือ iPhone 17 อาจจะเด็ดกว่าจนต้องเปลี่ยนใจ!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ชาวเราที่เล็ง iPhone 16 อยู่อาจจะต้องคิดใหม่! เพราะล่าสุดมีข่าวลือหนาหูมากว่า iPhone 17 Pro Max อาจจะอัปเกรดแบบจัดเต็ม!</w:t>
        <w:br/>
        <w:br/>
        <w:t>ตามรายงานจากสื่อต่างประเทศนะ เค้าลือกันว่าจอจะใหญ่ขึ้นไปอีก! ใครสายดูซีรีส์ เล่นเกมจอใหญ่ๆ คือฟินแน่นอน แล้วก็อาจจะมาพร้อมชิปตัวใหม่ที่แรงแบบทะลุโลก เล่นเกมกราฟิกโหดๆ ได้แบบลื่นหัวแตก ไม่ต้องกลัวกระตุกตอนบวกอีกต่อไป</w:t>
        <w:br/>
        <w:br/>
        <w:t>แต่ย้ำอีกทีนะว่า... นี่ยังเป็นแค่ข่าวลือ! ยังไม่คอนเฟิร์ม! แต่ถ้ามาจริงคือปังมากนะว่าไม่ได้</w:t>
        <w:br/>
        <w:br/>
        <w:t>แล้วพวกแกว่าไง? ทีมรอ 17 หรือทีมจัด 16 ไปก่อนเลย? เมนต์มาคุยกัน!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อยากรู้ข่าวหลุด iPhone แบบไวๆ ก่อนใคร กด follow ไว้เลย เดี๋ยวมาอัปเดตให้!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อาตี๋รีวิว  #iphone17promax #iphone17 #ข่าวไอที #ไอโฟน #Apple  💡 Future-Proofing Your Hype: เปลี่ยนข่าวลือให้เป็นการวางแผนการ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รู้ยังว่าตอนนี้มี AI ให้คนไทยใช้ฟรี! แล้วลงทะเบียนบน iPhone คือโคตรง่าย แค่ไม่กี่สเต็ป!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ทุกคน! ตอนนี้มีของดีของฟรีมาบอกต่อ! รัฐบาลเค้ามีโครงการชื่อ 'TH-AI Passport' ที่ให้เราลงทะเบียนเพื่อใช้ AI ได้ฟรีๆ เลย!</w:t>
        <w:br/>
        <w:br/>
        <w:t xml:space="preserve">วิธีสมัครบน iPhone ก็คือง่ายเกิ๊น! </w:t>
        <w:br/>
        <w:t xml:space="preserve">หนึ่ง: เปิด Safari แล้วเสิร์ชคำว่า 'TH-AI Passport' ได้เลย </w:t>
        <w:br/>
        <w:t>สอง: เข้าไปกรอกข้อมูลส่วนตัวนิดหน่อย ยืนยันตัวตนตามขั้นตอนที่เค้าบอก</w:t>
        <w:br/>
        <w:t>สาม: เสร็จแล้วก็รอรับพาสปอร์ตดิจิทัลได้เลย!</w:t>
        <w:br/>
        <w:br/>
        <w:t>แค่นี้เราก็จะมี AI เจ๋งๆ ไว้ช่วยคิดงาน ช่วยทำการบ้าน หรือจะเอาไว้เล่นถามคำถามกวนๆ ก็ยังได้ ใครลองแล้วเอาไปทำอะไรกันบ้าง เมนต์มาอวดหน่อย!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ถ้าไม่อยากพลาดของฟรี ของดีๆ ที่ใช้บน iPhone ได้แบบนี้อีก กด follow ด่วนๆ เลย!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35s  📰 Droidsans  #AI #THAIPassport #ของฟรีบอกต่อ #ทริคไอโฟน #นักเรียน  💡 The iPhone Gateway to Freebies: วางตำแหน่ง iPhone ให้เป็นเหม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เห็นคนฮิต 'ทีวีพกพา' กันเต็ม TikTok เลย แต่เดี๋ยวก่อน! iPhone ในมือนี่แหละคือสุดยอดทีวีพกพา แค่ยังไม่รู้ทริคนี้!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ใครชอบนอนดูซีรีส์บน iPhone แต่เจอปัญหาเผลอมือไปโดนจอแล้วคลิปหยุดบ้าง? วันนี้มีทริคลับมาบอก ทำให้ iPhone ของเรากลายเป็นโรงหนังส่วนตัวแบบไม่มีอะไรมากั้น!</w:t>
        <w:br/>
        <w:br/>
        <w:t xml:space="preserve">ฟีเจอร์นี้ชื่อว่า 'Guided Access' หรือ 'การใช้งานเครื่องตามที่กำหนด' </w:t>
        <w:br/>
        <w:t>เข้าไปที่ Settings &gt; Accessibility &gt; แล้วหาคำว่า Guided Access แล้วเปิดเลย!</w:t>
        <w:br/>
        <w:br/>
        <w:t>เวลาจะดูหนัง ก็แค่เปิดแอปแล้วกดปุ่ม Power 3 ครั้งติดกัน มันจะล็อกหน้าจอไม่ให้เรากดโดนปุ่มอื่น หรือปัดออกโดยไม่ตั้งใจได้เลย! จะไม่มีอะไรมาขัดจังหวะตอนฉากสำคัญอีกต่อไป!</w:t>
        <w:br/>
        <w:br/>
        <w:t>พอจะเลิกใช้ก็กด Power 3 ทีเหมือนเดิม แล้วใส่รหัสก็ออกได้แล้ว ง่ายมาก!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อยากได้ทริคที่ทำให้ iPhone ของเราเทพขึ้นไปอีก? กด follow ไว้เลย มีอีกเพียบ!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Droidsans  #ทริคไอโฟน #ดูซีรีส์ #ios #iphonetricks #สาระไอที  💡 Unlocking Latent Power: เปิดโปง 'พลังที่ซ่อนอยู่' ของ iPhone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1565C0"/>
          <w:sz w:val="26"/>
        </w:rPr>
        <w:t xml:space="preserve">  💼  มนุษย์เงินเดือน 25–35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เงินเดือนออกแล้ว จะซื้อ iPhone 16 Pro เลย หรือรอ iPhone 17 Pro ดี? ข่าวลือล่าสุดอาจทำให้คุณต้องคิดใหม่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มีรายงานข่าวลือหนาหูเกี่ยวกับ iPhone 17 Pro Series ที่จะเปิดตัวในปีหน้า ซึ่งอาจเป็นการอัปเกรดใหญ่ที่น่ารอครับ</w:t>
        <w:br/>
        <w:br/>
        <w:t>อย่างแรกที่น่าสนใจคือเทคโนโลยี Face ID ใต้จอ ตามข่าวลืออาจจะทำให้ Dynamic Island เล็กลงเหลือแค่รูกล้องหน้า ทำให้เราได้พื้นที่หน้าจอสำหรับทำงานเพิ่มขึ้นเต็มๆ</w:t>
        <w:br/>
        <w:br/>
        <w:t>อย่างที่สองคือจอแสดงผลที่อาจจะใหญ่ขึ้นไปอีกในรุ่น Pro Max ทำให้การทำงาน multi-tasking หรือการอ่านเอกสารบนมือถือสะดวกกว่าเดิมมาก</w:t>
        <w:br/>
        <w:br/>
        <w:t>และแน่นอนว่าชิป A19 Pro ที่คาดว่าจะมาพร้อมกัน ก็จะยกระดับประสิทธิภาพการทำงานกับแอปหนักๆ หรือการประมวลผล AI บนเครื่องให้เร็วขึ้นไปอีกขั้น</w:t>
        <w:br/>
        <w:br/>
        <w:t>ดังนั้นถ้าคุณใช้ iPhone 14 หรือ 15 Pro อยู่แล้ว และยังใช้งานได้ดี การรออีกหนึ่งปีเพื่อข้ามไป iPhone 17 Pro อาจเป็นการลงทุนที่คุ้มค่ากว่าในระยะยาวครับ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แล้วคุณล่ะครับ ทีมรอ หรือทีมซื้อก่อน? คอมเมนต์บอกหน่อยว่าตอนนี้ใช้รุ่นไหนกันอยู่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อาตี๋รีวิว  #iPhone17Pro #iPhone16Pro #Apple #อัปเกรดiPhone #ข่าวไอที  💡 Future-Proofing Investment Cycle: เปลี่ยนการตัดสินใจอัปเกรดใ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พิมพ์อีเมลตอบลูกค้าประโยคซ้ำๆ วันละ 20 รอบ? มาดูวิธีลดเวลาทำงานนี้ให้เหลือแค่ 3 วินาทีบน iPhone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ฟีเจอร์นี้มีอยู่แล้วใน iPhone ทุกคน แต่คนทำงานส่วนใหญ่ไม่เคยใช้ มันคือ Text Replacement หรือการแทนที่ข้อความครับ</w:t>
        <w:br/>
        <w:br/>
        <w:t>วิธีตั้งค่าง่ายมาก เข้าไปที่ Settings &gt; General &gt; Keyboard &gt; แล้วเลือก Text Replacement</w:t>
        <w:br/>
        <w:br/>
        <w:t>จากนั้นกดเครื่องหมายบวกมุมขวาบน</w:t>
        <w:br/>
        <w:t>ช่อง Phrase ให้เราใส่ประโยคยาวๆ ที่ใช้บ่อย เช่น 'ขอบคุณสำหรับข้อมูลค่ะ ทางเราจะรีบดำเนินการและติดต่อกลับโดยเร็วที่สุด'</w:t>
        <w:br/>
        <w:t>ส่วนช่อง Shortcut ให้ใส่คำย่อที่เราจำง่าย เช่น 'ขคบ1'</w:t>
        <w:br/>
        <w:br/>
        <w:t>ทีนี้ เวลาจะพิมพ์ประโยคยาวๆ นั้นในอีเมลหรือแชทงาน แค่พิมพ์ 'ขคบ1' แล้วกด Spacebar ประโยคทั้งหมดก็จะขึ้นมาให้อัตโนมัติเลยครับ</w:t>
        <w:br/>
        <w:br/>
        <w:t>ลองตั้งค่ากับประโยคที่ใช้บ่อยๆ สัก 5 ประโยคดูสิครับ คุณจะประหยัดเวลาในการพิมพ์งานไปได้เยอะมากในแต่ละวัน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ใครมีประโยคเด็ดที่ใช้บ่อยๆ ลองคอมเมนต์ Shortcut ของตัวเองมาแชร์กันหน่อยครับ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อาตี๋รีวิว  #iPhoneTips #Productivity #ทำงานเร็วขึ้น #มนุษย์ออฟฟิศ #ไอโฟนทริค  💡 Micro-Efficiency Compounding: ไม่ได้นำเสนอเป็นแค่ 'ทริค' แต่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เคยไหมครับ? ส่ง iMessage หาหัวหน้าหรือลูกค้าแล้วเพิ่งเห็นว่าพิมพ์ชื่อผิด... เรื่องใหญ่เลยนะ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หลายคนอาจยังไม่รู้ว่า iMessage บน iPhone สามารถแก้ไข หรือแม้กระทั่งยกเลิกข้อความที่ส่งไปแล้วได้ภายในเวลาที่กำหนด ซึ่งช่วยรักษาความเป็นมืออาชีพของเราได้มากครับ</w:t>
        <w:br/>
        <w:br/>
        <w:t>ถ้าส่งไปแล้วเจอคำผิด ไม่ต้องตกใจส่งข้อความไปขอโทษ แค่แตะที่ข้อความนั้นค้างไว้ แล้วเลือก 'Edit' หรือ 'แก้ไข' เราจะมีเวลา 15 นาทีในการแก้ข้อความนั้นครับ</w:t>
        <w:br/>
        <w:br/>
        <w:t>แต่ถ้าสถานการณ์หนักกว่านั้น เช่น ส่งข้อมูลผิด หรือส่งผิดคน ให้แตะค้างแล้วเลือก 'Undo Send' หรือ 'ยกเลิกการส่ง' เรามีเวลา 2 นาทีในการดึงข้อความกลับคืนมาเลย ข้อความจะหายไปจากเครื่องผู้รับทันที</w:t>
        <w:br/>
        <w:br/>
        <w:t>ฟีเจอร์นี้ไม่ใช่แค่เอาไว้แก้เขิน แต่เป็นเครื่องมือสำคัญในการสื่อสารทางธุรกิจ ป้องกันความเข้าใจผิดและรักษาภาพลักษณ์ความเป็นมืออาชีพของเราได้ครับ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เคยใช้ฟีเจอร์นี้เซฟชีวิตการทำงานกันมาแล้วบ้างไหม? คอมเมนต์มาเล่าให้ฟังหน่อยครับ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ครูหนึ่งสอนดี  #iMessage #iPhoneTips #สื่อสารธุรกิจ #ทำงาน #ไอโฟน  💡 Professional Communication Risk Management: ยกระดับฟีเจอร์แก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2E7D32"/>
          <w:sz w:val="26"/>
        </w:rPr>
        <w:t xml:space="preserve">  📸  คนชอบถ่ายรูป / ช่างภาพ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17 Pro ที่ลือกันว่าจะอัปเกรดกล้องครั้งใหญ่ มันจะเปลี่ยนวิธีถ่ายภาพของช่างภาพอย่างเราไปเลยจริงมั้ย? มาเจาะลึกข่าวลือกัน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ตามข่าวลือจากหลายสำนัก iPhone 17 Pro อาจจะยกเครื่องระบบกล้องใหม่หมดจด ที่น่าสนใจที่สุดสำหรับสายโปรคือ กล้อง Ultra Wide ที่อาจจะอัปเกรดความละเอียดจาก 12MP ไปเป็น 48MP เท่ากล้องหลัก นั่นหมายความว่าไฟล์ ProRAW จากเลนส์ Ultra Wide จะมีดีเทลมหาศาล ยืดหยุ่นในการครอปและแต่งภาพมากขึ้นเยอะ และยังถ่ายในที่แสงน้อยได้ดีขึ้นอีกด้วย</w:t>
        <w:br/>
        <w:br/>
        <w:t>นอกจากนี้ยังมีข่าวลือเรื่องการอัปเกรดเลนส์ Telephoto ให้ดีขึ้นไปอีก ซึ่งอาจจะมาพร้อมกับเทคโนโลยีใหม่ที่ให้ระยะซูม optical ได้ไกลและคมชัดกว่าเดิม ลองนึกภาพการถ่ายภาพ Portrait หรือ Street Photography ด้วยการบีบอัดของเลนส์ Telephoto ที่คุณภาพสูงขึ้นสิครับ มันจะเปิดมุมมองใหม่ๆ ได้อีกเยอะเลย ทั้งหมดนี้ถ้าเป็นจริง มันไม่ใช่แค่การอัปเกรดสเปค แต่มันคือการเปลี่ยน workflow ของช่างภาพที่ใช้ iPhone อย่างสิ้นเชิง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ข่าวลือกล้อง iPhone 17 Pro ยังมีอีกเยอะ กด save ไว้เลย เดี๋ยวคลิปหน้ามาเจาะลึกเรื่อง Sensor size ที่ลือกัน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อาตี๋รีวิว  #iPhone17Pro #Apple #กล้องไอโฟน #ช่างภาพ #ข่าวลือ  💡 Future-Proofing the Workflow: วิเคราะห์ว่าข่าวลือการอัปเกรดฮ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(ภาพวิดีโอ LOG สวยๆ) คลิปนี้ถ่ายด้วย iPhone 15 Pro นะครับ... ใครที่บอกว่าต้องรอกล้องรุ่นใหม่ถึงจะทำงานโปรได้ อาจจะต้องคิดใหม่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หลายคนลังเลว่าจะรอ iPhone รุ่นใหม่ดีมั้ย แต่ความจริงคือเครื่องมือระดับโปรมันอยู่ใน iPhone 15 Pro มาสักพักแล้วครับ นั่นคือ Apple ProRAW และ Log video</w:t>
        <w:br/>
        <w:br/>
        <w:t>ProRAW ไม่ใช่แค่ไฟล์ภาพที่ใหญ่ขึ้น แต่มันคือการดึงข้อมูลแสงสีจากเซ็นเซอร์มาแบบดิบๆ เหมือนไฟล์ RAW จากกล้อง Mirrorless ทำให้เรายืดหยุ่นสุดๆ ในการดึงรายละเอียดส่วนมืด-ส่วนสว่างตอนแต่งภาพใน Lightroom หรือแอปอื่นๆ</w:t>
        <w:br/>
        <w:br/>
        <w:t>ส่วนสายวิดีโอ การถ่ายด้วย Log profile คือ Game-changer เลยครับ มันจะให้ฟุตเทจที่สีเรียบๆ แบนๆ มาก็จริง แต่นี่แหละคือสิ่งที่มืออาชีพต้องการ เพราะมันเก็บ Dynamic Range ได้กว้างที่สุด ทำให้เราเอาไปเกรดสี ปรับโทนได้อิสระเหมือนกล้องถ่ายหนังเลยครับ ดังนั้นคำถามอาจจะไม่ใช่ว่าต้องรอฮาร์ดแวร์ตัวไหน แต่คือเราดึงศักยภาพของสิ่งที่มีอยู่ตอนนี้ออกมาเต็มที่แล้วหรือยัง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ใครอยากให้เจาะลึก workflow การเกรดสีวิดีโอ Log บน iPhone กด save แล้ว comment ว่า 'LOG' ไว้เลยครับ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อาตี๋รีวิว  #iPhone15Pro #AppleProRAW #LogVideo #ถ่ายภาพด้วยมือถือ #สอนถ่ายภาพ  💡 The 'Pro' You Already Own: เปลี่ยนโฟกัสจากการรอคอยฮาร์ดแวร์ใ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ทำไมเลนส์ Telephoto 5x ของ iPhone 15 Pro Max ถึงยังรู้สึกว่าไม่สุด? และ Apple จะแก้เกมนี้ในอนาคตยังไง?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เลนส์ซูม 5x หรือเทียบเท่า 120mm บน iPhone 15 Pro Max ถือว่ายอดเยี่ยมสำหรับการถ่าย Portrait หรือภาพแนวสตรีทที่ต้องการการบีบอัดของฉากหลังที่สวยงาม แต่สำหรับบางสถานการณ์ เช่น การถ่ายภาพกีฬา หรือสัตว์ป่า ระยะนี้อาจจะยังไม่เพียงพอ</w:t>
        <w:br/>
        <w:br/>
        <w:t>ซึ่งถ้าเรามองเทรนด์ในตลาดตอนนี้ จะเห็นว่ามีการแข่งขันกันพัฒนาระบบเลนส์ซูมที่ไปได้ไกลกว่านี้มาก ทำให้มีข่าวลือหนาหูว่า Apple เองก็กำลังซุ่มพัฒนาเลนส์ Super Telephoto สำหรับ iPhone รุ่นในอนาคตอยู่เช่นกันครับ</w:t>
        <w:br/>
        <w:br/>
        <w:t>คำว่า Super Telephoto ไม่ได้หมายถึงแค่การซูมได้ไกลขึ้น แต่มันหมายถึงโอกาสในการสร้างสรรค์ภาพที่มีมิติแปลกตา การละลายฉากหลังที่ทรงพลังยิ่งขึ้น และการถ่าย Subject ที่อยู่ไกลมากๆ ให้ได้คุณภาพสูงสุด นี่อาจจะเป็นก้าวต่อไปที่ทำให้ iPhone เข้าใกล้การใช้งานแทนกล้อง DSLR สำหรับงานเฉพาะทางมากขึ้นไปอีก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คุณคิดว่าระยะซูม optical แค่ไหนถึงจะพอสำหรับ iPhone? กด save แล้ว comment บอกกันหน่อย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Droidsans  #iPhoneCamera #Telephoto #กล้องไอโฟน #iPhone16ProMax #ถ่ายรูปสวย  💡 The Optical Arms Race: ตีกรอบการพัฒนาเลนส์ Telephoto ของ iPh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E65100"/>
          <w:sz w:val="26"/>
        </w:rPr>
        <w:t xml:space="preserve">  💰  งบน้อย อยากได้ iPhone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งบ 15,000 ต้องรอ iPhone 17 มั้ย? ไม่ต้อง! มาดูรุ่นที่คุ้มสุดๆ ตอนนี้กันดีกว่า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เห็นข่าวลือ iPhone 17 Pro Max แล้วหลายคนเริ่มลังเล แต่ถ้าเรางบจำกัด การรออาจจะไม่ใช่คำตอบที่ดีที่สุดนะ! เพราะอะไรรู้ไหม? ยิ่งเรารอ รุ่นเก่าก็จะยิ่งตกรุ่นไปอีก ตอนนี้ในงบหมื่นกลางๆ เราสามารถหา iPhone 13 สภาพดีๆ ได้สบายเลย ซึ่งเครื่องยังแรง อัปเดตได้อีกยาวๆ 4-5 ปี กล้องก็ยังสวยมาก ใช้ได้แบบไม่ต้องหงุดหงิดเลย การซื้อตอนนี้คือการได้ใช้ของดีในราคาที่คุ้มค่าที่สุดแล้ว ไม่ต้องรอให้เสียเวลา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ใครมีงบเท่าไหร่ในใจ คอมเมนต์มาเลย เดี๋ยวช่วยแนะนำรุ่นที่เหมาะที่สุดให้!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อาตี๋รีวิว  #ไอโฟน #iphone13 #ไอโฟนมือสอง #ผ่อนไอโฟน #งบน้อย  💡 Future Hype vs. Present Value: ใช้กระแสข่าวลือของรุ่นเรือธงใ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อยากได้ iPhone แบบ 'ไม่ต้องรอแล้ว' แต่เงินสดไม่พอ? ผ่อน 0% ช่วยได้! แต่ต้องระวัง 3 เรื่องนี้ก่อนรูดบัตร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เห็นโปรผ่อน 0% 10 เดือนแล้วใจสั่นเลยใช่ไหม? มันเป็นทางเลือกที่ดีนะ แต่ต้องเช็คก่อน! ข้อแรก ชัวร์นะว่าเป็น 0% จริงๆ ไม่มีค่าธรรมเนียมแฝง เพราะบางทีมีเงื่อนไขซ่อนอยู่ สอง ถามใจตัวเองก่อนว่ายอดผ่อนต่อเดือนเนี่ย เราจ่ายไหวแบบสบายๆ ไม่ตึงไปใช่ไหม? และสาม โปร 0% มักจะใช้กับเครื่องราคาเต็มนะ ลองเทียบดูว่าถ้าซื้อสดได้ส่วนลดเพิ่ม แบบไหนจะคุ้มกว่ากันแน่ คิดดีๆ ก่อนตัดสินใจนะ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ใครเคยมีประสบการณ์ผ่อน 0% เป็นไงบ้าง มาแชร์กันหน่อย! หรือถ้ามีงบผ่อนต่อเดือนเท่าไหร่ คอมเมนต์มา เดี๋ยวช่วยดูรุ่นให้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48s  📰 อาตี๋รีวิว  #ผ่อนไอโฟน #ผ่อน0เปอร์เซ็นต์ #การเงิน #ไอโฟน #รอบรู้ไอที  💡 Impulse vs. Financial Health: นำความรู้สึก 'อยากได้เดี๋ยวนี้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งบ 15,000 ซื้อ iPhone 13 มือสอง หรือไปเอา Samsung รุ่นใหม่จอใหญ่ๆ กล้องซูมได้ดี? คลิปนี้มีคำตอบ!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เป็นคำถามโลกแตกเลย! ถ้าเราดูแค่สเปคบนกระดาษ Samsung รุ่นใหม่ในงบนี้อาจจะให้จอใหญ่กว่า มีเลนส์ซูมมาให้เล่น แต่ถ้ามองเรื่องการใช้งานระยะยาว iPhone 13 มือสองอาจจะน่าสนใจกว่านะ เพราะได้ชิปที่ยังแรงมากๆ อัปเดต iOS ได้อีกหลายปี กล้องวิดีโอคือดีที่สุดในงบนี้เลย แล้วก็ได้ประสบการณ์ใช้ที่ลื่นไหล ที่สำคัญคือราคาขายต่อแข็งกว่าเยอะ! ถ้าเน้นใช้ยาวๆ ไม่จุกจิก ถ่ายวิดีโอสวยๆ iPhone ก็ยังเป็นตัวเลือกที่น่าคิดนะ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แล้วเพื่อนๆล่ะ งบเท่านี้เลือกทีมไหน? #TeamApple หรือ #TeamSamsung คอมเมนต์บอกกันหน่อย!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#iphoneVSsamsung #iphone13 #ไอโฟนมือสอง #มือถือน่าใช้ #งบหมื่นห้า  💡 Feature Checklist vs. Ecosystem Experience: เปลี่ยนการเปรียบ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37474F"/>
          <w:sz w:val="26"/>
        </w:rPr>
        <w:t xml:space="preserve">  🏢  นักธุรกิจ / ผู้บริหาร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มีรายงานว่า iPhone 17 Pro อาจมาพร้อม RAM 12GB ซึ่งมากกว่าคอมพิวเตอร์ธุรกิจหลายเครื่อง นี่ไม่ใช่แค่ตัวเลข แต่คือสัญญาณการเปลี่ยนแปลงสำหรับองค์กรของคุณ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ข่าวลือล่าสุดจากหลายแหล่งที่น่าเชื่อถือระบุว่า Apple อาจอัปเกรด RAM ใน iPhone 17 Pro series ครั้งใหญ่ คำถามคือทำไม RAM ถึงสำคัญสำหรับธุรกิจ? ไม่ใช่แค่การเปิดแอปได้เร็วขึ้น แต่เป็นการรองรับ AI ที่ประมวลผลบนเครื่อง หรือ On-device AI ซึ่ง Apple กำลังให้ความสำคัญอย่างยิ่ง ลองนึกภาพการสรุปการประชุมจากเสียงบันทึก, การวิเคราะห์ข้อมูลจากไฟล์ขนาดใหญ่, หรือการใช้ AR เพื่อดูโมเดลผลิตภัณฑ์ ทั้งหมดนี้ทำได้บน iPhone โดยไม่ต้องส่งข้อมูลขึ้นคลาวด์ เพิ่มทั้งความเร็วและความปลอดภัยของข้อมูลองค์กร ดังนั้น สำหรับฝ่ายจัดซื้อหรือผู้บริหารที่กำลังวางแผนรอบการอัปเกรดอุปกรณ์ในปีหน้า การจับตาดูสเปคอย่าง RAM ไม่ใช่เรื่องทางเทคนิคอีกต่อไป แต่เป็นตัวชี้วัดว่าอุปกรณ์นั้นพร้อมสำหรับอนาคตการทำงานด้วย AI หรือไม่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เราไว้ เพื่ออัปเดตข้อมูลเชิงลึกสำหรับวางแผนเทคโนโลยีในองค์กร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อาตี๋รีวิว  #iPhone17 #Apple #BusinessTech #ผู้บริหาร #ไอทีธุรกิจ  💡 Future-Proofing for AI Workloads: แทนที่จะมองข่าวลือ RAM เป็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ล่าสุดมี Gadget ทีวีพกพาออกมา ซึ่งน่าสนใจ แต่ในโลกธุรกิจ การมีอุปกรณ์เยอะชิ้นอาจหมายถึงประสิทธิภาพที่ลดลง นี่คือเหตุผลที่ผู้บริหารส่วนใหญ่เลือกใช้ Apple Ecosystem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เราเห็นอุปกรณ์เสริมใหม่ๆ อย่างทีวีพกพาที่ดูสะดวกสบาย แต่ความท้าทายขององค์กรไม่ใช่การขาดหน้าจอ แต่คือการทำให้ข้อมูลในทุกหน้าจอทำงานร่วมกันได้อย่างราบรื่น นี่คือจุดที่ Apple Ecosystem เหนือกว่า ลองดูสถานการณ์จริง: คุณกำลังเช็คอีเมลสำคัญบน iPhone ระหว่างเดินทาง เมื่อถึงออฟฟิศ คุณเปิด MacBook และร่างอีเมลตอบกลับต่อได้ทันทีด้วยฟีเจอร์ Handoff โดยไม่ต้องกดส่งต่อ หรือคุณ copy ตัวเลขจากไฟล์บน Mac แล้ววางลงในสไลด์บน iPad ได้ทันทีด้วย Universal Clipboard นี่คือการลดขั้นตอน ลดความผิดพลาด และประหยัดเวลาได้อย่างมหาศาล ดังนั้น ก่อนที่จะเพิ่ม Gadget ใหม่เข้ามาใน Workflow ลองพิจารณาก่อนว่ามันเชื่อมต่อกับอุปกรณ์หลักของคุณได้ดีแค่ไหน เพราะสำหรับธุรกิจแล้ว การทำงานแบบไร้รอยต่อ มีค่ามากกว่าความแปลกใหม่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ไว้ ถ้าอยากรู้เคล็ดลับการใช้ iPhone, Mac, iPad ให้ทีมของคุณทำงานเร็วขึ้น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#AppleEcosystem #Productivity #MacBook #iPad #iPhoneTips  💡 Ecosystem Cohesion over Gadget Proliferation: ใช้ข่าว Gadget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โลกกำลังตื่นเต้นกับแนวคิดโทรศัพท์หุ่นยนต์ แต่สำหรับธุรกิจ คำถามสำคัญคือ AI จะช่วยลดงานจริงๆ ได้อย่างไร ไม่ใช่แค่การนำเสนอที่หวือหวา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กระแสข่าวเทคโนโลยีล่าสุดคือการนำเสนอแนวคิดโทรศัพท์รูปแบบหุ่นยนต์ ซึ่งเป็นวิสัยทัศน์ที่น่าทึ่งเกี่ยวกับอนาคตของ AI แต่ Apple มีมุมมองที่ต่างออกไป แทนที่จะสร้างหุ่นยนต์ที่มองเห็นได้ AI ที่ทรงพลังที่สุดคือ AI ที่ทำงานอยู่เบื้องหลัง และคุณสามารถสั่งงานมันได้แล้ววันนี้ผ่านแอป Shortcuts บน iPhone ผู้บริหารสามารถสร้าง Shortcut แค่แตะครั้งเดียวเพื่อ: หนึ่ง ส่งข้อความแจ้งทีมว่ากำลังจะเข้าประชุมพร้อมแชร์เวลาที่คาดว่าจะเสร็จ สอง ดึงข้อมูลรายงานล่าสุดจากไฟล์แล้วส่งอีเมลสรุปให้ผู้เกี่ยวข้อง หรือสาม เริ่มบันทึกเสียงการประชุมพร้อมเปิดไฟล์นำเสนอได้ทันที นี่คือระบบอัตโนมัติที่ใช้งานได้จริง ช่วยลดขั้นตอนซ้ำซ้อนในแต่ละวัน พิสูจน์ให้เห็นว่า AI สำหรับธุรกิจ ไม่จำเป็นต้องมีรูปลักษณ์ที่โดดเด่น แต่ต้องช่วยประหยัดเวลาและลดความผิดพลาดได้จริง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เราเพื่อเรียนรู้การสร้าง Automation ง่ายๆ บน iPhone สำหรับลดงานของคุณ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#Automations #Shortcuts #iPhoneTricks #AI #BusinessHacks  💡 Pragmatic Automation vs. Futuristic Robotics: ใช้กระแสข่าวหุ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C62828"/>
          <w:sz w:val="26"/>
        </w:rPr>
        <w:t xml:space="preserve">  🔥  คนชอบข่าวลือ / leaks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Apple เตรียมใช้ 'สี' เป็นตัวบอกว่าใครใช้ iPhone รุ่นใหม่ล่าสุด! และนี่คือสีที่ลือกันสนั่นของ iPhone 18 Pro 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สังเกตมั้ยครับว่าทุกปี Apple จะมีสีพิเศษสำหรับ iPhone รุ่น Pro? อย่าง Sierra Blue หรือ Deep Purple ที่เห็นปุ๊บรู้เลยว่านี่คือรุ่นใหม่ล่าสุด! และสำหรับ iPhone 18 Pro และ iPhone 18 Ultra ที่กำลังจะมาถึง มีรายงานล่าสุดจาก MacRumors ว่าเราอาจจะได้เห็นสีใหม่อย่าง Dark Cherry หรือสีไวน์แดงเข้มๆ ครับ!</w:t>
        <w:br/>
        <w:br/>
        <w:t>นอกจากนี้ยังมีข่าวลือเรื่องสีอื่นๆ อีกเช่น Space Black ที่จะเข้มกว่าเดิม และสีทองที่อาจจะกลับมาในโทนใหม่ที่เรียกว่า 'Rose Gold' ครับ แน่นอนว่าทั้งหมดนี้ยังเป็นแค่ข่าวลือที่ยังไม่ยืนยัน แต่กลยุทธ์การใช้สีพิเศษแบบนี้แหละครับ ที่ทำให้คนอยากอัปเกรดทันที!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คุณอยากได้สีไหนมากที่สุด? คอมเมนต์บอกหน่อย แล้วกด follow ไว้เลย ถ้ามีข้อมูลสีใหม่ๆ หลุดมาอีก จะรีบมารายงานทันที! 🔔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MacRumors  #iphone18pro #appleleaks #iphone18 #ไอโฟน18 #ข่าวลือ  💡 The Status Symbol Strategy: วิเคราะห์ว่า Apple ใช้ 'สีพิเศษ'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หลุดจนได้! เคส iPhone 18 Pro Max ยืนยันแล้วว่าจะมี 'ปุ่มใหม่' ที่เราได้ยินข่าวลือมานาน!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ใครที่ตามข่าวลือ iPhone มาตลอดต้องเคยได้ยินเรื่อง 'Capture Button' หรือปุ่มสำหรับถ่ายรูปและวิดีโอโดยเฉพาะใช่มั้ยครับ? ล่าสุดมีภาพหลุดเคสของ iPhone 18 Pro Max ออกมาแล้วจากเว็บ iPhonemod ซึ่งเผยให้เห็นช่องว่างด้านข้างตัวเครื่องที่ใหญ่ขึ้นอย่างชัดเจน!</w:t>
        <w:br/>
        <w:br/>
        <w:t>ตำแหน่งนี้ตรงกับข่าวลือก่อนหน้านี้เป๊ะๆ ว่าจะเป็นที่อยู่ของ Capture Button ครับ! นี่ถือเป็นหลักฐานที่หนักแน่นมากว่าเราจะได้เห็นปุ่มนี้จริงๆ บน iPhone รุ่นใหม่ การมีเคสหลุดออกมาก่อนแบบนี้ เป็นการยืนยันดีไซน์แบบไม่เป็นทางการที่แม่นยำที่สุดอย่างหนึ่งเลยครับ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ปุ่มใหม่นี้จะเปลี่ยนการถ่ายวิดีโอไปแค่ไหน? กด follow ไว้เลยครับ เดี๋ยวมีอัปเดตอะไรใหม่ๆ จะรีบมาเล่าให้ฟัง!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iMod  #iphone18promax #capturebutton #apple #ไอโฟน #เคสไอโฟน  💡 The Puzzle Piece Confirmation: ใช้ข่าวหลุดเรื่อง 'เคส' ไม่ใช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คุณอาจยังไม่รู้ว่า... Apple กำลังซุ่มพัฒนา 'กล้องสปาย' ที่มาในรูปแบบของ AirPods!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เรื่องนี้อาจจะฟังดูเหมือนหนังไซไฟ แต่มันคือเรื่องจริงที่มีข่าวลือหนาหูมากครับ! สำนักข่าวใหญ่ทั้ง MacRumors และ AppleInsider รายงานตรงกันว่า Apple กำลังทดลองใส่กล้องขนาดเล็กเข้าไปใน AirPods รุ่นใหม่!</w:t>
        <w:br/>
        <w:br/>
        <w:t>แน่นอนว่าข้อมูลนี้ยังไม่ได้รับการยืนยันนะครับ แต่แนวคิดนี้น่าสนใจมาก มันอาจเป็นคำตอบของ Apple ต่อตลาดแว่นตาอัจฉริยะ แต่มาในรูปแบบที่คนคุ้นเคยและดูไม่ประหลาดเท่า ลองนึกภาพการถ่ายวิดีโอ POV หรือเก็บโมเมนต์สำคัญแบบ hands-free โดยที่ไม่มีใครรู้สิครับว่าเรากำลังถ่ายอยู่ นี่อาจจะเป็นก้าวต่อไปของวงการ wearable camera เลยก็ได้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คิดว่า AirPods ติดกล้องจะเวิร์คจริงมั้ย? กด follow ไว้ก่อนเลย ถ้ามีภาพหลุดหรือข้อมูลเพิ่มเติม จะรีบเอามาให้ดูทันที! 🔔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MacRumors  #airpods #appleleaks #gadget #เทคโนโลยี #ข่าวไอที  💡 Apple's Trojan Horse for Wearable Cameras: วางตำแหน่งข่าวลือ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0"/>
      </w:pPr>
    </w:p>
    <w:p>
      <w:pPr>
        <w:spacing w:before="0" w:after="120"/>
        <w:jc w:val="center"/>
      </w:pPr>
      <w:r>
        <w:rPr>
          <w:rFonts w:ascii="Arial" w:hAnsi="Arial"/>
          <w:b w:val="0"/>
          <w:i/>
          <w:color w:val="AAAAAA"/>
          <w:sz w:val="16"/>
        </w:rPr>
        <w:t>Generated by TikTok Farming Pipeline  •  Next step: Script QC Agent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