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24 Aug 2026  09:15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17 ยังไม่มา แต่ข่าวลือมาแล้ว! อยากได้ต้องเริ่มเก็บตังค์วันละกี่บาท?! 💸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แก! ฟังนะ! มีข่าวลือจากช่อง อาตี๋รีวิว บอกว่า iPhone 17 Pro Max เนี่ย อาจจะมาพร้อมดีไซน์ใหม่หมดจด แถมกล้องอาจจะเทพขึ้นไปอีก! ถึงจะยังเป็นแค่ข่าวลือนะ แต่ถ้ามันมาจริงแล้วราคาแรงเหมือนเดิม สมมติว่าเปิดตัวที่สี่หมื่นกว่าๆ เราต้องเก็บเงินวันละเท่าไหร่ถึงจะทันซื้อวันแรก? ลองคิดเล่นๆ ถ้าเก็บวันละร้อยกว่าบาท ปีนึงก็ซื้อได้เลยนะ! นี่แหละ The Gen Z Savings Challenge เริ่มเลอ!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ใครทีมรอ iPhone 17 คอมเมนต์มาหน่อย! กด follow ไว้เลย เดี๋ยวมีข่าวหลุดมาอัปเดตให้ก่อนใคร!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อาตี๋รีวิว  #iphone17 #iphone17promax #ข่าวไอโฟน #นักเรียน #เก็บเงิน  💡 The Gen Z Savings Goal: เปลี่ยนข่าวลือเรื่องเทคโนโลยีให้กลาย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รู้ยัง? iPhone ในมือเรากำลังจะฉลาดขึ้นอีก 100% แบบไม่ต้องเสียตังค์ซักบาท!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เรื่องจริง! ตอนนี้มีโครงการชื่อ TH-AI Passport ที่ให้คนไทยใช้ AI ได้ฟรีๆ เลยเว้ย! ตามที่ช่อง Droidsans บอก แค่เราเข้าไปลงทะเบียนล่วงหน้าในเว็บ พอเขาเปิดให้ใช้ เราก็เอามาใช้บน iPhone เราได้เลย จะให้ช่วยคิดแคปชั่น ทำการบ้าน หรือหาไอเดียทำคอนเทนต์ TikTok ก็ยังได้ เหมือนได้อัปเกรดสมองให้ iPhone ของเราแบบฟรีๆ อ่ะเพื่อน มันจึ้งมาก!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ของฟรีมีจริง! รีบไปลงทะเบียนกันเลยเพื่อน! กด follow ไว้ เดี๋ยวมีทริคเด็ดๆ มาบอกอีกเพียบ!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38s  📰 Droidsans  #AIฟรี #THAIPassport #iphonetricks #นักศึกษา #ทริคไอโฟน  💡 Exclusive iPhone Power-Up: ไม่ได้แค่บอกวิธีรับของฟรี แต่เป็น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เบื่อป่ะ? เวลารอส่งรูปให้เพื่อนทีละรูป! #ไม่ต้องรอแล้ว เข้าใจม้ายยย! ✨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เห็นไวรัลนี้แล้วนึกขึ้นได้! มีทริคใน iPhone ที่จะทำให้เราไม่ต้องรอส่งรูปนานๆ อีกต่อไป! ปกติเราจะกดเลือกทีละรูปใช่มะ? ลองทำงี้แทน: ใช้นิ้วนึงจิ้มรูปแรกค้างไว้ แล้วใช้อีกนิ้วนึงแตะๆๆ รูปอื่นที่อยากได้เลย รูปมันจะมารวมกันเป็นปึก! จากนั้นก็แค่ลากปึกรูปนี้ไปโยนใส่แชทเพื่อนได้เลยทันที โคตรไว โคตรคูล!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ใครเพิ่งรู้ทริคนี้บ้าง เมนต์มา! กด follow ไว้เลย ทริคประหยัดเวลาแบบนี้มีอีกเพียบ! 😎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อาตี๋รีวิว  #ไม่ต้องรอแล้ว #iphonetricks #ทริคไอโฟน #ios #สอนใช้ไอโฟน  💡 The 'No-Wait' Workflow Hack: หยิบเอา Meme หรือ Sound ที่เป็น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เงินเดือนออกต้องซื้อ iPhone 17 Pro เลยไหม? ข่าวลือล่าสุดบอกว่าอาจต้องจ่ายเพิ่มเป็นหมื่น!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ใครที่กำลังเก็บเงินรอ iPhone 17 Pro อยู่ ฟังทางนี้ก่อนครับ ตอนนี้มีข่าวลือหนาหูมากจากหลายแหล่งว่า iPhone 17 Pro และ Pro Max ที่จะเปิดตัวปีหน้า อาจจะมีการอัปเกรดครั้งใหญ่ โดยเฉพาะเรื่องกล้อง Telephoto ที่จะเพิ่มความละเอียดเป็น 48MP และอาจจะใช้ชิป Wi-Fi 7 รุ่นใหม่ที่ Apple พัฒนาเอง ทำให้รับส่งข้อมูลเร็วกว่าเดิมมาก</w:t>
        <w:br/>
        <w:br/>
        <w:t>แต่ที่สำคัญคือ...การอัปเกรดทั้งหมดนี้อาจทำให้ราคาเปิดตัวสูงขึ้นกว่าเดิมหลายพันถึงเป็นหมื่นบาทได้เลยครับ สำหรับคนทำงานอย่างเราๆ ที่ใช้ iPhone เป็นเครื่องมือทำมาหากิน ทั้งถ่ายงาน ติดต่อลูกค้า จัดการตารางเวลา ก็ต้องชั่งน้ำหนักให้ดี ว่าฟีเจอร์ที่เพิ่มขึ้นมา คุ้มกับเงินที่ต้องจ่ายเพิ่มไหม หรือจะรอจัด iPhone 16 Pro ตอนที่ราคาอาจจะปรับลงหลังรุ่นใหม่ออก ก็เป็นอีกทางเลือกที่น่าสนใจครับ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 iPhone 17 Pro แพงขึ้นหมื่นนึงจริง คุณจะรอหรือไปจัดรุ่นอื่นแทน? คอมเมนต์บอกหน่อยครับ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อาตี๋รีวิว  #iPhone17Pro #ข่าวลือiPhone #อัปเกรดiPhone #มนุษย์เงินเดือน #Apple  💡 Future-Proofing Your Purchase Cycle: ไม่ได้มองแค่ข่าวลือ แต่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iPhone อยู่รึเปล่า? ตอนนี้มี AI ให้ใช้ฟรี 1 ปีเต็มจากโครงการของรัฐ! ลงทะเบียนได้แล้ววันนี้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ข่าวดีสำหรับคนทำงานที่ใช้ iPhone ครับ ตอนนี้มีโครงการ TH-AI Passport ที่ให้คนไทยลงทะเบียนเพื่อรับสิทธิ์ใช้ Generative AI ฟรี เป็นเวลา 1 ปีเต็มเลยครับ</w:t>
        <w:br/>
        <w:br/>
        <w:t>นี่ไม่ใช่แอปเล่นๆ นะครับ แต่มันคือเครื่องมือช่วยทำงานชั้นดีเลย แค่คุณใช้ Safari บน iPhone เข้าไปลงทะเบียน ก็สามารถเริ่มใช้งานได้ทันที ลองนึกภาพตามนะครับ...ต้องร่างอีเมลยาวๆ ให้ลูกค้า ก็ให้ AI ช่วยเขียนฉบับร่างได้ในไม่กี่วินาที หรือมีเอกสารสรุปประชุมมาเป็นสิบหน้า ก็โยนให้ AI ช่วยย่อเหลือแค่ประเด็นสำคัญได้เลย ทั้งหมดนี้ทำได้บน iPhone ของคุณเลย ช่วยลดเวลาทำงานไปได้เยอะมาก ทำให้เรามีเวลาไปโฟกัสกับงานที่สำคัญกว่าเดิม ใครที่อยากทำงานให้เร็วขึ้นโดยไม่ต้องเสียเงินเพิ่มซักบาท ต้องรีบไปลองเลยครับ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ใครลงทะเบียนแล้วบ้าง? ลองเอาไปใช้กับงานอะไรแล้วเวิร์ค คอมเมนต์มาแชร์กันหน่อยครับ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#AIฟรี #THAIPassport #iPhoneTips #ทำงานเร็วขึ้น #Productivity  💡 Zero-Cost Productivity Enhancement: วางตำแหน่ง iPhone ให้เป็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วัดความดันกับน้ำตาลในเลือดบนนาฬิกา? ไม่ใช่เรื่องไกลตัวอีกต่อไป...แล้ว Apple Watch กับ iPhone ของเราล่ะ พร้อมเมื่อไหร่?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ตอนนี้เราเริ่มเห็น Smartwatch บางรุ่นในตลาดเริ่มมีฟีเจอร์สุขภาพที่ล้ำมากๆ ทั้งการวัดความดัน หรือค่ากรดยูริก ซึ่งเป็นข้อมูลที่สำคัญมากสำหรับคนทำงานวัยอย่างเราที่สุขภาพเริ่มต้องดูแลเป็นพิเศษ</w:t>
        <w:br/>
        <w:br/>
        <w:t>คำถามคือ แล้ว Apple Watch ล่ะ? มีข่าวลือมาตลอดว่า Apple กำลังซุ่มพัฒนาเซ็นเซอร์สำหรับวัดค่าน้ำตาลในเลือดแบบไม่ต้องเจาะปลายนิ้ว รวมถึงการวัดความดันโลหิต ซึ่งถ้าทำได้จริง มันจะเป็นการปฏิวัติการดูแลสุขภาพเลยครับ ลองนึกภาพว่าคุณสามารถเช็คระดับน้ำตาลได้ง่ายๆ ก่อนเข้าประชุม หรือดูแนวโน้มความดันหลังปิดโปรเจกต์เครียดๆ ข้อมูลทั้งหมดจะถูกซิงค์และวิเคราะห์บนแอป Health ใน iPhone ของเราแบบเรียลไทม์ ถึงแม้ตอนนี้จะยังเป็นแค่ข่าวลือที่ยังไม่ยืนยัน แต่ก็แสดงให้เห็นทิศทางในอนาคตว่า iPhone และ Apple Watch จะกลายเป็นผู้ช่วยดูแลสุขภาพส่วนตัวที่ฉลาดขึ้นเรื่อยๆ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ถ้าเลือกได้ฟีเจอร์เดียว คุณอยากให้ Apple Watch วัดอะไรได้มากที่สุด? คอมเมนต์บอกหน่อยครับ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เอกวิทย์  #AppleWatch #iPhoneHealth #เทคโนโลยีสุขภาพ #Smartwatch #ดูแลสุขภาพ  💡 Proactive Health Management as a Productivity Tool: เปลี่ยนม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มีข่าวลือว่ากล้อง iPhone 17 Pro จะอัปเกรดครั้งใหญ่... แต่สำหรับช่างภาพอย่างเรา ควรกดข้าม iPhone 16 แล้วรอจริงเหรอ?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ตามรายงานข่าวลือ iPhone 17 Pro อาจจะมาพร้อมการอัปเกรดกล้องที่น่าสนใจมากๆ ทั้งเซ็นเซอร์หลักที่อาจมีขนาดใหญ่ขึ้น และที่สำคัญคือเลนส์ Ultra Wide ที่อาจจะเพิ่มความละเอียดเป็น 48MP เท่ากับกล้องหลักในปัจจุบัน</w:t>
        <w:br/>
        <w:br/>
        <w:t>สำหรับคนถ่ายภาพ นี่ไม่ใช่แค่เรื่องตัวเลข แต่มันหมายถึงไฟล์ ProRAW จากเลนส์ Ultra Wide ที่จะมีรายละเอียดมหาศาล ยืดหยุ่นในการ crop และแต่งภาพมากขึ้นแบบคนละเรื่องเลย</w:t>
        <w:br/>
        <w:br/>
        <w:t>แต่คำถามที่สำคัญกว่าคือ... มันจำเป็นต้องรอข้ามปีมั้ย? เทคโนโลยีกล้องของ iPhone 15 Pro และ 16 Pro ที่กำลังจะมาก็ถือว่าสุดยอดอยู่แล้ว การรอหมายถึงคุณอาจจะพลาดโอกาสถ่ายรูปสวยๆ ด้วยเทคโนโลยีที่ดีที่สุดของวันนี้ไปเป็นปี แต่ถ้าข่าวลือเป็นจริง การรอก็อาจจะคุ้มค่าสำหรับคนที่ต้องการคุณภาพไฟล์สูงสุดในทุกระยะเลนส์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ใครทีมรอ iPhone 17 Pro คอมเมนต์มาหน่อย! กด save คลิปนี้ไว้เลย ถ้ามีข้อมูลกล้องหลุดมาเพิ่ม จะมาวิเคราะห์เจาะลึกให้ฟัง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อาตี๋รีวิว  #iPhone17Pro #ช่างภาพ #ถ่ายรูปไอโฟน #AppleProRAW #ข่าวไอที  💡 Strategic Upgrade Path for Photographers: เปลี่ยนคำถามสำหรับ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ถ่ายวิดีโอด้วย iPhone แล้วแสงวูบวาบ โฟกัสหลุดตลอด? ไม่ต้องรอ iPhone รุ่นใหม่... คุณแค่ยังไม่ได้ใช้ 'ปุ่มลับ' ที่มีอยู่แล้ว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เคยเจอปัญหานี้มั้ยครับ? เรากำลังถ่ายวิดีโอสวยๆ แต่พอขยับกล้องนิดเดียว แสงก็เปลี่ยน โฟกัสก็เลื่อนไปมา ทำให้ฟุตเทจดูไม่โปรเลย คนส่วนใหญ่จะแค่แตะหน้าจอเพื่อโฟกัส ซึ่งมันแก้ปัญหาได้แค่ชั่วคราว</w:t>
        <w:br/>
        <w:br/>
        <w:t>Pro tip ที่จะเปลี่ยนเกมคือ: ไม่ใช่แค่แตะ แต่ให้ 'แตะค้าง' ที่จุดโฟกัสจนเห็นกรอบสีเหลืองพร้อมข้อความ 'AE/AF LOCK' ขึ้นมา</w:t>
        <w:br/>
        <w:br/>
        <w:t>AE/AF LOCK คือการสั่งให้กล้องหยุดคิดเองครับ AE คือ Auto Exposure หรือค่าแสง, AF คือ Auto Focus มันจะล็อคทั้งสองอย่างให้นิ่งสนิท ไม่ว่าคุณจะแพนกล้องไปทางไหน แสงและโฟกัสจะอยู่ที่เดิมเป๊ะๆ แถมเมื่อล็อคแล้ว เรายังสามารถสไลด์นิ้วข้างๆ เพื่อปรับชดเชยแสงได้เองอีกด้วย นี่คือ Manual Control ที่ใกล้เคียงกล้องโปรที่สุดแล้ว ลองเอาไปใช้กับ ProRes หรือ Cinematic Mode ดูสิครับ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เทคนิคง่ายๆ แค่นี้ก็ทำให้วิดีโอคุณดูโปรขึ้นทันที! กด save ไว้เลย คลิปหน้าจะมาสอนเทคนิค ProRAW ที่หลายคนยังไม่รู้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อาตี๋รีวิว  #ถ่ายไงได้งี้ #เทคนิคถ่ายรูป #สอนถ่ายวิดีโอ #ไอโฟน #iphonetricks  💡 Immediate Workflow Enhancement: ตีความหัวข้อ 'ไม่ต้องรอแล้ว'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ภาพซ้ายคือ Digital Zoom ของมือถือ... ภาพขวาคือเลนส์ Telephoto จากกล้องโปร... ข่าวลือ iPhone 17 Pro Max อาจจะทำให้สองภาพนี้ใกล้กันกว่าที่คิด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ช่างภาพรู้ดีว่า Digital Zoom เป็นแค่การ crop ภาพ ทำให้คุณภาพดรอปลงอย่างเห็นได้ชัด ในขณะที่ Optical Zoom จากเลนส์ Telephoto แท้ๆ จะให้ความคมชัดและมิติที่เหนือกว่ามาก</w:t>
        <w:br/>
        <w:br/>
        <w:t>ปัจจุบัน iPhone 15 Pro Max ให้ 5x Optical Zoom ที่ระยะเทียบเท่า 120mm ซึ่งยอดเยี่ยมสำหรับภาพ Portrait แต่สำหรับงานที่ต้องการระยะไกลกว่านั้น เช่น การถ่ายภาพสัตว์ป่า หรือ Candid Photography ก็ยังมีความท้าทายอยู่</w:t>
        <w:br/>
        <w:br/>
        <w:t>แต่ล่าสุดมีรายงานข่าวลือที่น่าสนใจว่า iPhone 17 Pro Max อาจจะอัปเกรดระบบเลนส์ Telephoto ครั้งใหญ่ ซึ่งอาจจะใช้เทคโนโลยี Periscope ที่ซับซ้อนขึ้น ทำให้ได้ระยะ Optical Zoom ที่ไกลและคมชัดกว่าเดิมอย่างมีนัยสำคัญ แม้จะยังแทนที่เซ็นเซอร์ Full Frame ไม่ได้ แต่ลองนึกภาพการได้ไฟล์ ProRAW คุณภาพสูงจากระยะ 200mm หรือไกลกว่านั้นในกระเป๋าเสื้อดูสิครับ นี่อาจเป็นจุดเปลี่ยนที่ทำให้ช่างภาพหลายคนทิ้งกล้องตัวใหญ่ไว้บ้านบ่อยขึ้นจริงๆ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คุณคิดว่า Optical Zoom บนมือถือจะไปได้ไกลแค่ไหน? กด save ไว้เลย ถ้าข่าวนี้เป็นจริง จะเอามาทดสอบเทียบกับกล้อง Mirrorless ให้ดูชัดๆ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อาตี๋รีวิว  #iPhone17ProMax #กล้องไอโฟน #ถ่ายภาพ #DSLR #เลนส์กล้อง  💡 Component-Specific Disruption Analysis: แทนที่จะพูดถึงข่าวลื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ส่ง LINE ผิดชีวิตเปลี่ยน? ไม่ต้องแล้ว! ถ้าใช้ iPhone แม้จะเป็นรุ่นเก่าก็แก้ข้อความได้ทันที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เคยไหมครับ ส่งข้อความใน LINE ไปแล้วเพิ่งเห็นว่าพิมพ์ผิด หรือแย่กว่านั้นคือส่งผิดคน! ใจหายแว๊บเลยใช่ไหมครับ</w:t>
        <w:br/>
        <w:br/>
        <w:t>แต่ข่าวดีคือตอนนี้ LINE เค้ามีฟีเจอร์ให้เรากลับไปแก้ไขข้อความที่ส่งไปแล้วได้ภายใน 24 ชั่วโมง!</w:t>
        <w:br/>
        <w:br/>
        <w:t>ที่เด็ดกว่านั้นคือ ฟีเจอร์นี้ไม่ได้จำกัดอยู่แค่ใน iPhone รุ่นใหม่ๆ ราคาแพงนะ แค่เราใช้ iPhone รุ่นที่ยังรองรับการอัปเดตซอฟต์แวร์อยู่ อย่างพวก iPhone 13 หรือ 14 มือสองสภาพดีๆ ในงบหมื่นกว่าบาท ก็สามารถใช้ฟีเจอร์นี้ได้เหมือนกัน</w:t>
        <w:br/>
        <w:br/>
        <w:t>นี่แหละคือข้อดีของการเลือกใช้ iPhone ครับ ถึงจะเป็นรุ่นเก่าหน่อย แต่ Apple เค้ายังดูแลอัปเดตฟีเจอร์ใหม่ๆ ให้ตลอด ทำให้เราไม่ต้องจ่ายแพง แต่ก็ได้ประสบการณ์การใช้งานที่ดีไปอีกหลายปีเลย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ใครมีงบเท่าไหร่กันอยู่ ลองคอมเมนต์มาเลย เดี๋ยวช่วยแนะนำรุ่นที่คุ้มที่สุดให้ครับ!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ครูหนึ่งสอนดี  #ไอโฟนมือสอง #ทริคไอโฟน #แก้ข้อความไลน์ #iphoneราคานักเรียน #ผ่อนไอโฟน  💡 Everyday Problem, Budget Solution: ใช้ปัญหาที่คนเจอทุกวัน (ส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 20,000 บาท อยากได้ iPhone ตอนนี้เลยดีไหม หรือควรรอ? คลิปนี้มีคำตอบชัดๆ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เป็นคำถามที่เจอบ่อยมากช่วงนี้ครับ ว่าใกล้จะมี iPhone รุ่นใหม่เปิดตัวแล้ว เราควรรอรุ่นเก่าราคาลงอีกหน่อย หรือถ้าจำเป็นต้องใช้ ซื้อตอนนี้เลยจะคุ้มไหม?</w:t>
        <w:br/>
        <w:br/>
        <w:t>ผมตอบแบบนี้ครับ ถ้าเครื่องเก่ายังไหวและไม่รีบ การรอดูอีก 2-3 เดือนก็อาจจะประหยัดไปได้อีกนิดหน่อยจริงครับ</w:t>
        <w:br/>
        <w:br/>
        <w:t>แต่! สำหรับคนที่จำเป็นต้องใช้มือถือตอนนี้เลย งบประมาณสองหมื่นนิดๆ การซื้อ iPhone 13 หรือ iPhone 14 มือสองสภาพดี ถือว่าเป็นตัวเลือกที่ฉลาดและคุ้มค่ามากๆ ครับ</w:t>
        <w:br/>
        <w:br/>
        <w:t>เพราะถึงแม้รุ่นใหม่จะออกมา แต่ประสิทธิภาพของรุ่นเหล่านี้ก็ยังแรงเหลือๆ กล้องสวยมาก และที่สำคัญคือได้อัปเดต iOS ไปอีกยาวๆ หลายปี ไม่ต้องกลัวโดนทิ้ง แถมราคามือสองตอนนี้ก็ลงมาอยู่ในจุดที่จับต้องง่ายแล้ว ไม่ต้องรอให้เสียเวลาครับ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แล้วเพื่อนๆล่ะครับ เป็นทีม #ซื้อเลย หรือ #รอดีกว่า? ใครมีงบเท่าไหร่ ลองคอมเมนต์มาคุยกันครับ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52s  📰 อาตี๋รีวิว  #ไอโฟน #ซื้อมือถือ #iphone13 #iphone14 #ไอโฟนมือสอง  💡 Actionable Timing Advice for the Impatient: ให้คำแนะนำที่จับ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iPhone อยู่รึเปล่า? รู้ยังว่าตอนนี้มีโครงการให้เราใช้ AI ได้ฟรี! รีบดูก่อนหมดเขต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ใครที่ใช้ iPhone อยู่ ฟังทางนี้เลยครับ ตอนนี้มีโครงการดีๆ ชื่อว่า TH-AI Passport ที่ให้คนไทยสามารถลงทะเบียนเพื่อรับสิทธิ์ใช้งานโปรแกรม AI ต่างๆ ได้ฟรี!</w:t>
        <w:br/>
        <w:br/>
        <w:t>ตามรายงานจาก Droidsans โครงการนี้เปิดให้เราเข้าไปลงทะเบียนล่วงหน้าได้แล้วนะครับ เพื่อจะได้ทดลองใช้เทคโนโลยีปัญญาประดิษฐ์ใหม่ๆ</w:t>
        <w:br/>
        <w:br/>
        <w:t>ขั้นตอนก็ไม่ยากเลย แค่ใช้ iPhone ของเรานี่แหละเข้าไปที่เว็บไซต์ของโครงการแล้วทำตามขั้นตอนเพื่อลงทะเบียน</w:t>
        <w:br/>
        <w:br/>
        <w:t>นี่เป็นอีกข้อดีของการมีสมาร์ทโฟนดีๆ ติดตัวไว้ครับ ทำให้เราไม่พลาดโอกาสหรือสิทธิประโยชน์ต่างๆ ที่มีออกมาเรื่อยๆ ใครที่กำลังมองหา iPhone งบประหยัดไว้ใช้ทำอะไรแบบนี้อยู่ บอกเลยว่าคุ้มครับ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ใครลงทะเบียนแล้วบ้าง คอมเมนต์มาบอกหน่อย! ส่วนใครอยากได้ iPhone ไว้ใช้แบบนี้แต่งบจำกัด คอมเมนต์งบมาได้เลยครับ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#ไอโฟน #AI #ของฟรี #เทคโนโลยี #ทริคดีบอกต่อ  💡 Unlocking Public Benefits: เปลี่ยนข่าวเทคโนโลยีทั่วไปให้กลาย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ผู้บริหารกำลังวางแผนอัปเกรด iPhone ให้ทีม? ข่าวลือ iPhone 17 อาจทำให้คุณต้องทบทวนแผนจัดซื้อปีหน้าใหม่ทั้งหมด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ตามปกติองค์กรจะวางแผนรอบการอัปเกรดอุปกรณ์ทุก 2-3 ปี แต่ตอนนี้มีรายงานข่าวลือเกี่ยวกับ iPhone 17 Pro และ Pro Max ออกมาแล้ว ทั้งที่ iPhone 16 ยังไม่เปิดตัวด้วยซ้ำ</w:t>
        <w:br/>
        <w:br/>
        <w:t>สำหรับฝ่ายบริหารและ IT การตัดสินใจจัดซื้อ iPhone 15 หรือรอ 16 ตอนนี้ ต้องพิจารณาถึงความคุ้มค่าในระยะยาว หากการอัปเกรดในรุ่น 17 เป็นการเปลี่ยนแปลงครั้งใหญ่ การลงทุนในรุ่นปัจจุบันอาจให้ ROI ที่ไม่ดีเท่าที่ควรในระยะยาว</w:t>
        <w:br/>
        <w:br/>
        <w:t>นี่คือการวางแผนสินทรัพย์เชิงกลยุทธ์ (Strategic Asset Planning) ไม่ใช่แค่การตามเทรนด์ การวิเคราะห์ข้อมูลเหล่านี้ล่วงหน้า ช่วยให้องค์กรสามารถจัดสรรงบประมาณได้อย่างเหมาะสม และทำให้มั่นใจว่าทีมของคุณจะได้ใช้เทคโนโลยีที่ทันสมัยและคุ้มค่ากับการลงทุนที่สุดในอีก 24-36 เดือนข้างหน้า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ไว้เพื่อวิเคราะห์การอัปเกรดอุปกรณ์ Apple สำหรับองค์กรอย่างคุ้มค่าที่สุด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อาตี๋รีวิว  #iPhone17 #AppleEcosystem #ผู้บริหาร #การลงทุน #เทคโนโลยี  💡 Corporate Fleet Lifecycle Management: เปลี่ยนข่าวลือสำหรับผู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เคยส่งข้อความธุรกิจสำคัญแล้วเจอคำผิดไหมครับ? พลาดครั้งเดียวอาจลดทอนความน่าเชื่อถือได้ นี่คือฟีเจอร์บน iPhone ที่ช่วยแก้ปัญหานี้ในไม่กี่วินาที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ในการสื่อสารระดับผู้บริหาร ความแม่นยำคือสิ่งสำคัญที่สุด การพิมพ์ข้อความผิดพลาดในแอปพลิเคชันอย่าง LINE แม้เพียงเล็กน้อย ก็อาจส่งผลต่อภาพลักษณ์ความเป็นมืออาชีพได้</w:t>
        <w:br/>
        <w:br/>
        <w:t>แต่คุณสามารถจัดการปัญหานี้ได้โดยตรงบน iPhone ของคุณ LINE มีฟีเจอร์ที่ให้คุณแก้ไขข้อความที่ส่งไปแล้วได้ภายใน 24 ชั่วโมง เพียงแตะค้างที่ข้อความที่ต้องการแก้ เลือก 'แก้ไข' แล้วพิมพ์ใหม่ให้ถูกต้อง</w:t>
        <w:br/>
        <w:br/>
        <w:t>ฟีเจอร์นี้ไม่ใช่แค่เครื่องมือแก้คำผิด แต่มันคือเครื่องมือบริหารจัดการความน่าเชื่อถือ (Credibility Management) ช่วยให้การสื่อสารทางธุรกิจของคุณชัดเจน แม่นยำ และรักษามาตรฐานความเป็นมืออาชีพสูงสุดในทุกสถานการณ์ ไม่ว่าจะคุยกับลูกค้าคนสำคัญหรือสั่งงานทีม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ไว้เพื่อรับเทคนิคการใช้ iPhone เพิ่มประสิทธิภาพในการทำงานระดับผู้บริหาร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ครูหนึ่งสอนดี  #iPhoneTricks #Productivity #ผู้บริหาร #การสื่อสาร #Apple  💡 Communication Risk Mitigation: ยกระดับฟีเจอร์แก้ไขข้อความธรร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รัฐบาลเปิดให้ใช้ AI ฟรีผ่านโครงการ TH-AI Passport แต่สำหรับผู้บริหาร คำถามสำคัญคือ 'ข้อมูลธุรกิจของเราจะปลอดภัยแค่ไหน?' นี่คือคำตอบเมื่อคุณใช้ผ่าน iPhone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โครงการ TH-AI Passport เป็นโอกาสที่ดีในการเข้าถึงเทคโนโลยี AI แต่การนำเครื่องมือภายนอกมาใช้กับข้อมูลธุรกิจมีความเสี่ยงด้านความปลอดภัยเสมอ</w:t>
        <w:br/>
        <w:br/>
        <w:t>นี่คือจุดที่ความแข็งแกร่งของ Apple Ecosystem เข้ามามีบทบาท เมื่อคุณเข้าถึงบริการเหล่านี้ผ่าน iPhone ระบบปฏิบัติการ iOS จะมีกลไกป้องกันหลายชั้น เช่น App Sandboxing ที่จำกัดการเข้าถึงข้อมูลของแอปฯ และ Privacy Nutrition Labels ที่บอกให้คุณรู้ล่วงหน้าว่าแอปฯ จะขอเข้าถึงข้อมูลอะไรบ้าง</w:t>
        <w:br/>
        <w:br/>
        <w:t>การใช้ iPhone จึงเปรียบเสมือนการเข้าถึงนวัตกรรมใหม่ๆ ผ่านประตูที่มีการรักษาความปลอดภัยระดับองค์กร ช่วยให้ทีมของคุณสามารถทดลองใช้เทคโนโลยี AI ได้ โดยที่ยังอยู่ภายใต้มาตรฐานความปลอดภัยของข้อมูลที่องค์กรไว้วางใจ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เราเพื่อเรียนรู้วิธีใช้ Apple Ecosystem ปกป้องข้อมูลธุรกิจของคุณในยุค AI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 #Security #AI #ธุรกิจ #Apple  💡 Secure Gateway for Emerging Tech: วางตำแหน่ง iPhone ไม่ใช่ผู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คุณอาจไม่ต้องหยิบ iPhone ขึ้นมาถ่ายรูปอีกต่อไป! เพราะมีข่าวลือว่า Apple กำลังจะเอากล้องไปซ่อนไว้ในที่ที่คุณคาดไม่ถึง...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ข่าวลือล่าสุดที่กำลังเป็นกระแสจากสื่อต่างประเทศอย่าง MacRumors ระบุว่า Apple กำลังซุ่มพัฒนา AirPods รุ่นใหม่ที่ติดกล้องมาด้วย! ลองนึกภาพตามนะครับ เวลาเราเจอโมเมนต์ที่อยากเก็บไว้ แค่แตะที่หูฟังก็สามารถถ่ายรูปหรือวิดีโอได้ทันที ไม่ต้องเสียเวลาควักมือถือออกมาเลย ตามรายงานยังบอกอีกว่าอาจจะมาพร้อม AI ช่วยประมวลผลภาพและเสียงไปพร้อมกันด้วย ซึ่งถ้าทำได้จริง อาจจะเปลี่ยนวิธีการถ่ายวิดีโอแบบ POV หรือการทำคอนเทนต์บน TikTok ไปตลอดกาลเลยก็ได้ครับ แต่แน่นอนว่าทั้งหมดนี้ยังเป็นแค่ข่าวลือที่ยังไม่ได้รับการยืนยันนะครับ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ถ้าไม่อยากพลาดข่าวหลุดเด็ดๆ แบบนี้ กด follow ไว้ก่อนเลย เดี๋ยวมีอัปเดตจะรีบมารายงานทันที! 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MacRumors  #airpods #appleleaks #ข่าวไอที #ไอโฟน #แอปเปิ้ล  💡 The End of the Smartphone Camera?: วางตำแหน่งข่าวลือนี้ไม่ใช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16 Pro Max อาจจะไม่ใช่รุ่นท็อปสุดอีกต่อไป! เพราะมีข่าวลือหนาหูว่า Apple เตรียมเปิดตัวรุ่นที่เหนือกว่าอย่าง 'iPhone Ultra'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ฟังไม่ผิดครับ! นอกจาก Apple Watch แล้ว ตอนนี้มีข่าวลือหนักมากว่าเราอาจจะได้เห็น 'iPhone Ultra' ในอนาคตอันใกล้นี้ ตามการวิเคราะห์จากสื่อต่างประเทศ รุ่น Ultra จะไม่ใช่แค่การอัปเกรดเล็กน้อย แต่จะเป็นรุ่นที่สเปคจัดเต็มแบบก้าวกระโดดกว่ารุ่น Pro Max อย่างชัดเจน มีรายงานว่าอาจจะมาพร้อมระบบกล้องที่ดีกว่าเดิมแบบสุดๆ, ชิปประมวลผลรุ่นพิเศษ, และวัสดุตัวเครื่องที่ทนทานกว่าเดิม แต่คำถามสำคัญคือ...ราคาล่ะ? ถ้า Pro Max ว่าแพงแล้ว รุ่น Ultra อาจจะมีราคาเริ่มต้นที่สูงลิ่วไปเลยก็ได้ ซึ่งนี่อาจจะเป็นการสร้างมาตรฐานใหม่ของวงการสมาร์ทโฟนเลยครับ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คุณคิดว่าราคาจะไปจบที่เท่าไหร่? คอมเมนต์มาคุยกัน! แล้วกด follow ไว้รออัปเดตข่าว iPhone Ultra กันต่อได้เลย!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52s  📰 MacRumors  #iphoneultra #iphone16 #apple #ไอโฟน #ข่าวลือ  💡 The Price of Perfection?: เปลี่ยนจากการรายงานสเปคที่หลุดออกม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อย่าให้หน้าตาเดิมๆ หลอกคุณได้! เพราะมีข่าวลือว่า MacBook Pro รุ่นใหม่ที่ใช้ชิป M6 อาจจะเป็นอสูรที่ซ่อนอยู่ในร่างเดิม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ข่าวลือล่าสุดจากฝั่ง AppleInsider ระบุว่า MacBook Pro รุ่นต่อไปที่คาดว่าจะมาพร้อมชิป M6 อาจจะยังใช้ดีไซน์เดิมเป๊ะๆ... แต่ไส้ในนี่คือคนละเรื่อง! มีรายงานว่าชิป M6 จะเน้นการอัปเกรดประสิทธิภาพแบบก้าวกระโดด โดยเฉพาะด้าน AI และ Machine Learning ที่จะฉลาดและเร็วกว่าเดิมแบบมหาศาล ใครที่เป็นสายตัดต่อวิดีโอ ทำกราฟิก หรือทำงานหนักๆ น่าจะรู้สึกถึงความแตกต่างได้ชัดเจน มันเหมือนกับรถยนต์ที่ภายนอกดูธรรมดา แต่ข้างในวางเครื่องยนต์ซูเปอร์คาร์เอาไว้เลยครับ แม้ภายนอกจะไม่ว้าว แต่ประสิทธิภาพที่ได้มาอาจทำให้คุณลืมเรื่องดีไซน์ไปเลยก็ได้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ใครกำลังรออัปเกรด MacBook อยู่บ้าง? กด follow ไว้เลยครับ ถ้ามีข้อมูลชิป M6 เพิ่มเติมจะรีบมาบอกทันที!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AppleInsider  #macbookpro #m6 #applechip #macbook #ข่าวapple  💡 The Silent Power-Up: เน้นการเล่าเรื่องที่ขัดแย้งกันระหว่าง '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