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rial" w:hAnsi="Arial"/>
          <w:b/>
          <w:i w:val="0"/>
          <w:color w:val="1A1A2E"/>
          <w:sz w:val="40"/>
        </w:rPr>
        <w:t>🚀 TikTok Farming — Script Report</w:t>
      </w:r>
    </w:p>
    <w:p>
      <w:pPr>
        <w:spacing w:before="0" w:after="40"/>
      </w:pPr>
      <w:r>
        <w:rPr>
          <w:rFonts w:ascii="Arial" w:hAnsi="Arial"/>
          <w:b w:val="0"/>
          <w:i w:val="0"/>
          <w:color w:val="666666"/>
          <w:sz w:val="18"/>
        </w:rPr>
        <w:t>Run: 25 Aug 2026  09:16 ICT  •  18 scripts  •  6 clusters  •  Gemini 2.5 Pro</w:t>
      </w:r>
    </w:p>
    <w:p>
      <w:pPr>
        <w:spacing w:before="80" w:after="80"/>
        <w:pBdr>
          <w:bottom w:val="single" w:sz="4" w:space="1" w:color="7c4dff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8E24AA"/>
          <w:sz w:val="26"/>
        </w:rPr>
        <w:t xml:space="preserve">  🎮  Gen Z / นักเรียน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จอ iPhone มันเล็กไปปะ? มาดูคู่หูใหม่ของชาวเรา! ทีวีพกพาแบบไม่ต้องเสียบปลั๊ก!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คิดดูดิ! กำลังนอนดูซีรีส์บน iPhone ฟินๆ แล้วอยากได้จอใหญ่ขึ้นอะ นี่เลย! ทีวีพกพาที่มีแบตในตัว! แค่ AirPlay จาก iPhone ของเราขึ้นจอได้เลย ไม่ต้องมีสายไฟให้วุ่นวาย จะหิ้วไปดูในสวนหลังบ้าน ตั้งแคมป์กับเพื่อน หรือปาร์ตี้ริมสระคือปังมาก จอใหญ่สะใจ แถมไม่เปลืองแบต iPhone เราด้วยนะเว้ย ของมันต้องมีแล้วปะะะ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อยากได้ Gadget เด็ดๆ มาใช้คู่กับ iPhone อีก กด follow ไว้เลย! 🔥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38s  📰 Droidsans  #ทีวีพกพา #ของมันต้องมี #iPhoneTips #Gadget #สายดูหนัง  💡 The 'Second Screen' Revolution for Gen Z: ไม่ได้มองว่าเป็นแค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iPhone รุ่นใหม่ใกล้มาแล้ว! แล้วรุ่นเก่าจะลดโหดแค่ไหน? รอหรือซื้อเลย... แบบไหนฉลาดสุด?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แก! มันเป็นเรื่องปกติเลยที่พอมีข่าว iPhone รุ่นใหม่จะมาปุ๊บ รุ่นก่อนหน้าอย่าง iPhone 15 เนี่ย จะเริ่มมีโปรลดราคาแบบจุกๆ ออกมา! ใครที่เล็งไว้นี่คือนาทีทองเลยนะเว้ย! แต่คำถามคือ... จะสอยตอนลดราคาเลย หรือจะกัดฟันเก็บเงินเพิ่มอีกนิดรอตัวใหม่? ทีมไหนกันบ้างเม้นมาหน่อย! ถ้าไม่ซีเรียสว่าต้องใหม่ล่าสุด การซื้อตอนนี้นี่แหละคุ้มสุดในสามโลก!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ใครทีมรอ? ใครทีมซื้อเลย? บอกหน่อย! แล้วกด follow ไว้เลย เดี๋ยวมาอัปเดตโปรเด็ดให้! 🔥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42s  📰 อาตี๋รีวิว  #iPhone16 #iPhone15 #โปรไอโฟน #นักเรียนนักศึกษา #สอนให้รู้ว่า  💡 The FOMO vs. Smart Spender Dilemma: เปลี่ยนข่าวการลดราคาให้ก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แจ้งเตือนให้อัปเดต iOS แล้วกดข้ามตลอด? รู้ปะว่าแกกำลังพลาดของฟรีอยู่อะ!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เห็นแจ้งเตือนให้อัปเดต iOS ทีไร ปัดทิ้งตลอดเลยใช่ปะ กลัวเครื่องช้า กลัวแบตไหล? แต่จริงๆ แล้วการอัปเดต iOS มันคือการ 'Glow Up' ให้ iPhone เราแบบฟรีๆ เลยนะ! บางทีได้ฟีเจอร์กล้องใหม่ๆ, widget หน้าจอล็อกคูลๆ หรือแก้บั๊กเล็กๆ ที่กวนใจเรามานาน คือเหมือนได้ฟีลใช้โทรศัพท์ใหม่โดยไม่ต้องเสียตังค์ซักบาท! แค่แนะนำว่าก่อนอัปเดต อย่าลืม backup ข้อมูลกันเหนียวไว้ก่อนก็พอ!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รอบหน้าไม่อยากพลาดฟีเจอร์ใหม่ๆ กด follow ไว้เลย เดี๋ยวมาสรุปของเด็ดให้! 🔥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40s  📰 ครูหนึ่งสอนดี  #iOS18 #อัปเดตiOS #iPhoneTricks #สอนใช้ไอโฟน #ของฟรีมีจริง  💡 The Instant 'Glow Up' Hack: เปลี่ยนเรื่องเทคนิคที่น่าเบื่ออย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1565C0"/>
          <w:sz w:val="26"/>
        </w:rPr>
        <w:t xml:space="preserve">  💼  มนุษย์เงินเดือน 25–35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iPhone รุ่นใหม่ใกล้เปิดตัว! ตอนนี้ iPhone 15 ลดราคาหนักมาก...ซื้อตอนนี้ หรือรออีกนิดดี?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ช่วงก่อนเปิดตัวรุ่นใหม่แบบนี้ เป็นเวลาที่ราคา iPhone รุ่นปัจจุบันอย่าง iPhone 15 series จะปรับลงแรงที่สุดครับ ทำให้หลายคนลังเลว่าจะซื้อเลยดีมั้ย?</w:t>
        <w:br/>
        <w:br/>
        <w:t>ผมให้หลักคิดง่ายๆ สำหรับคนทำงานแบบนี้ครับ:</w:t>
        <w:br/>
        <w:t>1.  **ถ้าเครื่องปัจจุบันของคุณยังใช้ได้ดี** ไม่ได้มีปัญหาเร่งด่วน และคุณอยากได้เทคโนโลยีล่าสุดจริงๆ เช่น ชิปตัวใหม่ หรือกล้องที่ดีกว่าเดิมแบบก้าวกระโดด การรออีกแค่เดือนสองเดือนเพื่อดู iPhone 16 ถือว่าคุ้มค่าครับ</w:t>
        <w:br/>
        <w:t>2.  **แต่ถ้าเครื่องเก่าของคุณเริ่มไม่ไหวแล้ว** แบตเสื่อม ทำงานช้า หรือคุณต้องการเครื่องใหม่เพื่อใช้ทำงานด่วนๆ การซื้อ iPhone 15 ในราคาที่ลดลงตอนนี้ คือการตัดสินใจที่ฉลาดและคุ้มค่าที่สุดครับ เพราะคุณจะได้เครื่องที่สเปคสูงมากในราคาที่ประหยัดไปหลายพันบาท</w:t>
        <w:br/>
        <w:br/>
        <w:t>สรุปคือ ถ้าไม่รีบและอยากได้ของใหม่สุดให้รอ แต่ถ้าต้องการความคุ้มค่าและจำเป็นต้องใช้แล้ว จัด iPhone 15 ตอนนี้ได้เลยครับ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แล้วคุณล่ะครับ ทีมรอ หรือทีมซื้อเลย? comment บอกหน่อยว่าใช้รุ่นไหนอยู่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55s  📰 อาตี๋รีวิว  #iPhone15 #iPhone16 #อัพเกรดไอโฟน #มนุษย์เงินเดือน #ไอทีน่ารู้  💡 The Value vs. Hype Decision Framework: ไม่ใช่แค่บอกว่ามีลดรา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รู้ยัง? รัฐบาลแจก AI ให้คนไทยใช้ฟรี! คนใช้ iPhone ลงทะเบียนยังไงให้ได้ใช้ก่อน?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มีโครงการดีๆ มาบอกต่อครับ ชื่อว่า TH-AI Passport ที่เปิดให้คนไทยลงทะเบียนเพื่อเข้าใช้งาน AI ฟรี ซึ่งเป็นประโยชน์มากสำหรับคนทำงานที่ต้องการเครื่องมือช่วยเพิ่ม productivity</w:t>
        <w:br/>
        <w:br/>
        <w:t>สำหรับคนใช้ iPhone ขั้นตอนไม่ซับซ้อนเลยครับ:</w:t>
        <w:br/>
        <w:t>1. เข้าไปที่เว็บไซต์ของโครงการ TH-AI Passport ตามที่ประกาศ</w:t>
        <w:br/>
        <w:t>2. ทำการลงทะเบียนล่วงหน้าตามขั้นตอนที่ระบุไว้</w:t>
        <w:br/>
        <w:t>3. เมื่อโครงการเปิดให้ใช้งานจริง เราก็สามารถใช้ iPhone ของเราเป็นประตูเพื่อเข้าถึง AI ประสิทธิภาพสูงได้ทันที</w:t>
        <w:br/>
        <w:br/>
        <w:t>ข้อดีของการใช้ผ่าน iPhone คือระบบความปลอดภัยและความเป็นส่วนตัวที่ไว้ใจได้ ทำให้เราใช้งาน AI กับข้อมูลที่เกี่ยวข้องกับงานได้อย่างสบายใจมากขึ้น ถือเป็นการใช้เครื่องมือที่เรามีอยู่แล้วให้คุ้มค่าที่สุด โดยไม่ต้องเสียเงินเพิ่มครับ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ใครลงทะเบียนแล้วบ้าง? comment มาแชร์กันหน่อยครับว่าอยากเอา AI ไปใช้ทำอะไร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 xml:space="preserve">⏱ 50s  📰 Droidsans  #AI #THAIPassport #iPhoneTips #productivity #เทคโนโลยี  💡 The iPhone as a Secure Gateway: วางตำแหน่ง iPhone ไม่ใช่แค่ 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iOS แจ้งเตือนให้อัปเดต...ควรกดเลยมั้ย? หรือเสี่ยงโดนแฮกข้อมูล?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หลายคนน่าจะเคยเจอ pop-up หรือการแจ้งเตือนแปลกๆ ให้อัปเดตระบบ แล้วไม่แน่ใจว่าอันไหนของจริง อันไหนของปลอม</w:t>
        <w:br/>
        <w:br/>
        <w:t>วิธีเช็กที่ปลอดภัยที่สุดสำหรับผู้ใช้ iPhone คือ:</w:t>
        <w:br/>
        <w:t>การอัปเดต iOS ที่ถูกต้องและปลอดภัยจาก Apple จะมีการแจ้งเตือนอยู่ในที่เดียวเท่านั้น คือใน **Settings (การตั้งค่า) &gt; General (ทั่วไป) &gt; Software Update (รายการอัปเดตซอฟต์แวร์)**</w:t>
        <w:br/>
        <w:br/>
        <w:t>ถ้ามีการแจ้งเตือนขึ้นในหน้านี้ และมีเลข 1 สีแดงขึ้นที่ไอคอน Settings คุณสามารถกดอัปเดตได้เลย เพราะนี่คือการอัปเดตโดยตรงจาก Apple ซึ่งสำคัญมาก เพราะไม่ใช่แค่การเพิ่มฟีเจอร์ใหม่ๆ แต่เป็นการอุดช่องโหว่ด้านความปลอดภัยที่สำคัญ เพื่อปกป้องข้อมูลในเครื่องของเราครับ</w:t>
        <w:br/>
        <w:br/>
        <w:t>ส่วนการแจ้งเตือนที่ขึ้นมาตอนเข้าเว็บ หรือในแอปอื่นๆ ที่ไม่ใช่ของ Apple ให้สงสัยไว้ก่อนเลยว่าเป็นของปลอม ห้ามกดเด็ดขาดครับ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ปกติอัปเดต iOS ทันทีที่มา หรือรอรีวิวก่อนครับ? comment มาคุยกันได้เลย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58s  📰 ครูหนึ่งสอนดี  #iOS #iPhone #Apple #ความปลอดภัยไซเบอร์ #เตือนภัย  💡 Security Protocol for Professionals: ยกระดับคำแนะนำเรื่องการ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2E7D32"/>
          <w:sz w:val="26"/>
        </w:rPr>
        <w:t xml:space="preserve">  📸  คนชอบถ่ายรูป / ช่างภาพ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เห็นดีล iPhone 15 Pro เริ่มมา แล้วลังเลมั้ยครับว่าจะซื้อเลย หรือรอ 16 Pro ดี? สำหรับช่างภาพ การตัดสินใจนี้ซับซ้อนกว่าแค่เรื่อง 'ตกรุ่น' นะครับ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ตามข่าวจากอาตี๋รีวิว ช่วงนี้เราจะเห็นดีล iPhone 15 Pro มากขึ้น เพราะรุ่นใหม่ใกล้เปิดตัวแล้ว คำถามสำคัญสำหรับคนทำงานถ่ายภาพไม่ใช่แค่ 'รอดีมั้ย' แต่คือ 'ต้นทุนค่าเสียโอกาส' ของการรอคืออะไร?</w:t>
        <w:br/>
        <w:br/>
        <w:t>กล้อง iPhone 15 Pro ณ วันนี้มีเครื่องมือระดับโปรครบเครื่อง: Main camera 48MP ที่ให้ไฟล์ ProRAW ขนาดใหญ่ยืดหยุ่นสูง, เลนส์ Telephoto 5x ที่เทียบเท่าเลนส์ 120mm สำหรับงานพอร์ตเทรตหรืองานอีเวนต์, และที่สำคัญสุดๆ คือ Apple Log video recording ที่ให้ dynamic range สูงมากสำหรับงานวิดีโอที่ต้องการเกรดสีจริงจัง</w:t>
        <w:br/>
        <w:br/>
        <w:t>ในขณะที่ข่าวลือระบุว่า iPhone 16 Pro อาจจะมีเซ็นเซอร์ใหญ่ขึ้นหรือ Ultra-wide 48MP คำถามคือ...ฟีเจอร์ปัจจุบันมัน 'จำกัด' workflow ของคุณอยู่หรือเปล่า? ถ้า Log video และเลนส์ 120mm คือสิ่งที่คุณต้องการใช้ 'วันนี้' เพื่อรับงานลูกค้า การรออาจหมายถึงการเสียโอกาสสร้างผลงานและรายได้ไปหลายเดือนครับ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ใครทีม #ซื้อเลย หรือ ทีม #รอดีกว่า คอมเมนต์มาคุยกัน! กด save ไว้เลย เดี๋ยวพอ 16 Pro เปิดตัว ผมทำเปรียบเทียบไฟล์ให้ดูช็อตต่อช็อต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65s  📰 อาตี๋รีวิว  #iPhone15Pro #ช่างภาพ #ถ่ายรูปด้วยมือถือ #AppleProRAW #iPhone16Pro  💡 Beyond the Discount: A Photographer's Opportunity Cost Analy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เบื้องหลังภาพ HDR สวยๆ จาก iPhone แบบนี้ ไม่ใช่แค่เลนส์หรือเซ็นเซอร์ แต่มันคือ AI ที่ทำงานหนักอยู่ข้างใน...และคนส่วนใหญ่ยังไม่รู้จักมันเลย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ตามรายงานข่าวจาก Droidsans ช่วงนี้มีโครงการเกี่ยวกับ AI ให้คนทั่วไปได้ทดลองใช้กันเยอะมาก แต่วันนี้เราจะมาคุยกันเรื่อง AI ที่ทรงพลังที่สุดสำหรับช่างภาพ...และมันอยู่ในกล้อง iPhone ของคุณมาตลอดครับ</w:t>
        <w:br/>
        <w:br/>
        <w:t>สิ่งนี้เรียกว่า 'Computational Photography' หรือการถ่ายภาพเชิงคำนวณ ตอนคุณกดชัตเตอร์แค่ครั้งเดียว iPhone ไม่ได้ถ่ายแค่รูปเดียว แต่มันถ่ายหลายๆ รูปที่ค่าแสงต่างกันในเสี้ยววินาที จากนั้นชิปอย่าง A17 Pro จะใช้ Neural Engine วิเคราะห์ภาพแบบ pixel-by-pixel ผ่านกระบวนการที่เรียกว่า 'Deep Fusion' และ 'Photonic Engine' เพื่อเลือกส่วนที่ดีที่สุดจากแต่ละเฟรม ดึงรายละเอียดจากส่วนมืด คุมแสงในส่วนสว่าง ลด noise แล้วรวมกันเป็นภาพสุดท้ายที่เราเห็น</w:t>
        <w:br/>
        <w:br/>
        <w:t>นี่คือเหตุผลว่าทำไมไฟล์จาก iPhone ถึงยืดหยุ่นมากเวลาเอาไป process ต่อ มันคือการทำงานร่วมกันของ Hardware และ AI ที่ซับซ้อนมากครับ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ใครอยากให้เจาะลึกเรื่อง Photonic Engine vs Deep Fusion คอมเมนต์บอกหน่อย! กด save คลิปนี้เก็บไว้เป็น reference ได้เลยครับ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60s  📰 Droidsans  #ComputationalPhotography #iPhoneCamera #A17Pro #DeepFusion #PhotonicEngine  💡 The Invisible AI Engine: Deconstructing Your iPhone's Camera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สองรูปนี้ถ่ายด้วย iPhone 15 Pro เครื่องเดียวกัน แต่ทำไมคุณภาพไฟล์ถึงต่างกัน? คำตอบอาจอยู่ใน 'Notification' ที่คุณกดข้ามไปทุกวัน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จากคลิปของครูหนึ่งสอนดี ที่พูดถึงการแจ้งเตือนให้อัปเดตระบบ ทำให้หลายคนสงสัยว่าควรกดมั้ย? สำหรับช่างภาพ คำตอบคือ 'ควรอัปเดตเสมอ' และนี่คือเหตุผลครับ</w:t>
        <w:br/>
        <w:br/>
        <w:t>นอกจากการแก้บั๊กหรือเรื่องความปลอดภัย ทุกครั้งที่มี iOS เวอร์ชั่นใหม่ๆ ออกมา Apple มักจะปรับปรุง 'Image Processing Pipeline' หรือกระบวนการประมวลผลภาพถ่ายไปด้วยเสมอครับ ไม่ว่าจะเป็นอัลกอริทึมของ Smart HDR ที่ฉลาดขึ้นในการจัดการส่วนสว่างส่วนมืด, การปรับปรุง Color Science ให้สีผิวสมจริงขึ้น หรือแม้แต่ประสิทธิภาพของ Night Mode</w:t>
        <w:br/>
        <w:br/>
        <w:t>ที่สำคัญกว่านั้น ฟีเจอร์ระดับโปรอย่าง ProRes หรือ Log video ก็ถูกเพิ่มเข้ามาผ่าน iOS update นี่แหละครับ ถ้าคุณไม่อัปเดต ก็เท่ากับว่าคุณกำลังพลาดเครื่องมือสำคัญในการทำงานไปเลย ดังนั้น การอัปเดต iOS ไม่ใช่แค่เรื่องจุกจิก แต่สำหรับคนถ่ายภาพ มันคือการ 'อัปเกรดกล้อง' ของคุณแบบฟรีๆ 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กด save ไว้เตือนตัวเองให้อัปเดต iOS ครั้งหน้าเลย! เดี๋ยวจะทำคลิปเจาะลึกว่าแต่ละ iOS version มีอะไรใหม่สำหรับกล้องบ้าง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55s  📰 ครูหนึ่งสอนดี  #iOSupdate #iPhoneTips #ช่างภาพควรรู้ #iPhonePhotography #ไอโฟน  💡 The Free Camera Upgrade You're Ignoring: เปลี่ยนเรื่องน่าเบื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E65100"/>
          <w:sz w:val="26"/>
        </w:rPr>
        <w:t xml:space="preserve">  💰  งบน้อย อยากได้ iPhone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งบ 20,000 ก็ซื้อ iPhone ได้! ถ้าซื้อ 'ช่วงนี้' บอกเลยว่าคุ้มสุดๆ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ใครที่กำลังเก็บเงินอยากได้ iPhone ฟังทางนี้เลย! ตอนนี้เป็นช่วงเวลาทองเลยนะ เพราะปกติแล้วพอมีข่าวว่า iPhone รุ่นใหม่ใกล้จะเปิดตัวเมื่อไหร่ ราคาเครื่องรุ่นเก่าๆ รวมถึงเครื่องมือสองสภาพดีจะเริ่มปรับลงแรงๆ ครับ อย่างล่าสุดช่องอาตี๋รีวิวก็ออกมาบอกแล้วว่ากำลังจะมีลดราคาโหดๆ ก่อนรุ่นใหม่จะมา</w:t>
        <w:br/>
        <w:br/>
        <w:t>นี่แหละคือโอกาสของเรา! แทนที่จะไปดูรุ่นใหม่ล่าสุด ลองมองหา iPhone 13 หรือ iPhone 14 มือสองสภาพสวยๆ ตอนนี้ดูสิ ราคาจะน่ารักขึ้นเยอะมาก ได้เครื่องที่ยังแรง ใช้ได้อีกยาวๆ ในงบที่ไม่เจ็บตัว บอกเลยว่าเป็นการซื้อที่ฉลาดมาก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ใครมีงบในใจเท่าไหร่ ลองคอมเมนต์มาเลย เดี๋ยวช่วยแนะนำให้ว่ารุ่นไหนเหมาะกับเราที่สุด!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45s  📰 อาตี๋รีวิว  #ไอโฟน #iphoneมือสอง #ไอโฟนราคาถูก #ผ่อนไอโฟน #รอบรู้ไอที  💡 The 'Pre-Launch' Sweet Spot: ไม่ได้แค่รายงานข่าวลดราคา แต่เป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เพิ่งซื้อมือสองมา? ถ้า iPhone ขึ้นแจ้งเตือนแบบนี้ อย่าเพิ่งกดอัปเดตเด็ดขาด!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สำหรับคนที่เพิ่งได้ iPhone มือสองมาใหม่ๆ ต้องระวังเรื่องนี้เลยนะ! ถ้าอยู่ๆ มี pop-up หรือข้อความแปลกๆ เด้งขึ้นมาบอกให้อัปเดตระบบ อย่าเพิ่งรีบกดเด็ดขาด อย่างที่ครูหนึ่งสอนดีเคยเตือนไว้ มันอาจจะเป็นของปลอมที่มิจฉาชีพทำขึ้นมาเพื่อหลอกเอาข้อมูลเราได้เลย</w:t>
        <w:br/>
        <w:br/>
        <w:t>วิธีอัปเดต iOS ที่ปลอดภัยที่สุดมีทางเดียวเท่านั้น คือเข้าไปที่ การตั้งค่า (Settings) &gt; ทั่วไป (General) &gt; รายการอัปเดตซอฟต์แวร์ (Software Update) แล้วกดอัปเดตจากในนั้นเท่านั้นครับ จำง่ายๆ เลยว่า Apple ไม่เคยส่งลิงก์มาให้เรากดอัปเดตนะ ดูแลเครื่องที่เราเพิ่งซื้อมาให้ดีกันด้วยนะครับ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ใครเคยเจอแจ้งเตือนแปลกๆ บน iPhone บ้างไหม คอมเมนต์มาแชร์ประสบการณ์กันหน่อยครับ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40s  📰 ครูหนึ่งสอนดี  #iphoneมือสอง #เตือนภัย #ไอโฟน #สอนใช้ไอโฟน #มือใหม่iphone  💡 Post-Purchase Protection for Budget Buyers: ให้ความสำคัญกับค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มี iPhone งบหมื่นกว่าบาท ก็ใช้ AI ตัวท็อปฟรีๆ จากรัฐบาลได้! ทำแบบนี้เลย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ใครว่าใช้ iPhone รุ่นที่ไม่ใช่ตัวล่าสุดแล้วจะตกเทรนด์? ไม่จริงเลย! แค่เรามี iPhone 13 ขึ้นไป ก็สามารถเข้าถึงเครื่องมือเจ๋งๆ ได้สบาย อย่างล่าสุดทาง Droidsans ก็รายงานว่ามีโครงการ TH-AI Passport ที่ให้คนไทยลงทะเบียนเพื่อใช้ AI ได้ฟรีๆ</w:t>
        <w:br/>
        <w:br/>
        <w:t>นี่แหละที่อยากจะบอกว่า การมี iPhone มันไม่ใช่แค่เรื่องกล้องสวยหรือเล่นเกมลื่น แต่มันยังเป็นประตูที่พาเราไปใช้เทคโนโลยีใหม่ๆ ได้อีกเยอะเลย ทำให้เงินที่เราจ่ายไปมันคุ้มค่ามากขึ้นไปอีก ไม่จำเป็นต้องซื้อรุ่นแพงสุดเสมอไป แค่เลือกรุ่นที่เหมาะกับงบเราก็พอแล้ว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ใครมีงบเท่าไหร่ อยากได้ iPhone คุ้มๆ คอมเมนต์มาเลย เดี๋ยวช่วยแนะนำรุ่นที่ใช่ให้ครับ!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40s  📰 Droidsans  #ไอโฟน #ป้ายยาไอที #AI #iphoneมือสอง #ของดีบอกต่อ  💡 Unlocking Hidden Value in Budget iPhones: เปลี่ยนข่าวเทคโนโล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37474F"/>
          <w:sz w:val="26"/>
        </w:rPr>
        <w:t xml:space="preserve">  🏢  นักธุรกิจ / ผู้บริหาร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การแจ้งเตือนให้อัปเดตระบบเพียงครั้งเดียว อาจทำให้ข้อมูลสำคัญของบริษัทคุณรั่วไหลได้ทั้งหมด... แต่นี่คือเหตุผลที่มันแทบไม่เคยเกิดขึ้นกับ iPhone ในองค์กร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คุณอาจเคยเห็นข่าวการแจ้งเตือนอัปเดตปลอมที่หลอกให้ติดตั้งมัลแวร์ ซึ่งเป็นความเสี่ยงสำคัญสำหรับข้อมูลธุรกิจ แต่สำหรับองค์กรที่ใช้ iPhone ความเสี่ยงนี้ลดลงอย่างมาก เพราะ Apple ควบคุมกระบวนการอัปเดตทั้งหมดผ่านช่องทางเดียวที่ปลอดภัยและผ่านการตรวจสอบแล้วเท่านั้น ไม่มีการแจ้งเตือนจากแหล่งที่ไม่น่าเชื่อถือ</w:t>
        <w:br/>
        <w:br/>
        <w:t>ที่สำคัญกว่านั้นสำหรับฝ่ายบริหาร คือระบบ Mobile Device Management (MDM) ที่สามารถสั่งอัปเดต iOS ทั้งหมดของบริษัทได้จากส่วนกลาง ทำให้มั่นใจได้ว่าอุปกรณ์ทุกเครื่องได้รับแพตช์ความปลอดภัยล่าสุด ปิดช่องโหว่ก่อนที่จะถูกโจมตีได้ทันที นี่ไม่ใช่แค่ความสะดวกสบาย แต่มันคือการบริหารความเสี่ยงด้านไซเบอร์ที่จำเป็นสำหรับธุรกิจในปัจจุบัน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Follow เราไว้ เพื่อให้ทีมของคุณใช้ Apple Ecosystem ได้อย่างปลอดภัยและเต็มประสิทธิภาพที่สุด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 xml:space="preserve">⏱ 60s  📰 ครูหนึ่งสอนดี  #iPhoneSecurity #BusinessTech #AppleEcosystem #MDM #CyberSecurity  💡 Corporate Data Integrity: ยกระดับการอัปเดต iOS จาก consumer 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รัฐบาลไทยกำลังมีโครงการแจก AI ให้ประชาชนใช้ฟรี... และนี่คือวิธีที่ผู้บริหารที่ใช้ iPhone สามารถเปลี่ยนมันให้เป็นความได้เปรียบทางธุรกิจได้ก่อนใคร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ตามรายงานข่าว โครงการ TH-AI Passport เปิดให้ลงทะเบียนเพื่อเข้าใช้งาน AI ฟรี ซึ่งเป็นโอกาสที่ดีสำหรับทุกคน แต่สำหรับผู้บริหาร ความท้าทายคือจะนำเทคโนโลยีใหม่มาทดลองใช้กับข้อมูลธุรกิจที่ละเอียดอ่อนได้อย่างไรโดยไม่เสี่ยง</w:t>
        <w:br/>
        <w:br/>
        <w:t>iPhone และ Apple Ecosystem ให้คำตอบในเรื่องนี้ครับ ด้วยสถาปัตยกรรมความปลอดภัยที่แข็งแกร่งและนโยบายความเป็นส่วนตัวที่ชัดเจน ทำให้ iPhone เป็นเหมือน 'Secure Sandbox' หรือกระบะทรายที่ปลอดภัยสำหรับผู้บริหารในการทดลองใช้ AI ใหม่ๆ ไม่ว่าจะเพื่อวิเคราะห์ข้อมูลการตลาด ร่างอีเมลโต้ตอบเชิงกลยุทธ์ หรือสรุปเอกสาร โดยมั่นใจได้ว่าข้อมูลสำคัญของบริษัทจะถูกปกป้องอยู่บนอุปกรณ์ที่เชื่อถือได้ นี่คือการสร้างนวัตกรรมโดยมีความปลอดภัยเป็นพื้นฐาน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อยากรู้เทคนิคการใช้ AI และ Apple Ecosystem เพื่อสร้างความได้เปรียบให้ธุรกิจ? Follow เราเลย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55s  📰 Droidsans  #Productivity #AIforBusiness #AppleEcosystem #iPhoneTips #ผู้บริหาร  💡 Executive Edge via Secure AI Adoption: ไม่ได้มองแค่การได้ของ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ก่อน iPhone รุ่นใหม่จะเปิดตัว รุ่นปัจจุบันมักจะลดราคาครั้งใหญ่... นี่คือสูตรคำนวณสำหรับฝ่ายจัดซื้อ ว่าทีมของคุณควร 'ซื้อตอนนี้' หรือ 'รอ' เพื่อ ROI สูงสุด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เป็นเรื่องปกติที่ iPhone รุ่นปัจจุบันจะปรับราคาลงเพื่อเปิดทางให้รุ่นใหม่ คำถามสำหรับองค์กรไม่ใช่แค่เรื่อง 'ความใหม่' แต่เป็นเรื่อง 'ความคุ้มค่าในการลงทุน' หรือ ROI</w:t>
        <w:br/>
        <w:br/>
        <w:t>การตัดสินใจนี้มี 2 ทางเลือกหลักครับ หนึ่งคือ 'ซื้อตอนนี้' ข้อดีคือสามารถจัดหาอุปกรณ์ให้ทีมงานได้ครบในต้นทุนที่ต่ำลงทันที เหมาะสำหรับองค์กรที่ต้องการควบคุมงบประมาณและมีแอปพลิเคชันที่ทำงานได้ดีบนฮาร์ดแวร์ปัจจุบันอยู่แล้ว</w:t>
        <w:br/>
        <w:br/>
        <w:t>สองคือ 'รอรุ่นใหม่' ซึ่งหมายถึงการลงทุนที่สูงขึ้น แต่ได้เทคโนโลยีล่าสุดที่รองรับการใช้งานได้ยาวนานกว่า อาจมีผลต่อประสิทธิภาพการทำงานและยืดระยะเวลาก่อนการเปลี่ยนเครื่องรอบถัดไป (Tech Refresh Cycle) การตัดสินใจจึงขึ้นอยู่กับแผนงบประมาณและกลยุทธ์ด้านเทคโนโลยีของบริษัทคุณเป็นสำคัญ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Follow เราเพื่อรับข้อมูลเชิงลึก สำหรับการวางแผนจัดซื้อและบริหารอุปกรณ์ Apple ในองค์กร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65s  📰 อาตี๋รีวิว  #iPhoneforBusiness #ROI #AppleEcosystem #TechStrategy #ฝ่ายจัดซื้อ  💡 Strategic Corporate Fleet Acquisition: แปลงคำถาม 'ซื้อหรือรอ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C62828"/>
          <w:sz w:val="26"/>
        </w:rPr>
        <w:t xml:space="preserve">  🔥  คนชอบข่าวลือ / leaks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iPhone จะไม่ได้ทำจากโลหะอีกต่อไป! ล่าสุดมีข่าวลือหลุดมาว่า iPhone 20 Pro อาจมาในดีไซน์ 'กระจกทั้งชิ้น'!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ฟังไม่ผิดครับ! มีรายงานล่าสุดจาก leaker ที่อัปเดตข้อมูลว่า Apple กำลังพัฒนาดีไซน์ iPhone 20 Pro ที่เป็นกระจกทั้งชิ้นแบบ Unibody! ลองนึกภาพตามนะครับ...ตัวเครื่องจะไร้รอยต่อของโลหะที่เราคุ้นเคย กลายเป็นกระจกชิ้นเดียวที่หุ้มทั้งด้านหน้า ด้านหลัง และขอบเครื่อง! มันจะให้ความรู้สึกพรีเมียมแบบสุดขั้ว แต่คำถามสำคัญคือเรื่องความทนทาน ซึ่งตอนนี้ยังเป็นแค่ข้อมูลที่ต้องติดตามกันยาวๆ 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ไม่อยากพลาดอัปเดตนี้ กด follow ไว้เลย เดี๋ยวมีข้อมูลใหม่มารายงานทันที! 🔔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45s  📰 9to5Mac  #iPhone20Pro #iPhoneLeaks #ข่าวลือไอโฟน #Apple #ดีไซน์ใหม่  💡 The Material Science Endgame: เปลี่ยนการรายงานข่าวลือเรื่องด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คำว่า Pro Max อาจจะหายไป! เตรียมพบกับ iPhone 18 "Ultra" ที่อาจจะมาแทนที่รุ่นท็อปสุดในปี 2026!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ล่าสุดมีคาดการณ์จากสื่อต่างประเทศว่า Apple อาจจัดงานเปิดตัว iPhone 18 Series ในช่วงครึ่งแรกของเดือนกันยายนปี 2026 และที่น่าตื่นเต้นที่สุดคือ มีข่าวลือว่าปีนั้นจะไม่มีรุ่น Pro Max แล้ว แต่อาจจะถูกแทนที่ด้วยรุ่นใหม่ที่ชื่อว่า "iPhone Ultra" ครับ! นี่อาจหมายถึงการอัปเกรดครั้งใหญ่ที่ทิ้งห่างรุ่น Pro ไปอีกขั้น ทั้งในเรื่องสเปคและราคาที่อาจจะแพงขึ้นไปอีก! ใครที่เล็งรุ่นท็อปสุดอยู่เสมอ ข่าวนี้สำคัญมากครับ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เรื่องนี้ต้องตามต่อ! กด follow ไว้เลย เดี๋ยวมีข้อมูลสเปคหลุดมาเพิ่ม จะรีบมาบอก!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40s  📰 iMod  #iPhone18Ultra #iPhone18 #AppleEvent #ไอโฟน #ข่าวไอที  💡 The New King of the Hill: วิเคราะห์ข่าวลือเรื่องชื่อรุ่น 'Ul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คุณอาจยังไม่รู้ว่า Apple อาจกำลังซุ่มทำ 'จออัจฉริยะ' สำหรับบ้านอยู่! นี่คือจิ๊กซอว์ชิ้นสุดท้ายของ Ecosystem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ใครที่เป็นสาวก Apple Ecosystem ต้องฟังทางนี้! ล่าสุดมีข่าวลือหนาหูจาก AppleInsider ว่า Apple กำลังพัฒนา Smart Home Display หรือจออัจฉริยะสำหรับควบคุมทุกอย่างในบ้าน! ลองนึกภาพจอที่เชื่อมต่อกับ HomePod, Apple TV, และอุปกรณ์ HomeKit ทั้งหมดของคุณได้ในที่เดียว ซึ่งอาจทำหน้าที่เป็นศูนย์กลางควบคุมบ้านอัจฉริยะเต็มรูปแบบเลยก็ได้ครับ นี่อาจเป็นผลิตภัณฑ์ใหม่ที่จะมาเปลี่ยนบ้านของคุณให้กลายเป็น Apple Home อย่างสมบูรณ์แบบ... แต่ยังไม่ได้รับการยืนยันนะครับ ต้องรอดูกันต่อไป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ถ้าเปิดตัวจริงนี่เรื่องใหญ่แน่! กด follow ไว้ก่อนเลย จะได้ไม่พลาดข่าวนี้!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50s  📰 AppleInsider  #AppleHome #SmartHome #AppleLeaks #ข่าวลือApple #เทคโนโลยี  💡 The Ecosystem's Final Piece: ตีความข่าวลือผลิตภัณฑ์ใหม่ ไม่ใ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0"/>
      </w:pPr>
    </w:p>
    <w:p>
      <w:pPr>
        <w:spacing w:before="0" w:after="120"/>
        <w:jc w:val="center"/>
      </w:pPr>
      <w:r>
        <w:rPr>
          <w:rFonts w:ascii="Arial" w:hAnsi="Arial"/>
          <w:b w:val="0"/>
          <w:i/>
          <w:color w:val="AAAAAA"/>
          <w:sz w:val="16"/>
        </w:rPr>
        <w:t>Generated by TikTok Farming Pipeline  •  Next step: Script QC Agent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