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26 Aug 2026  09:32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350 บาท แต่อยากได้ของ Apple แท้มาใช้แบบตัวตึง ทำไงดี?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ไม่ต้องงง! Apple เขาเพิ่งเปิดตัว 'ผ้าเช็ดรอยรุ่นใหม่' ราคาแค่ 350 บาทเอง! ถูกกว่ารุ่นพี่ตัวแรกเกินครึ่ง! ใครที่รู้สึกว่าหน้าจอ iPhone 15 Pro Max ของเรามันหมองๆ อยากเช็ดให้ใสปิ๊งเหมือนอนาคต หรือแค่อยากมีโลโก้ Apple ไว้บนโต๊ะแบบคูลๆ ในงบนักเรียน... อันนี้คือคำตอบเลยเว้ย! แค่มีผ้าผืนนี้ ชีวิตก็ดูโปรขึ้น 300% แบบไม่ต้องผ่อน!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ใครจะจัดมาเช็ดจอเท่ๆ คอมเมนต์มาเลย! Follow ไว้ เดี๋ยวหาของเด็ดๆ มาให้ดูอีก 🔥</w:t>
      </w:r>
    </w:p>
    <w:p>
      <w:pPr>
        <w:spacing w:before="0" w:after="40"/>
      </w:pPr>
      <w:r>
        <w:rPr>
          <w:rFonts w:ascii="Arial" w:hAnsi="Arial"/>
          <w:b w:val="0"/>
          <w:i/>
          <w:color w:val="888888"/>
          <w:sz w:val="16"/>
        </w:rPr>
        <w:t>⏱ 35s  📰 iMod  #ผ้าเช็ดรอยApple #Apple #ของมันต้องมี #ไอโฟน #รีวิวApple  💡 The 'Boujee on a Budget' Flex: ไม่ได้มองว่านี่คือรีวิวอุปกรณ</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เพื่อน: เก็บตังค์ซื้อ iPhone 16 อยู่... ส่วนเรา: คิดไปถึง iPhone 18 Pro แล้วจ้า!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คือเรื่องมันเริ่มจากที่พี่เอกวิทย์ตั้งประเด็นว่า 'จะซื้อ iPhone 17 Pro ตอนนี้หรือรอ 18 Pro ดี?' ชาวเน็ตก็คือถกกันยับ! คือตามข่าวลือนะ... iPhone 17 Pro เนี่ยอาจจะเปลี่ยนดีไซน์ใหม่หมดจดเลย แต่ iPhone 18 Pro ก็มีลือว่าจะได้กล้องซูมระดับเห็นถึงดาวอังคาร! ย้ำนะว่ายังเป็นแค่ข่าวลือที่ยังไม่ยืนยัน แต่แค่คิดก็เลือกไม่ถูกแล้วอะ! เป็นนายจะเอาดีไซน์ใหม่เลย หรือจะรอเทคโนโลยีกล้องสุดล้ำ?</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ถ้าเลือกได้เครื่องเดียว นายอยู่ทีมไหน? #ทีม17Pro หรือ #ทีม18Pro? Follow ไว้เลย ข่าวลือใหม่ๆ มาเดี๋ยวรีบมาเล่า! 🔥</w:t>
      </w:r>
    </w:p>
    <w:p>
      <w:pPr>
        <w:spacing w:before="0" w:after="40"/>
      </w:pPr>
      <w:r>
        <w:rPr>
          <w:rFonts w:ascii="Arial" w:hAnsi="Arial"/>
          <w:b w:val="0"/>
          <w:i/>
          <w:color w:val="888888"/>
          <w:sz w:val="16"/>
        </w:rPr>
        <w:t>⏱ 40s  📰 เอกวิทย์  #iPhone18Pro #iPhone17Pro #ข่าวลือไอโฟน #Apple #ไอโฟน  💡 The Future Tech Fantasizer's Guide: เปลี่ยนจากการวิเคราะห์ '</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เคยปะ? ส่งไลน์ไปผิดชีวิตเปลี่ยน! วันนี้มีท่าไม้ตายสำหรับชาว iPhone มาแก้ตัวให้!</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ไม่ต้องรีบ Unsend ให้เพื่อนสงสัยแล้วนะว่าส่งอะไรมา! ตอนนี้ถ้าพิมพ์ผิด แค่ใช้นิ้วกดค้างที่ข้อความนั้น... แล้วเลือก 'แก้ไข' ได้เลย! เราจะแก้คำผิดหรือพิมพ์ใหม่ทั้งประโยคก็ได้ภายใน 24 ชั่วโมงหลังส่ง คือมันดีย์มาก! จังหวะที่พิมพ์บอกชอบเพื่อนผิดคนงี้... แก้ทันนะบอกเลย! ชีวิตดีขึ้นเยอะ ไม่ต้องมานั่งพิมพ์ *แก้คำ นะทุกคน!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เอาไปใช้ช่วยชีวิตด่วน! ใครเคยพิมพ์อะไรเฟลๆ มาแชร์กันหน่อย! Follow ไว้เลย ทริคไอโฟนช่วยชีวิตมีอีกเพียบ 🔥</w:t>
      </w:r>
    </w:p>
    <w:p>
      <w:pPr>
        <w:spacing w:before="0" w:after="40"/>
      </w:pPr>
      <w:r>
        <w:rPr>
          <w:rFonts w:ascii="Arial" w:hAnsi="Arial"/>
          <w:b w:val="0"/>
          <w:i/>
          <w:color w:val="888888"/>
          <w:sz w:val="16"/>
        </w:rPr>
        <w:t>⏱ 38s  📰 ครูหนึ่งสอนดี  #แก้ข้อความไลน์ #ทริคไอโฟน #iPhonetips #แอปดีบอกต่อ #นักเรียน  💡 The 'Social Life Saver' Maneuver: วางตำแหน่งฟีเจอร์นี้ไม่ใช่</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อัปเดต iOS เด้งเตือนแบบนี้ กดเลยดีไหม? คนทำงานใช้ iPhone ต้องรู้ ไม่งั้นข้อมูลบริษัทอาจรั่ว!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เห็นแจ้งเตือนให้อัปเดตซอฟต์แวร์เด้งขึ้นมาแบบ pop-up กลางจอ อย่าเพิ่งรีบกดนะครับ! นี่อาจจะไม่ใช่การแจ้งเตือนจาก Apple จริงๆ แต่เป็นโฆษณาหรือเว็บที่พยายามหลอกให้เรากดติดตั้งอะไรบางอย่าง</w:t>
        <w:br/>
        <w:br/>
        <w:t>วิธีเช็กที่ถูกต้องและปลอดภัย 100% สำหรับคนทำงานที่เก็บข้อมูลสำคัญไว้ในเครื่อง ให้เข้าไปที่ 'การตั้งค่า' (Settings) &gt; 'ทั่วไป' (General) &gt; แล้วเลือก 'รายการอัปเดตซอฟต์แวร์' (Software Update) ถ้ามีเวอร์ชันใหม่ให้โหลด จะขึ้นตรงนี้ที่เดียวเท่านั้นครับ</w:t>
        <w:br/>
        <w:br/>
        <w:t>การอัปเดต iOS อยู่เสมอเป็นเรื่องสำคัญมาก เพราะนอกจากจะได้ฟีเจอร์ใหม่ๆ แล้ว Apple ยังปล่อยอัปเดตความปลอดภัยล่าสุดมาให้ด้วย ซึ่งช่วยป้องกันข้อมูลสำคัญ ทั้งเรื่องงานและเรื่องส่วนตัวของเราได้ดีขึ้นเยอะครับ สรุปคือ อัปเดตจำเป็น แต่ต้องอัปเดตจากใน Settings เท่านั้นครับ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ใครเคยเจอแจ้งเตือนแปลกๆ แบบนี้บ้าง คอมเมนต์มาแชร์กันหน่อยครับ</w:t>
      </w:r>
    </w:p>
    <w:p>
      <w:pPr>
        <w:spacing w:before="0" w:after="40"/>
      </w:pPr>
      <w:r>
        <w:rPr>
          <w:rFonts w:ascii="Arial" w:hAnsi="Arial"/>
          <w:b w:val="0"/>
          <w:i/>
          <w:color w:val="888888"/>
          <w:sz w:val="16"/>
        </w:rPr>
        <w:t>⏱ 55s  📰 ครูหนึ่งสอนดี  #อัพเดทiOS #iPhoneTips #ความปลอดภัย #มนุษย์เงินเดือน #Apple  💡 The Corporate Security Mandate: ไม่ได้เป็นแค่การเตือนภัยทั่ว</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ผ้าเช็ดจอ Apple ของแท้ราคา 350 บาท! ถูกลงจาก 790 บาทแล้วแบบนี้ น่าซื้อมั้ย?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Apple เพิ่งเปิดตัวผ้า Polishing Cloth รุ่นใหม่ ราคา 350 บาท หลายคนอาจจะคิดว่าผ้าอะไรจะแพงขนาดนี้ แต่มันมีเหตุผลอยู่ครับ</w:t>
        <w:br/>
        <w:br/>
        <w:t>ผ้าตัวนี้ถูกออกแบบมาโดยเฉพาะสำหรับเช็ดหน้าจอที่มี nano-texture glass อย่างจอ Pro Display XDR ของ Apple เพื่อไม่ให้เกิดรอย แต่แน่นอนว่ามันใช้กับจอ iPhone, iPad หรือ MacBook ของเราได้ดีมากเหมือนกัน เนื้อผ้าจะนุ่มและไม่ทิ้งขนไฟเบอร์ไว้เลย</w:t>
        <w:br/>
        <w:br/>
        <w:t>เทียบกับรุ่นเดิมที่ราคา 790 บาท ตามรายงานจาก iMod บอกว่ารุ่นใหม่นี้ขนาดจะเล็กลง และไม่มีโลโก้ Apple แล้ว แต่คุณภาพการเช็ดแทบไม่ต่างกันเลย</w:t>
        <w:br/>
        <w:br/>
        <w:t>ถามว่าคุ้มไหม? ถ้าคุณเป็นคนที่ซีเรียสเรื่องความสะอาดของหน้าจอมาก อยากได้ของดีที่สุดจบในชิ้นเดียว และไม่อยากเสี่ยงกับผ้าไมโครไฟเบอร์ทั่วไปที่อาจมีเศษแข็งๆ ปนมาทำให้จอเป็นรอยได้ 350 บาทก็ถือเป็นการลงทุนที่น่าสนใจครับ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สำหรับคุณ ผ้าเช็ดจอ 350 บาท ถือว่าคุ้มหรือไม่คุ้ม? คอมเมนต์บอกหน่อยครับ</w:t>
      </w:r>
    </w:p>
    <w:p>
      <w:pPr>
        <w:spacing w:before="0" w:after="40"/>
      </w:pPr>
      <w:r>
        <w:rPr>
          <w:rFonts w:ascii="Arial" w:hAnsi="Arial"/>
          <w:b w:val="0"/>
          <w:i/>
          <w:color w:val="888888"/>
          <w:sz w:val="16"/>
        </w:rPr>
        <w:t>⏱ 50s  📰 iMod  #Apple #รีวิวGadget #ของมันต้องมี #อุปกรณ์เสริมมือถือ #iPhone  💡 The 'Affordable Luxury' Accessory Analysis: ไม่ได้มองแค่ว่าม</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จะซื้อ iPhone 15 ที่กำลังลดราคาอยู่ตอนนี้ หรือกัดฟันรออีกไม่กี่เดือนเอา iPhone 16 ดี? เทียบให้เห็นภาพชัดๆ สำหรับคนทำงาน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คำถามยอดฮิตช่วงกลางปีเลยนะครับ สำหรับคนที่จะเปลี่ยนมือถือใหม่</w:t>
        <w:br/>
        <w:br/>
        <w:t>ทีมซื้อ iPhone 15 ตอนนี้: ข้อดีชัดเจนคือ 'ราคา' ครับ ตอนนี้เริ่มมีโปรโมชันและส่วนลดออกมาเยอะ ทำให้คุณประหยัดเงินได้หลายพันบาท ได้เครื่องที่พิสูจน์แล้วว่าประสิทธิภาพดีเยี่ยม กล้องเทพ และใช้งานได้อีกยาวๆ เหมาะสำหรับคนที่มือถือปัจจุบันไม่ไหวแล้ว หรือต้องการความคุ้มค่าเป็นหลัก ได้ใช้ของดีทันทีไม่ต้องรอ</w:t>
        <w:br/>
        <w:br/>
        <w:t>ทีมรอ iPhone 16: ข้อดีคือการได้เทคโนโลยีใหม่ล่าสุด มีข่าวลือว่าจะเน้นฟีเจอร์ AI ที่ช่วยให้ทำงานได้เร็วขึ้นเยอะมาก อาจมีการอัปเกรดกล้องครั้งใหญ่ และได้ใช้ชิปตัวใหม่ที่แรงกว่าเดิมแน่นอน แต่ข้อเสียคือต้องรออีกหลายเดือน และต้องจ่ายราคาเต็มตอนเปิดตัว</w:t>
        <w:br/>
        <w:br/>
        <w:t>สรุปง่ายๆ คือ: ถ้าคุณเน้นความคุ้มค่าและต้องการใช้งานเลย iPhone 15 คือคำตอบที่ฉลาดมาก แต่ถ้าคุณอยากได้เทคโนโลยี AI ใหม่ล่าสุดมาช่วยทำงาน และไม่รีบร้อน รอ iPhone 16 อาจจะตอบโจทย์กว่าครับ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คุณอยู่ทีมไหน? #ทีมซื้อเลย หรือ #ทีมรอ16 คอมเมนต์บอกหน่อยครับ</w:t>
      </w:r>
    </w:p>
    <w:p>
      <w:pPr>
        <w:spacing w:before="0" w:after="40"/>
      </w:pPr>
      <w:r>
        <w:rPr>
          <w:rFonts w:ascii="Arial" w:hAnsi="Arial"/>
          <w:b w:val="0"/>
          <w:i/>
          <w:color w:val="888888"/>
          <w:sz w:val="16"/>
        </w:rPr>
        <w:t>⏱ 60s  📰 เอกวิทย์ (Inspired by format)  #iPhone16 #iPhone15 #ซื้อมือถือ #รีวิวไอโฟน #AppleTH  💡 The Productivity Investment Timeline: ไม่ได้มองแค่การซื้อของ</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ช่างภาพโปรหลายคนบอกว่าอย่าเพิ่งซื้อ iPhone 15 Pro Max... เพราะข่าวลือกล้อง iPhone 16 และ 17 Pro มันอาจจะเปลี่ยนเกมไปเลย จริงไหม? มาวิเคราะห์กันแบบเน้นๆ สำหรับคนถ่ายภาพ</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ยอมรับว่ากล้อง iPhone 15 Pro Max ตอนนี้คือโหดมาก ทั้งไฟล์ ProRAW ที่ยืดหยุ่น, Log video สำหรับสายวีดีโอ, และเลนส์ 5x ที่ใช้งานได้จริง แต่ถ้าดูตามข่าวลือที่ออกมาเรื่อยๆ จากหลายสำนัก กล้องในรุ่นถัดไปอาจจะเป็นการอัปเกรดที่ใหญ่มากครับ</w:t>
        <w:br/>
        <w:br/>
        <w:t>ข่าวลือระบุว่า iPhone 16 Pro อาจจะได้เซ็นเซอร์หลักที่ใหญ่ขึ้นอีก และที่สำคัญคือเลนส์ Ultrawide อาจจะอัปเกรดเป็น 48MP ซึ่งถ้าเป็นจริง นี่คือ Game-changer สำหรับสาย Landscape เลย เพราะมันหมายถึงรายละเอียดที่สูงขึ้นมากเวลาเอาไปปริ้นท์หรือครอปใช้งาน</w:t>
        <w:br/>
        <w:br/>
        <w:t>และถ้ามองไปไกลถึง iPhone 17 Pro ข่าวลือก็บอกถึงความเป็นไปได้ของ Periscope Zoom ที่ยาวกว่าเดิมอีก ซึ่งจะแก้ปัญหาเรื่องการซูมระยะไกลมากๆ บน iPhone ไปเลย</w:t>
        <w:br/>
        <w:br/>
        <w:t>แน่นอนว่าทั้งหมดนี้ยังเป็นแค่ข้อมูลที่ยังไม่ได้รับการยืนยันนะครับ แต่ถ้าคุณเป็นช่างภาพที่เน้นถ่าย Landscape หรือ Telephoto เป็นหลัก การรอดูความชัดเจนอีกนิดอาจจะคุ้มค่ามากๆ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ถ้าคุณถ่ายภาพแนวสตรีทหรือบุคคลเป็นหลัก 15 Pro Max ก็ยังเทพอยู่ครับ กด save คลิปนี้ไว้ก่อนเลย ถ้ามีข่าวหลุดเรื่องเซ็นเซอร์กล้องมาเพิ่ม จะมาเจาะลึกให้ทันที</w:t>
      </w:r>
    </w:p>
    <w:p>
      <w:pPr>
        <w:spacing w:before="0" w:after="40"/>
      </w:pPr>
      <w:r>
        <w:rPr>
          <w:rFonts w:ascii="Arial" w:hAnsi="Arial"/>
          <w:b w:val="0"/>
          <w:i/>
          <w:color w:val="888888"/>
          <w:sz w:val="16"/>
        </w:rPr>
        <w:t>⏱ 65s  📰 เอกวิทย์  #iPhone16Pro #iPhone15ProMax #ช่างภาพ #กล้องไอโฟน #AppleProRAW  💡 The Workflow Bottleneck Analysis: ไม่ได้แค่เปรียบเทียบ 'ซื้อ</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เบื้องหลังภาพถ่ายสวยๆ จาก iPhone ไม่ใช่แค่เลนส์กับเซ็นเซอร์ แต่คือ AI ที่ฉลาดขึ้นทุกวัน และข่าวล่าสุดก็เพิ่งเผยทิศทางในอนาคตของมัน ที่ไปไกลกว่าแค่การถ่ายรูปแล้ว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ตามรายงานล่าสุดจาก AppleInsider ครับ Apple กำลังพัฒนาเทคโนโลยีที่ใช้กล้องและเซ็นเซอร์ตรวจจับสภาพแวดล้อมโดยรอบ (Ambient sensing) เพื่อให้ Hub ภายในบ้านสามารถปรับการทำงานให้เหมาะกับแต่ละบุคคลได้แบบ Real-time</w:t>
        <w:br/>
        <w:br/>
        <w:t>คุณอาจจะสงสัยว่าแล้วมันเกี่ยวกับกล้อง iPhone ยังไง? นี่คือเบาะแสสำคัญเลยครับ มันแสดงให้เห็นว่า Apple ไม่ได้มองว่ากล้องมีไว้แค่บันทึกภาพ แต่มองมันเป็น 'ดวงตา' ของระบบ AI ที่ต้องเข้าใจโลกรอบตัวให้ได้</w:t>
        <w:br/>
        <w:br/>
        <w:t>เทคโนโลยีพื้นฐานที่ใช้แยกแยะวัตถุ, วิเคราะห์สภาพแสง, และเข้าใจความลึกตื้นในห้องได้แบบอัตโนมัติ คือรากฐานเดียวกับที่ขับเคลื่อน Computational Photography ใน iPhone ของเราครับ ยิ่งเทคโนโลยีนี้เก่งขึ้น มันก็จะส่งผลโดยตรงให้ Portrait mode ตัดขอบได้เนียนขึ้น, Smart HDR จัดการแสงในภาพที่ซับซ้อนได้ดีขึ้น หรือแม้กระทั่ง Night mode ที่สามารถสร้างรายละเอียดในที่มืดได้ดีกว่าเดิมในอนาคต พูดง่ายๆ คือ Apple กำลังอัปเกรด 'สมอง' ที่อยู่เบื้องหลังกล้องตลอดเวลาครับ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เทคโนโลยีกล้องมันไปไกลกว่าที่เราคิดเยอะ กด save คลิปนี้ไว้เลย เดี๋ยวคลิปหน้าจะมาเจาะลึกว่า Computational Photography ของ iPhone ทำงานยังไงแบบละเอียด</w:t>
      </w:r>
    </w:p>
    <w:p>
      <w:pPr>
        <w:spacing w:before="0" w:after="40"/>
      </w:pPr>
      <w:r>
        <w:rPr>
          <w:rFonts w:ascii="Arial" w:hAnsi="Arial"/>
          <w:b w:val="0"/>
          <w:i/>
          <w:color w:val="888888"/>
          <w:sz w:val="16"/>
        </w:rPr>
        <w:t>⏱ 60s  📰 AppleInsider  #ComputationalPhotography #iPhonecamera #Apple #เทคโนโลยี #ถ่ายภาพ  💡 The Cross-Platform Camera R&amp;D Insight: ตีความข่าวที่ไม่เกี่ย</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iOS แจ้งเตือนให้อัปเดต... คนทั่วไปกดทันที แต่สำหรับช่างภาพ การกดปุ่มนี้โดยไม่คิด อาจหมายถึงสีเพี้ยน, ไฟล์ RAW มีปัญหา, หรือแอปแต่งรูปคู่ใจของคุณใช้งานไม่ได้ไปเลย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จริงอยู่ที่การอัปเดต iOS เป็นเรื่องสำคัญด้านความปลอดภัยและฟีเจอร์ใหม่ๆ แต่สำหรับคนที่ใช้ iPhone เป็นเครื่องมือทำงานถ่ายภาพจริงจัง เราต้องรอบคอบกว่านั้นครับ</w:t>
        <w:br/>
        <w:br/>
        <w:t>เพราะทุกครั้งที่มี Major Update โดยเฉพาะเวอร์ชันใหญ่ๆ อย่าง .0 Apple ไม่ได้แค่เพิ่มฟีเจอร์ แต่บางครั้งมีการปรับ 'Image Processing Pipeline' หรือกระบวนการประมวลผลภาพถ่ายทั้งหมด ซึ่งอาจส่งผลต่อ Color Science หรือโทนสีสุดท้ายของไฟล์ JPEG/HEIC ที่เราได้</w:t>
        <w:br/>
        <w:br/>
        <w:t>ที่สำคัญกว่านั้น คือความเข้ากันได้ของแอป Third-party ครับ แอปโปรอย่าง Lightroom Mobile, Halide, หรือ Procreate อาจเจอปัญหาในช่วงแรกหลัง OS ใหญ่ออกมาใหม่ๆ</w:t>
        <w:br/>
        <w:br/>
        <w:t>ดังนั้น Protocol ของช่างภาพคือ: หนึ่ง, อย่าเพิ่งอัปเดตวันแรก รออย่างน้อย 1-2 สัปดาห์ สอง, เข้าไปเช็คฟอรั่มหรือกลุ่มช่างภาพก่อนว่าเจอปัญหาอะไรกันไหม และสาม, ห้ามอัปเดตเด็ดขาดถ้าระหว่างนั้นมีโปรเจกต์งานสำคัญค้างอยู่ครับ ความเสถียรของเครื่องมือต้องมาก่อนเสมอ</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งานของเราขึ้นอยู่กับความเสถียรของเครื่องมือครับ กด save คลิปนี้ไว้เป็นเช็คลิสต์ก่อนอัปเดต iOS ครั้งใหญ่รอบหน้าได้เลย เดี๋ยวจะมารีวิวกล้องใน iOS beta ให้ดูกันครับ</w:t>
      </w:r>
    </w:p>
    <w:p>
      <w:pPr>
        <w:spacing w:before="0" w:after="40"/>
      </w:pPr>
      <w:r>
        <w:rPr>
          <w:rFonts w:ascii="Arial" w:hAnsi="Arial"/>
          <w:b w:val="0"/>
          <w:i/>
          <w:color w:val="888888"/>
          <w:sz w:val="16"/>
        </w:rPr>
        <w:t>⏱ 70s  📰 ครูหนึ่งสอนดี  #iOS #iPhonePhotography #ช่างภาพ #ถ่ายภาพ #เทคนิคถ่ายภาพ  💡 The Photographer's OS Update Protocol: เปลี่ยนทิปส์การอัปเดต</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ข่าวบอกตลาดมือถือซบเซา... แต่นี่คือข่าวดีของคนอยากได้ iPhone งบน้อย!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เห็นข่าวจาก iMod บอกว่ายอดส่งสมาร์ตโฟนตกลง แต่รู้ไหมครับว่านี่คือโอกาสทองของเราเลย! พอตลาดซบเซาแบบนี้ พวกร้านค้าหรือคนขายเครื่องมือสองมักจะต้องปรับราคาลงเพื่อระบายของครับ</w:t>
        <w:br/>
        <w:br/>
        <w:t>แปลว่า iPhone รุ่นที่เคยเกินงบไปนิดหน่อย อาจจะตกลงมาอยู่ในราคาที่เราเอื้อมถึงได้ง่ายขึ้น โดยเฉพาะรุ่นคุ้มๆ อย่าง iPhone 13 หรือ iPhone 14 ที่สเปคยังดีมาก ตอนนี้เป็นจังหวะดีที่สุดที่จะเริ่มส่องหาดีลเลยครับ ลองเข้าไปดูตามแหล่งที่เชื่อถือได้ ราคาอาจจะดีกว่าที่คิดนะ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ใครกำลังเล็งรุ่นไหน งบเท่าไหร่ คอมเมนต์มาเลย เดี๋ยวช่วยดูให้!</w:t>
      </w:r>
    </w:p>
    <w:p>
      <w:pPr>
        <w:spacing w:before="0" w:after="40"/>
      </w:pPr>
      <w:r>
        <w:rPr>
          <w:rFonts w:ascii="Arial" w:hAnsi="Arial"/>
          <w:b w:val="0"/>
          <w:i/>
          <w:color w:val="888888"/>
          <w:sz w:val="16"/>
        </w:rPr>
        <w:t>⏱ 45s  📰 iMod  #ไอโฟนมือสอง #iphoneราคานักเรียน #ผ่อนไอโฟน #ไอโฟน #Apple  💡 Market Timing for Smart Savers: แปลงข่าวด้านเศรษฐศาสตร์มหภาค</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เพิ่งซื้อมือสองมา... เจอป๊อปอัปให้อัปเดต iOS แบบนี้ กดไปจะพังไหม?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หลายคนพอซื้อมือสองมาแล้วเจอแจ้งเตือนให้อัปเดตซอฟต์แวร์แบบนี้แล้วจะกลัว เป็นแจ้งเตือนปลอมรึเปล่า? กดแล้วเครื่องจะล็อคไหม? </w:t>
        <w:br/>
        <w:br/>
        <w:t>ใจเย็นๆ ก่อนครับ ถ้าเป็นการแจ้งเตือนจากใน Settings ของเครื่องเองเลย อันนี้ปลอดภัย 100% เป็นของ Apple เองครับ การอัปเดต iOS สำคัญมากนะ โดยเฉพาะเครื่องมือสอง เพราะมันจะช่วยปิดช่องโหว่เรื่องความปลอดภัย แถมบางทีก็ได้ฟีเจอร์ใหม่ๆ มาใช้ฟรีๆ ด้วย ทำให้เครื่องเราเก่งขึ้น ปลอดภัยขึ้น ไม่ต้องกลัวครับ กดอัปเดตได้เลย!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ใครเคยกลัวเรื่องนี้บ้าง? คอมเมนต์มาแชร์กันหน่อย!</w:t>
      </w:r>
    </w:p>
    <w:p>
      <w:pPr>
        <w:spacing w:before="0" w:after="40"/>
      </w:pPr>
      <w:r>
        <w:rPr>
          <w:rFonts w:ascii="Arial" w:hAnsi="Arial"/>
          <w:b w:val="0"/>
          <w:i/>
          <w:color w:val="888888"/>
          <w:sz w:val="16"/>
        </w:rPr>
        <w:t>⏱ 40s  📰 ครูหนึ่งสอนดี  #สอนใช้ไอโฟน #ไอโฟนมือสอง #iosupdate #มือใหม่หัดใช้iphone #เตือนภัย  💡 Demystifying Used iPhone Ownership: เปลี่ยนประเด็นทางเทคนิคท</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ไม่ต้องมี iPhone รุ่นล่าสุด! งบหมื่นกว่าบาท ก็ใช้ฟีเจอร์แก้ข้อความที่เขากำลังฮิตกันได้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เห็นคนฮิตฟีเจอร์แก้ข้อความที่ส่งไปแล้วในแอปแชทกันใช่ไหมครับ? ไม่ต้องน้อยใจว่าต้องใช้เครื่องแพงๆ นะ ความเจ๋งของ iPhone คือถึงเราจะใช้รุ่นที่ไม่ใช่รุ่นท็อป อย่าง iPhone 13 ที่ตอนนี้ราคาจับต้องได้มาก ถ้าเราอัปเดต iOS กับอัปเดตแอปให้เป็นเวอร์ชันล่าสุด เราก็ได้ใช้ฟีเจอร์ใหม่ๆ พวกนี้เหมือนกันเลย</w:t>
        <w:br/>
        <w:br/>
        <w:t>นี่แหละคือความคุ้มของการใช้ iPhone คือเค้าซัพพอร์ตยาวๆ ทำให้เราไม่ต้องจ่ายแพงสุด ก็ยังได้ประสบการณ์การใช้งานที่ดีและทันสมัยอยู่เสมอครับ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มีงบเท่าไหร่กันอยู่? คอมเมนต์มา เดี๋ยวช่วยหารุ่นที่คุ้มสุดให้!</w:t>
      </w:r>
    </w:p>
    <w:p>
      <w:pPr>
        <w:spacing w:before="0" w:after="40"/>
      </w:pPr>
      <w:r>
        <w:rPr>
          <w:rFonts w:ascii="Arial" w:hAnsi="Arial"/>
          <w:b w:val="0"/>
          <w:i/>
          <w:color w:val="888888"/>
          <w:sz w:val="16"/>
        </w:rPr>
        <w:t>⏱ 42s  📰 ครูหนึ่งสอนดี  #ไอโฟนรุ่นไหนดี #iphone13 #ไอโฟนงบน้อย #ทริคไอโฟน #Apple  💡 Feature Parity for Budget iPhones: ตอกย้ำคุณค่าของ iPhone รุ</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ตลาดสมาร์ตโฟนในเอเชียตะวันออกเฉียงใต้ล่าสุดร่วงลง 15%... แต่ทำไมองค์กรใหญ่ๆ ถึงยังคงเลือกใช้ iPhone เป็นหลัก? คำตอบไม่ใช่แค่เรื่องแบรนด์ แต่คือ 'ความเสถียรของสินทรัพย์' 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iMod ยอดจัดส่งสมาร์ตโฟนโดยรวมลดลงต่ำสุดในรอบ 3 ปี ซึ่งสะท้อนความผันผวนของตลาด แต่สำหรับฝ่ายจัดซื้อในองค์กร การเลือกอุปกรณ์ให้พนักงานไม่ได้มองแค่ราคาเปิดตัว แต่มองที่ 'ต้นทุนรวมตลอดการเป็นเจ้าของ' หรือ Total Cost of Ownership (TCO) ครับ</w:t>
        <w:br/>
        <w:br/>
        <w:t>iPhone มีข้อได้เปรียบที่ชัดเจนในเรื่องนี้ 3 ข้อ หนึ่งคือการซัพพอร์ตซอฟต์แวร์ระยะยาว 5-7 ปี ทำให้มั่นใจได้ว่าอุปกรณ์ทุกลำดับชั้นจะได้รับอัปเดตความปลอดภัยล่าสุดอยู่เสมอ สองคือมูลค่าขายต่อ (Residual Value) ที่สูงกว่าแบรนด์อื่นอย่างมีนัยสำคัญ ทำให้เมื่อถึงรอบการเปลี่ยนอุปกรณ์ใหม่ องค์กรจะสามารถลดต้นทุนได้ และสามคือ Ecosystem ที่ทำงานร่วมกันอย่างปลอดภัยระหว่าง iPhone, iPad และ Mac ช่วยลดเวลาในการทำงานของพนักงานลงได้จริง</w:t>
        <w:br/>
        <w:br/>
        <w:t>ดังนั้น แม้ตลาดผู้บริโภคจะผันผวน แต่ในโลกธุรกิจ iPhone ยังคงเป็นสินทรัพย์ที่คาดการณ์ได้และคุ้มค่าในระยะยาวครับ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เราไว้ ถ้าอยากรู้ว่าการเลือก iPhone จะช่วยลดต้นทุนแฝงและเพิ่มความปลอดภัยให้องค์กรของคุณได้อย่างไร</w:t>
      </w:r>
    </w:p>
    <w:p>
      <w:pPr>
        <w:spacing w:before="0" w:after="40"/>
      </w:pPr>
      <w:r>
        <w:rPr>
          <w:rFonts w:ascii="Arial" w:hAnsi="Arial"/>
          <w:b w:val="0"/>
          <w:i/>
          <w:color w:val="888888"/>
          <w:sz w:val="16"/>
        </w:rPr>
        <w:t>⏱ 65s  📰 iMod  #iPhoneธุรกิจ #AppleEcosystem #ผู้บริหาร #การลงทุน #TechNews  💡 Market Resilience as a Business Metric: วิเคราะห์ข้อมูลตลาดส</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Apple เพิ่งเปิดตัว Mac mini พร้อมชิป M6 ที่ประมวลผล AI เร็วขึ้นสูงสุด 4 เท่า... แต่นี่ไม่ใช่แค่เรื่องของคอมพิวเตอร์ตั้งโต๊ะครับ นี่คือการอัปเกรด 'ศูนย์บัญชาการ' ให้กับ iPhone และ iPad ของผู้บริหารทุกคน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จากรายงานของ iMod, Mac mini รุ่นใหม่นี้ถูกออกแบบมาเพื่อรองรับงาน AI ที่ซับซ้อนโดยเฉพาะ สำหรับผู้บริหารแล้ว นี่คือภาพของ Productivity ที่เปลี่ยนไปอย่างสิ้นเชิง</w:t>
        <w:br/>
        <w:br/>
        <w:t>ลองนึกภาพตามนะครับ คุณสามารถใช้พลังของ Mac mini ที่ออฟฟิศในการประมวลผลข้อมูลขนาดใหญ่ หรือสร้าง Presentation ที่มีโมเดล 3D ซับซ้อน จากนั้นเดินทางไปประชุมนอกสถานที่ แล้วใช้ Handoff ดึงสไลด์นั้นขึ้นมาพรีเซนต์บน iPad Pro ได้ทันที หรือระหว่างทาง คุณสามารถใช้ iPhone เพื่อตรวจสอบข้อมูลสำคัญที่ซิงค์กันผ่าน iCloud ได้แบบเรียลไทม์</w:t>
        <w:br/>
        <w:br/>
        <w:t>นี่คือพลังของ Apple Ecosystem ที่แท้จริงครับ Mac mini ไม่ได้เป็นแค่อุปกรณ์แยกส่วน แต่เป็น 'สมอง' ที่ทรงพลังซึ่งทำงานอยู่เบื้องหลัง ทำให้อุปกรณ์พกพาอย่าง iPhone และ iPad กลายเป็นเครื่องมือที่ชาญฉลาดและตอบสนองได้ดียิ่งขึ้น นี่คือการลงทุนในประสิทธิภาพการทำงานที่ไม่สะดุดสำหรับผู้นำองค์กร</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ถ้าอยากรู้ว่า Apple Ecosystem จะปลดล็อก Productivity ของทีมคุณได้ยังไง... Follow เลยครับ</w:t>
      </w:r>
    </w:p>
    <w:p>
      <w:pPr>
        <w:spacing w:before="0" w:after="40"/>
      </w:pPr>
      <w:r>
        <w:rPr>
          <w:rFonts w:ascii="Arial" w:hAnsi="Arial"/>
          <w:b w:val="0"/>
          <w:i/>
          <w:color w:val="888888"/>
          <w:sz w:val="16"/>
        </w:rPr>
        <w:t>⏱ 68s  📰 iMod  #Macmini #AppleEcosystem #Productivity #ผู้บริหาร #AITools  💡 The Central AI Hub for the Executive Ecosystem: วางตำแหน่ง M</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การแจ้งเตือน 'ให้อัปเดตระบบ' ที่เด้งขึ้นมาบนมือถือพนักงาน อาจเป็น 'ช่องโหว่' ด้านความปลอดภัยที่ใหญ่ที่สุดขององค์กรคุณ ถ้าพวกเขากด 'ไว้ทีหลัง'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เรามักจะเห็นคอนเทนต์เตือนภัยเรื่องการอัปเดตปลอมจากมิจฉาชีพ แต่ในโลกธุรกิจ ภัยคุกคามที่น่ากังวลไม่แพ้กันคือ 'การไม่อัปเดต' ครับ</w:t>
        <w:br/>
        <w:br/>
        <w:t>ทุกครั้งที่ Apple ปล่อยอัปเดต iOS ใหม่ มันไม่ได้มีแค่ฟีเจอร์ใหม่ๆ แต่มาพร้อมกับ Security Patches หรือการอุดช่องโหว่ด้านความปลอดภัยที่สำคัญอย่างยิ่ง การที่พนักงานแม้เพียงคนเดียวใช้ iOS ที่ล้าสมัย ก็อาจเป็นการเปิดประตูให้แฮกเกอร์เข้าถึงข้อมูลสำคัญของบริษัทได้</w:t>
        <w:br/>
        <w:br/>
        <w:t>การพึ่งพาให้พนักงานแต่ละคนกดอัปเดตเองมีความเสี่ยงสูงเกินไป นี่คือเหตุผลที่องค์กรชั้นนำใช้เครื่องมือที่เรียกว่า Mobile Device Management หรือ MDM ครับ ระบบ MDM ช่วยให้ฝ่าย IT สามารถสั่งอัปเดต iOS บน iPhone ของพนักงานทุกคนได้จากส่วนกลาง ทำให้มั่นใจได้ว่าอุปกรณ์ทุกเครื่องในองค์กรได้รับการป้องกันที่ล่าสุดและเป็นไปตามนโยบายความปลอดภัยเสมอ</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 เพื่อเรียนรู้เทคนิคการจัดการอุปกรณ์ Apple ในระดับองค์กรให้ปลอดภัยและมีประสิทธิภาพสูงสุด</w:t>
      </w:r>
    </w:p>
    <w:p>
      <w:pPr>
        <w:spacing w:before="0" w:after="40"/>
      </w:pPr>
      <w:r>
        <w:rPr>
          <w:rFonts w:ascii="Arial" w:hAnsi="Arial"/>
          <w:b w:val="0"/>
          <w:i/>
          <w:color w:val="888888"/>
          <w:sz w:val="16"/>
        </w:rPr>
        <w:t>⏱ 70s  📰 ครูหนึ่งสอนดี  #CyberSecurity #MDM #iPhoneSecurity #DataPrivacy #ผู้บริหาร  💡 Automated Security Compliance vs. Manual Risk: พลิกมุมมองจาก</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ภาพหลุดเมนบอร์ด iPhone จอพับมาแล้ว! อาจใช้ชื่อ iPhone Ultra และนี่คือสิ่งที่เราเห็น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เพิ่งมีภาพหลุดออกมาสดๆ ร้อนๆ ที่อ้างว่าเป็นเมนบอร์ดของ iPhone จอพับตัวแรกจาก Apple! ตามรายงานจาก iMod บอกว่านี่อาจจะเป็นรุ่นใหม่ที่ใช้ชื่อว่า 'iPhone Ultra' เลยทีเดียว ที่น่าตื่นเต้นคือดีไซน์ของบอร์ดที่พับได้ ซึ่งบอกใบ้ว่าตัวเครื่องก็ต้องพับได้แน่นอน และคาดการณ์ว่าจะมาพร้อมชิป A20 Pro ที่ยังไม่เปิดตัว! นี่คือการขยับตัวครั้งใหญ่ของ Apple ที่จะเข้ามาแข่งในตลาดจอพับ แต่แน่นอนว่าทั้งหมดยังเป็นแค่ข่าวลือนะครับ ต้องรอการยืนยันอีกที</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ถ้าไม่อยากพลาดข่าว iPhone จอพับ กด follow ไว้เลย เดี๋ยวมีข้อมูลใหม่มารายงานทันที!</w:t>
      </w:r>
    </w:p>
    <w:p>
      <w:pPr>
        <w:spacing w:before="0" w:after="40"/>
      </w:pPr>
      <w:r>
        <w:rPr>
          <w:rFonts w:ascii="Arial" w:hAnsi="Arial"/>
          <w:b w:val="0"/>
          <w:i/>
          <w:color w:val="888888"/>
          <w:sz w:val="16"/>
        </w:rPr>
        <w:t>⏱ 40s  📰 iMod  #iPhoneจอพับ #iPhoneUltra #ไอโฟนจอพับ #AppleLeaks #ข่าวไอที  💡 The Internal Blueprint Reveal: ไม่ได้แค่รายงานข่าวลือผิวเผิน</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คุณอาจยังไม่รู้ว่า Apple กำลังซุ่มทำจออัจฉริยะมาแข่งกับค่ายอื่น! และนี่คือข้อมูลล่าสุด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ไม่ใช่แค่ iPhone หรือ Mac นะครับ ตอนนี้มีข่าวลือหนาหูว่า Apple กำลังพัฒนา Smart Home Display หรือจออัจฉริยะสำหรับควบคุมทุกอย่างในบ้าน ตามรายงานจาก AppleInsider บอกว่ามันจะเป็นเหมือนศูนย์กลางของบ้าน สั่งงานผ่าน Siri ได้ ควบคุมไฟ แอร์ หรือดูหนังฟังเพลงได้ในเครื่องเดียว นึกภาพ iPad ที่ตั้งอยู่ในบ้านตลอดเวลาและทำงานร่วมกับ HomeKit ได้แบบไร้รอยต่อ นั่นแหละครับคอนเซปต์ของมัน นี่อาจเป็นจิ๊กซอว์ชิ้นสุดท้ายที่ Apple ขาดไปใน Ecosystem ของ Smart Home เลยก็ว่าได้ แต่ทั้งหมดนี้ยังเป็นแค่ข่าวลือที่ต้องติดตามกันยาวๆ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ใครรอสร้างบ้านอัจฉริยะกับ Apple อยู่ กด follow ด่วน! มีข่าวหลุดเพิ่มเมื่อไหร่ รู้ก่อนใครแน่นอน!</w:t>
      </w:r>
    </w:p>
    <w:p>
      <w:pPr>
        <w:spacing w:before="0" w:after="40"/>
      </w:pPr>
      <w:r>
        <w:rPr>
          <w:rFonts w:ascii="Arial" w:hAnsi="Arial"/>
          <w:b w:val="0"/>
          <w:i/>
          <w:color w:val="888888"/>
          <w:sz w:val="16"/>
        </w:rPr>
        <w:t>⏱ 45s  📰 AppleInsider  #AppleSmartHome #HomeKit #จออัจฉริยะ #ข่าวApple #Gadget  💡 The Command Center Prophecy: ตีความข่าวลือเรื่องจออัจฉริยะว่</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17 Pro กับ iPhone 18 Pro รอตัวไหนดี? ถ้าคุณกำลังลังเล ฟังข่าวลือล่าสุดนี่ก่อนตัดสินใจ!</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เป็นคำถามโลกแตกของสาวก Apple เลยครับ ว่าจะรอ iPhone 17 Pro ที่กำลังจะมา หรือข้ามไปรอ iPhone 18 Pro ปีถัดไปเลยดี? เรามาดูข่าวลือที่หลุดออกมากันก่อน! มีรายงานว่า iPhone 17 Pro อาจจะอัปเกรดเรื่องกล้องครั้งใหญ่และได้ชิปที่เร็วกว่าเดิมแบบก้าวกระโดด แต่...ข่าวลือของ iPhone 18 Pro ก็โหดไม่แพ้กัน เพราะมีกระแสว่าอาจจะมาพร้อมดีไซน์ใหม่หมดจดแบบ All-Screen ไม่มี Dynamic Island แล้ว และอาจมีฟีเจอร์ AI ที่ล้ำไปอีกขั้น การตัดสินใจเลยยากมากครับ ระหว่างอัปเกรดใหญ่ที่กำลังจะมาถึง กับการเปลี่ยนแปลงดีไซน์ครั้งประวัติศาสตร์ในปีถัดไป แต่ย้ำอีกครั้งนะครับว่าทั้งหมดนี้ยังเป็นแค่ข่าวลือเท่านั้น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ตัดสินใจได้รึยัง? คอมเมนต์บอกหน่อย! แล้วกด follow ไว้เลย เดี๋ยวผมสรุปข่าวลือใหม่ๆ ให้ตลอด</w:t>
      </w:r>
    </w:p>
    <w:p>
      <w:pPr>
        <w:spacing w:before="0" w:after="40"/>
      </w:pPr>
      <w:r>
        <w:rPr>
          <w:rFonts w:ascii="Arial" w:hAnsi="Arial"/>
          <w:b w:val="0"/>
          <w:i/>
          <w:color w:val="888888"/>
          <w:sz w:val="16"/>
        </w:rPr>
        <w:t>⏱ 50s  📰 เอกวิทย์ (TikTok Topic)  #iPhone17Pro #iPhone18Pro #ไอโฟน17 #AppleLeaks #ข่าวลือมือถือ  💡 The Future Upgrade Dilemma: เปลี่ยนคำถามทั่วไปเรื่อง 'ซื้อรุ</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