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27 Aug 2026  16:54 ICT  •  15 scripts  •  5 clusters  •  Gemini 2.5 Pro</w:t>
      </w:r>
    </w:p>
    <w:p>
      <w:pPr>
        <w:spacing w:before="80" w:after="80"/>
        <w:pBdr>
          <w:bottom w:val="single" w:sz="4" w:space="1" w:color="7c4dff"/>
        </w:pBdr>
      </w:pPr>
    </w:p>
    <w:p>
      <w:pPr>
        <w:spacing w:before="80" w:after="40"/>
      </w:pPr>
    </w:p>
    <w:p>
      <w:pPr>
        <w:spacing w:before="40" w:after="40"/>
        <w:shd w:val="clear" w:color="auto" w:fill="FFF3E0"/>
      </w:pPr>
      <w:r>
        <w:rPr>
          <w:rFonts w:ascii="Arial" w:hAnsi="Arial"/>
          <w:b/>
          <w:i w:val="0"/>
          <w:color w:val="E65100"/>
          <w:sz w:val="18"/>
        </w:rPr>
        <w:t>⚠️  1 cluster(s) มี error — ดู log ใน launcher</w:t>
      </w: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17 ยังไม่มาเลย แต่ข่าว iPhone 18 มาแล้ว!? ฟังไม่ผิด! มีเซอร์ไพรส์ด้วยนะ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ทุกคนใจเย็นๆ นะ คือเรื่องมันเป็นงี้… ตอนนี้มีข่าวลือหลุดออกมาจากทาง 'อาตี๋รีวิว' ว่าวันเปิดตัว iPhone 18 มาแล้ว! เอาดีๆ คือข้ามช็อตไปอีก! ในรายงานบอกว่ารอบนี้อาจจะมีเซอร์ไพรส์แบบสุดๆ ซ่อนอยู่ด้วย แต่ยังไม่ได้บอกนะว่าเป็นอะไร... แค่คิดก็ตื่นเต้นแล้วปะ? แต่อย่าลืมว่านี่คือข่าวลือนะทุกคน ยังไม่คอนเฟิร์ม 100% แต่ก็นะ... แค่ได้ยินก็ฟินแล้ว ใครทีมรอรุ่นใหม่บ้าง?</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ใครทีมรอ iPhone 18 คอมเมนต์มาหน่อย! กด follow ไว้เลย เดี๋ยวมีข่าวหลุดอะไรใหม่ๆ จะรีบมาอัปเดตให้ไวสุด! 🔥</w:t>
      </w:r>
    </w:p>
    <w:p>
      <w:pPr>
        <w:spacing w:before="0" w:after="40"/>
      </w:pPr>
      <w:r>
        <w:rPr>
          <w:rFonts w:ascii="Arial" w:hAnsi="Arial"/>
          <w:b w:val="0"/>
          <w:i/>
          <w:color w:val="888888"/>
          <w:sz w:val="16"/>
        </w:rPr>
        <w:t>⏱ 38s  📰 อาตี๋รีวิว  #iphone18 #apple #ข่าวไอที #ไอโฟน #ข่าวลือ  💡 The Hype Cycle Decoded: ไม่ใช่แค่การรายงานข่าวลือ แต่เป็นการ</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ใช้ TrueMoney บน iPhone อยู่ปะ? เช็คด่วน! โอนเงินแบบนี้อาจโดนหัก 6 บาทไม่รู้ตัว!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สายโอนเงินบ่อยๆ ต้องฟัง! ใครจะไปคิดว่าแค่กดผิดนิดเดียวจะเสียเงินเฉยเลย ตามคลิปไวรัลจาก 'Droidsans' เค้าบอกว่าถ้าเราจะโอนเงินจาก TrueMoney ไปธนาคาร แล้วดันไปกดตรง 'เติมเงิน Wallet' ของแอปธนาคารแทนที่จะกดโอนออกจากแอป TrueMoney ตรงๆ เนี่ย... จะโดนค่าธรรมเนียม 6 บาททันที! คือเงินมันน้อยนะ แต่โดนบ่อยๆ ก็จุกอยู่เด้อ วิธีแก้คือง่ายมาก เข้าแอป TrueMoney แล้วกด 'โอนเงิน' ไปบัญชีธนาคารโดยตรงเลย ไม่ต้องไปทำผ่านแอปแบงก์นะเพื่อนๆ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ใครเคยโดนแล้วสารภาพมา! บอกบุญเพื่อนด่วน! กด follow ไว้เลย จะได้ไม่พลาดทิปส์เซฟเงินบน iPhone แบบนี้อีก! ✨</w:t>
      </w:r>
    </w:p>
    <w:p>
      <w:pPr>
        <w:spacing w:before="0" w:after="40"/>
      </w:pPr>
      <w:r>
        <w:rPr>
          <w:rFonts w:ascii="Arial" w:hAnsi="Arial"/>
          <w:b w:val="0"/>
          <w:i/>
          <w:color w:val="888888"/>
          <w:sz w:val="16"/>
        </w:rPr>
        <w:t>⏱ 42s  📰 Droidsans  #truemoney #ค่าธรรมเนียม #เตือนภัย #ทริคไอโฟน #เรื่องเงินต้องรู้  💡 The 'Digital Street Smarts' Guide: เปลี่ยนทิปส์การเงินธรรมดา</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ชาว iPhone ที่ใช้ซิม AIS ฟังทางนี้ด่วน! อาจโดนระงับสัญญาณแบบไม่รู้ตัว ถ้าได้รับ SMS แบบนี้!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เรื่องใหญ่อยู่นะ! ตอนนี้มีมาตรการจาก กสทช. ออกมา ใครที่ใช้ซิม AIS แล้วได้รับ SMS เตือนให้ไปลงทะเบียนซิม ต้องรีบไปทำเลยนะ! อย่าปล่อยเบลอเด็ดขาด เพราะตามข่าวจาก 'Droidsans' เขาบอกว่าถ้าเราไม่ไปยืนยันตัวตนตามที่ SMS แจ้ง อาจจะโดนระงับสัญญาณได้เลย คือเล่นเน็ตไม่ได้ โทรออกไม่ได้ กลายเป็นที่ทับกระดาษไปเลยนะไอโฟนเราอะ เช็คกล่องข้อความตัวเองด่วนๆ เลย ถ้าเจอข้อความเตือนให้รีบไปทำตามขั้นตอนที่เขาบอกเลยนะเพื่อนๆ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รีบเช็คแล้วแท็กเพื่อนที่ใช้ AIS มาดูเลย! กด follow ไว้ มีข่าวสำคัญๆ แบบนี้จะได้ไม่พลาด! 🚨</w:t>
      </w:r>
    </w:p>
    <w:p>
      <w:pPr>
        <w:spacing w:before="0" w:after="40"/>
      </w:pPr>
      <w:r>
        <w:rPr>
          <w:rFonts w:ascii="Arial" w:hAnsi="Arial"/>
          <w:b w:val="0"/>
          <w:i/>
          <w:color w:val="888888"/>
          <w:sz w:val="16"/>
        </w:rPr>
        <w:t>⏱ 40s  📰 Droidsans  #ais #ลงทะเบียนซิม #เตือนภัย #กสทช #ไอโฟน  💡 The 'Digital Identity' Safeguard: ยกระดับการแจ้งเตือนเรื่องซ</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ใช้ iPhone 15 อยู่รึเปล่า? ข่าวลือ iPhone 18 มาแล้ว อาจทำให้แผนอัปเกรดมือถือของคุณต้องเปลี่ยน!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มีรายงานข่าวลือจากช่องอาตี๋รีวิว พูดถึงวันเปิดตัวของ iPhone 18 ครับ ถึงแม้จะยังอีกนานและยังไม่ได้รับการยืนยัน แต่ข้อมูลนี้สำคัญมากสำหรับคนทำงานที่วางแผนอัปเกรดมือถือเป็นรอบๆ ปกติหลายคนจะใช้เครื่องประมาณ 2-3 ปี ซึ่งถ้าคุณใช้ iPhone 14 หรือ 15 อยู่ อาจจะเล็ง iPhone 16 หรือ 17 เป็นเครื่องต่อไป แต่ข่าวลือที่ว่า iPhone 18 จะมี 'เซอร์ไพรส์' ใหญ่ อาจหมายถึงการเปลี่ยนแปลงดีไซน์หรือฟีเจอร์ครั้งสำคัญที่คุ้มค่าการรอคอย การรู้ไทม์ไลน์คร่าวๆ ล่วงหน้าแบบนี้ ช่วยให้เราวางแผนการเงินและตัดสินใจได้ง่ายขึ้น ว่าจะอัปเกรดตามรอบเดิม หรือจะข้ามไปรอรุ่นที่เปลี่ยนเยอะๆ ทีเดียวเลยดีกว่า</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ปกติคุณเปลี่ยน iPhone ทุกกี่ปี? คอมเมนต์บอกกันหน่อยครับ</w:t>
      </w:r>
    </w:p>
    <w:p>
      <w:pPr>
        <w:spacing w:before="0" w:after="40"/>
      </w:pPr>
      <w:r>
        <w:rPr>
          <w:rFonts w:ascii="Arial" w:hAnsi="Arial"/>
          <w:b w:val="0"/>
          <w:i/>
          <w:color w:val="888888"/>
          <w:sz w:val="16"/>
        </w:rPr>
        <w:t>⏱ 50s  📰 อาตี๋รีวิว  #iphone18 #apple #ข่าวไอที #อัปเกรดมือถือ #ไอโฟน  💡 Long-Term Upgrade Path Planning: ไม่ได้มองแค่ 'ซื้อรุ่นไหนดี</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งบหมื่นกลางๆ ซื้อ Samsung A57 5G รุ่นใหม่ หรือหา iPhone 13 มือสองดี? เทียบให้ชัดสำหรับคนทำงาน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เห็นข่าวจาก Droidsans ว่า Samsung Galaxy A57 5G รุ่นใหม่เปิดตัวมาในราคาหมื่นกลางๆ สเปกน่าสนใจมาก แต่สำหรับคนที่ใช้ Apple เป็นหลัก คำถามสำคัญคือ ในงบประมาณเท่ากันนี้ การหา iPhone 13 มือสองสภาพดี จะเป็นการลงทุนที่คุ้มค่ากว่าในระยะยาวหรือไม่? ลองเทียบกันดูครับ หนึ่งคือเรื่อง Performance ชิป A15 Bionic ใน iPhone 13 ยังแรงเหลือๆ สำหรับการทำงานและจะได้รับการอัปเดต iOS ไปอีกหลายปี สองคือ Ecosystem ถ้าคุณใช้ Mac หรือ iPad อยู่แล้ว การทำงานต่อเนื่องไม่มีสะดุดเป็นจุดแข็งที่หาไม่ได้ในฝั่ง Android สามคือคุณภาพกล้อง โดยเฉพาะวิดีโอที่ยังคงเป็นมาตรฐานสูง และสุดท้ายคือราคาขายต่อที่แข็งกว่า ดังนั้นถ้าคุณอยู่ใน Apple Ecosystem อยู่แล้ว การเพิ่มเงินอีกนิดหรือหาเครื่องมือสองสภาพดี อาจจะตอบโจทย์การทำงานระยะยาวได้ดีกว่าครับ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ถ้ามีงบเท่ากัน คุณจะเลือกทีมไหนระหว่าง Android รุ่นใหม่กับ iPhone มือสอง? คอมเมนต์มาคุยกันครับ</w:t>
      </w:r>
    </w:p>
    <w:p>
      <w:pPr>
        <w:spacing w:before="0" w:after="40"/>
      </w:pPr>
      <w:r>
        <w:rPr>
          <w:rFonts w:ascii="Arial" w:hAnsi="Arial"/>
          <w:b w:val="0"/>
          <w:i/>
          <w:color w:val="888888"/>
          <w:sz w:val="16"/>
        </w:rPr>
        <w:t>⏱ 55s  📰 Droidsans  #iphonevsandroid #ไอโฟนมือสอง #samsung #คุ้มค่า #มนุษย์เงินเดือน  💡 The Mid-Range Android vs. Used iPhone Dilemma: วิเคราะห์การต</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ใช้ iPhone โอนเงินผ่าน TrueMoney อยู่รึเปล่า? เช็คด่วน อาจกำลังเสียค่าธรรมเนียม 6 บาทโดยไม่รู้ตัว!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มีรายงานจาก Droidsans ที่น่าสนใจครับ หลายคนอาจจะเสียเงินโดยไม่จำเป็นเวลาโอนเงินจาก TrueMoney Wallet ไปยังบัญชีธนาคาร ปัญหานี้เกิดจากการเลือกเมนูผิดเล็กน้อย คือไปกด 'เติมเงิน' เข้าบัญชีธนาคารแทนที่จะกด 'โอนเงิน' ซึ่งวิธีแรกจะทำให้เสียค่าธรรมเนียม 6 บาททันที สำหรับคนใช้ iPhone วิธีเช็คง่ายๆ ก่อนกดยืนยันด้วย Face ID หรือ Touch ID ทุกครั้ง ให้ดูที่หน้าสรุปรายการครับ ต้องมั่นใจว่าเลือกเมนู 'โอนเงิน' ที่ถูกต้องเสมอ ถึงแม้ iOS จะใช้งานง่าย แต่รายละเอียดเล็กๆ ในแอปแบบนี้ก็สำคัญ การเสียเงินทีละนิดทีละหน่อย รวมๆ กันก็เป็นเงินไม่น้อยเลยครับ ทิปนี้เป็นการปรับพฤติกรรมเล็กๆ ที่ช่วยให้คุณประหยัดเงินได้ในระยะยาว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เคยเจอค่าธรรมเนียมแฝงในแอปไหนอีกบ้าง? คอมเมนต์มาแชร์เพื่อเตือนเพื่อนๆ กันครับ</w:t>
      </w:r>
    </w:p>
    <w:p>
      <w:pPr>
        <w:spacing w:before="0" w:after="40"/>
      </w:pPr>
      <w:r>
        <w:rPr>
          <w:rFonts w:ascii="Arial" w:hAnsi="Arial"/>
          <w:b w:val="0"/>
          <w:i/>
          <w:color w:val="888888"/>
          <w:sz w:val="16"/>
        </w:rPr>
        <w:t>⏱ 45s  📰 Droidsans  #truemoney #ทริคไอโฟน #ประหยัดเงิน #การเงิน #ios  💡 Financial Leak Prevention on iOS: เปลี่ยนข่าวเตือนภัยทั่วไปใ</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งบหมื่นกลางๆ กำลังฮิต Samsung A57 5G...แล้วถ้ากำเงินเท่ากันไปซื้อ iPhone จะได้รุ่นไหน? คุ้มมั้ย? มาดู!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เห็นเพื่อนๆ หลายคนเลยที่กำลังเล็ง Samsung Galaxy A57 5G ตัวใหม่ เพราะราคาดี สเปคคุ้ม แต่สำหรับทีมที่ใจรัก iPhone คำถามคือ...งบเท่ากันเนี่ย เรามีทางเลือกอะไรบ้าง?</w:t>
        <w:br/>
        <w:br/>
        <w:t>ในงบประมาณหมื่นกลางๆ เท่ากัน เราสามารถมองหา iPhone 13 รุ่นธรรมดา มือสองสภาพดีๆ ได้เลยครับ</w:t>
        <w:br/>
        <w:br/>
        <w:t>ข้อดีของ Android เครื่องใหม่แบบ A57 คือได้ของใหม่แกะกล่อง ประกันเต็ม แบตเต็มร้อย ไม่ต้องลุ้น</w:t>
        <w:br/>
        <w:br/>
        <w:t>แต่ข้อดีของ iPhone 13 มือสอง ก็คือได้ใช้ iOS ที่ลื่นไหล ได้กล้องคุณภาพสูงระดับเรือธงในยุคนั้น และยังได้อัปเดตไปอีกยาวๆ แถมเวลาขายต่อราคาก็ตกไม่เยอะเท่า</w:t>
        <w:br/>
        <w:br/>
        <w:t>มันคือการเลือกระหว่าง 'ความสดใหม่' กับ 'ประสบการณ์พรีเมียม' ที่ผ่านการใช้งานมาแล้ว สุดท้ายขึ้นอยู่กับไลฟ์สไตล์ของเราเลย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ถ้าเป็นคุณ จะเลือก Android เครื่องใหม่ หรือ iPhone มือสอง? คอมเมนต์บอกหน่อย หรือใครมีงบเท่าไหร่เมนต์มา เดี๋ยวช่วยแนะนำรุ่นที่เป๊ะที่สุดให้!</w:t>
      </w:r>
    </w:p>
    <w:p>
      <w:pPr>
        <w:spacing w:before="0" w:after="40"/>
      </w:pPr>
      <w:r>
        <w:rPr>
          <w:rFonts w:ascii="Arial" w:hAnsi="Arial"/>
          <w:b w:val="0"/>
          <w:i/>
          <w:color w:val="888888"/>
          <w:sz w:val="16"/>
        </w:rPr>
        <w:t>⏱ 55s  📰 Droidsans  #ไอโฟนมือสอง #iphone13 #samsunga57 #ไอโฟนน่าใช้ #รีวิวมือถือ  💡 The 'New Android vs. Used iPhone' Dilemma Solver: ไม่ใช่แค่เ</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มีข่าวลือ iPhone 18 จะเปิดตัวแล้ว! อย่าเพิ่งเก็บเงินซื้อ...เพราะนี่คือ 'ข่าวดี' ของคนงบน้อยที่อยากได้ iPhone รุ่นเก่า!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เห็นข่าวลือจากช่องอาตี๋รีวิวแล้วใช่มั้ยครับว่า iPhone 18 อาจจะกำลังมา? หลายคนอาจจะคิดว่าไกลตัว แต่จริงๆ แล้วนี่คือสัญญาณที่ดีมากสำหรับคนงบน้อยอย่างเราๆ เลย</w:t>
        <w:br/>
        <w:br/>
        <w:t>เพราะอะไรน่ะเหรอ? เพราะทุกครั้งที่มี iPhone รุ่นใหม่เปิดตัว ราคาของรุ่นก่อนหน้า ทั้งมือหนึ่งที่ยังค้างสต็อก และโดยเฉพาะอย่างยิ่ง 'มือสอง' จะปรับตัวลงครั้งใหญ่!</w:t>
        <w:br/>
        <w:br/>
        <w:t>คนที่ใช้ iPhone 14, iPhone 15 ก็จะเริ่มปล่อยของในตลาดเพื่อไปรุ่นใหม่กัน ทำให้มีเครื่องสภาพดีๆ ราคาดีๆ หลุดออกมาเพียบ นี่แหละครับคือ 'ช่วงเวลาทอง' ของการช้อนซื้อ</w:t>
        <w:br/>
        <w:br/>
        <w:t>ใครที่เล็ง iPhone 13 หรือ 14 อยู่ บอกเลยว่าช่วงปลายปีนี้อาจเป็นจังหวะที่ดีที่สุดในการซื้อเลยก็ได้ เตรียมเก็บเงินรอไว้ได้เลย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ตอนนี้เล็งรุ่นไหนกันอยู่ แล้วตั้งงบไว้เท่าไหร่? คอมเมนต์มาคุยกันหน่อย เดี๋ยวใกล้ๆ จะมาอัปเดตราคาตลาดมือสองให้!</w:t>
      </w:r>
    </w:p>
    <w:p>
      <w:pPr>
        <w:spacing w:before="0" w:after="40"/>
      </w:pPr>
      <w:r>
        <w:rPr>
          <w:rFonts w:ascii="Arial" w:hAnsi="Arial"/>
          <w:b w:val="0"/>
          <w:i/>
          <w:color w:val="888888"/>
          <w:sz w:val="16"/>
        </w:rPr>
        <w:t>⏱ 50s  📰 อาตี๋รีวิว  #iphone18 #ไอโฟนราคาถูก #ไอโฟนมือสอง #สอนซื้อไอโฟน #ข่าวไอที  💡 The Ripple Effect Strategy: เปลี่ยนข่าวลือเรือธงที่ดูไกลตัวส</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เห็นราคา Samsung A07 ไม่กี่พันแล้วท้อใจ...งบไม่ถึงหมื่นแต่อยากได้ iPhone ต้องทำยังไง? มาฟังทางนี้!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เข้าใจเลยครับ เวลาเห็นมือถือ Android รุ่นใหม่ๆ อย่าง Samsung A07 ที่ราคาเปิดตัวมาดีมากๆ แต่ใจเรามันยังรัก iPhone อยู่</w:t>
        <w:br/>
        <w:br/>
        <w:t>คำถามคือ ถ้ามีงบต่ำกว่าหนึ่งหมื่นจริงๆ ควรทำยังไง? ขอพูดแบบตรงๆ เลยนะ...การหา iPhone รุ่นใหม่ๆ (อย่าง 13 ขึ้นไป) ในงบนี้เป็นเรื่องที่ 'ยากมาก' และถ้าเจอ ก็อาจจะต้องเสี่ยงกับเครื่องที่สภาพไม่ดีจริง</w:t>
        <w:br/>
        <w:br/>
        <w:t xml:space="preserve">ทางออกที่ดีที่สุดสำหรับคนงบนี้คืออะไร? </w:t>
        <w:br/>
        <w:t>1. อดทนเก็บเงินเพิ่มอีกนิด: ขยับงบไปที่หมื่นต้นๆ จะทำให้เราหา iPhone 13 มือสองในสภาพที่ดีและน่าใช้ได้ง่ายขึ้นเยอะเลย เป็นการลงทุนที่คุ้มค่ากว่าในระยะยาว</w:t>
        <w:br/>
        <w:t>2. ลองขายเครื่องเก่า: เอาโทรศัพท์เครื่องปัจจุบันไปขายหรือ trade-in ก็เป็นอีกวิธีที่ช่วยเพิ่มงบให้เราไปถึงฝันได้เร็วขึ้น</w:t>
        <w:br/>
        <w:br/>
        <w:t>อย่าเพิ่งใจร้อนรีบซื้อนะครับ การรออีกนิดเพื่อให้ได้ของที่ดีกว่า มันคุ้มค่ากว่าจริงๆ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ใครเคยงบไม่ถึงแล้วตัดสินใจเก็บเงินเพิ่มบ้าง? มาแชร์ประสบการณ์กันหน่อย หรือใครมีงบตอนนี้เท่าไหร่ คอมเมนต์มา เดี๋ยวช่วยวางแผนให้!</w:t>
      </w:r>
    </w:p>
    <w:p>
      <w:pPr>
        <w:spacing w:before="0" w:after="40"/>
      </w:pPr>
      <w:r>
        <w:rPr>
          <w:rFonts w:ascii="Arial" w:hAnsi="Arial"/>
          <w:b w:val="0"/>
          <w:i/>
          <w:color w:val="888888"/>
          <w:sz w:val="16"/>
        </w:rPr>
        <w:t>⏱ 60s  📰 อาตี๋รีวิว  #ไอโฟนงบน้อย #ผ่อนไอโฟน #เก็บเงินซื้อไอโฟน #samsunga07 #สอนใจ  💡 The Honest Budget Threshold Advisor: สร้างความน่าเชื่อถือด้ว</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มีรายงานว่า iPhone 18 กำลังจะเปิดตัว สำหรับผู้บริหาร นี่ไม่ใช่แค่ข่าวเทคโนโลยี แต่คือสัญญาณสำคัญในการวางแผนงบประมาณ IT ขององค์กรสำหรับปีหน้า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การเปิดตัว iPhone รุ่นใหม่ คือช่วงเวลาเชิงกลยุทธ์สำหรับการทำ Tech Refresh Cycle ในองค์กรครับ ตามรายงานจากอาตี๋รีวิวที่พูดถึง iPhone 18 แม้จะยังเป็นข่าวที่ไม่ยืนยัน แต่ผู้บริหารที่มองการณ์ไกลจะเริ่มประเมินอุปกรณ์ในทีมตอนนี้ การวางแผนอัปเกรดอุปกรณ์ในช่วงที่รุ่นใหม่ออก จะทำให้มูลค่า Trade-in ของเครื่องรุ่นเดิมอย่าง iPhone 14 หรือ 15 อยู่ในจุดที่สูงสุด ซึ่งช่วยลดต้นทุนรวมในการเป็นเจ้าของ (Total Cost of Ownership) ได้อย่างมีนัยสำคัญ นอกจากนี้ การใช้ฮาร์ดแวร์รุ่นใหม่ยังหมายถึงการได้รับการอัปเดตความปลอดภัยที่ยาวนานกว่า และรองรับฟีเจอร์ระดับองค์กรได้เต็มประสิทธิภาพ นี่คือการลงทุนในความต่อเนื่องและความปลอดภัยของธุรกิจ ไม่ใช่แค่การซื้อโทรศัพท์ใหม่ครับ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เราไว้ เพื่อเรียนรู้กลยุทธ์การบริหารจัดการอุปกรณ์ Apple ในองค์กรให้คุ้มค่าที่สุด</w:t>
      </w:r>
    </w:p>
    <w:p>
      <w:pPr>
        <w:spacing w:before="0" w:after="40"/>
      </w:pPr>
      <w:r>
        <w:rPr>
          <w:rFonts w:ascii="Arial" w:hAnsi="Arial"/>
          <w:b w:val="0"/>
          <w:i/>
          <w:color w:val="888888"/>
          <w:sz w:val="16"/>
        </w:rPr>
        <w:t>⏱ 60s  📰 อาตี๋รีวิว  #iPhone18 #AppleEcosystem #BusinessStrategy #ผู้บริหาร #TechTips  💡 Strategic Tech Refresh Cycle: แปลงข่าวลือเรื่องผลิตภัณฑ์ใหม่</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 SMS เตือนให้ลงทะเบียนซิมกำลังถูกพูดถึง แต่สำหรับผู้บริหาร ความเสี่ยงที่ใหญ่กว่าคือ SMS แอบอ้าง ที่อาจทำให้ข้อมูลบริษัทของคุณรั่วไหลในคลิกเดียว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SMS Phishing หรือ Smishing เป็นภัยคุกคามที่พุ่งเป้ามาที่ผู้บริหารโดยตรง เพราะเป็นช่องทางที่เข้าถึงได้ง่ายและดูน่าเชื่อถือ ลิงก์ที่ส่งมาอาจนำไปสู่การขโมยข้อมูล Credential หรือติดตั้ง Malware บนอุปกรณ์ได้ทันที สำหรับผู้ใช้ iPhone มีเครื่องมือป้องกันในตัวที่ควรเปิดใช้งานทันที คือ 'Filter Unknown Senders' ใน Settings ของ Messages ฟีเจอร์นี้จะทำการแยกข้อความจากเบอร์ที่ไม่เคยติดต่อหรือไม่เคยบันทึกไว้ออกจากกล่องข้อความหลัก ซึ่งช่วยลดโอกาสที่คุณจะกดลิงก์อันตรายโดยไม่ตั้งใจได้อย่างมหาศาล นี่คือการป้องกันด่านแรกที่สำคัญอย่างยิ่งในการปกป้องข้อมูลสำคัญขององค์กรที่อยู่ในมือคุณ</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เพื่อรับทราบวิธีตั้งค่า iPhone ให้ปลอดภัยสูงสุดสำหรับข้อมูลธุรกิจ</w:t>
      </w:r>
    </w:p>
    <w:p>
      <w:pPr>
        <w:spacing w:before="0" w:after="40"/>
      </w:pPr>
      <w:r>
        <w:rPr>
          <w:rFonts w:ascii="Arial" w:hAnsi="Arial"/>
          <w:b w:val="0"/>
          <w:i/>
          <w:color w:val="888888"/>
          <w:sz w:val="16"/>
        </w:rPr>
        <w:t>⏱ 55s  📰 Droidsans  #Cybersecurity #iPhoneSecurity #Privacy #ผู้บริหาร #DataProtection  💡 Executive-Level Threat Vector Mitigation: ยกระดับข่าวสารทั่ว</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คุณอาจไม่ทันสังเกตค่าธรรมเนียม 6 บาทในแอปจ่ายเงิน แต่ในระดับธุรกิจ 'ค่าใช้จ่ายเล็กๆ' ที่ไม่มีใครตรวจสอบแบบนี้ อาจรวมกันเป็นเงินหลักแสนบาทต่อปี</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ประเด็นค่าธรรมเนียมที่ซ่อนอยู่จากข่าวของ Droidsans เป็นตัวอย่างที่ดีของ 'Financial Leakage' ในองค์กรครับ การควบคุมค่าใช้จ่ายเล็กๆ น้อยๆ ของทีมเป็นเรื่องท้าทาย แต่ Apple Ecosystem มีเครื่องมือที่ช่วยได้ Apple Wallet และ Apple Pay สร้างบันทึกการใช้จ่ายที่เป็นดิจิทัลและตรวจสอบได้ง่าย ลดปัญหาใบเสร็จกระดาษสูญหาย นอกจากนี้ App Store ยังมีแอปพลิเคชันจัดการค่าใช้จ่ายระดับองค์กรมากมายที่ทำงานร่วมกับ iPhone ได้อย่างราบรื่น สามารถถ่ายรูปใบเสร็จและส่งเข้าระบบอนุมัติได้ทันที ช่วยให้ฝ่ายการเงินมี Visibility และควบคุมการใช้จ่ายของทีมได้แบบเรียลไทม์ การใช้เครื่องมือเหล่านี้บน iPhone ไม่ใช่แค่เรื่องความสะดวก แต่คือการสร้างวินัยและการกำกับดูแลทางการเงินที่ดีในองค์กร</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 หากคุณต้องการใช้ iPhone และ Apple Ecosystem เพื่อบริหารการเงินของทีมให้มีประสิทธิภาพมากขึ้น</w:t>
      </w:r>
    </w:p>
    <w:p>
      <w:pPr>
        <w:spacing w:before="0" w:after="40"/>
      </w:pPr>
      <w:r>
        <w:rPr>
          <w:rFonts w:ascii="Arial" w:hAnsi="Arial"/>
          <w:b w:val="0"/>
          <w:i/>
          <w:color w:val="888888"/>
          <w:sz w:val="16"/>
        </w:rPr>
        <w:t>⏱ 65s  📰 Droidsans  #Productivity #BusinessTips #Finance #AppleEcosystem #ผู้บริหาร  💡 Micro-Leakage Financial Control: ใช้ข่าวด้านการเงินของผู้บริ</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Ultra อาจไม่ใช่แค่ข่าวลือ! ภาพหลุดเมนบอร์ดโผล่แล้ว นี่อาจเป็นหลักฐานชิ้นแรกที่จับต้องได้!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คุณอาจจะเคยได้ยินข่าวลือหนาหูเกี่ยวกับ iPhone Ultra รุ่นท็อปสุดที่ Apple ซุ่มพัฒนาอยู่ แต่ล่าสุด เว็บไซต์ AppleInsider ได้เผยแพร่ภาพที่อ้างว่าเป็นเมนบอร์ดของ iPhone Ultra ครับ! </w:t>
        <w:br/>
        <w:br/>
        <w:t>การที่ชิ้นส่วนสำคัญอย่างเมนบอร์ดหลุดออกมาแบบนี้ เป็นสัญญาณที่น่าตื่นเต้นมาก มันบอกใบ้ว่าการออกแบบภายในอาจจะใกล้เสร็จสมบูรณ์แล้ว และอาจจะเริ่มมีการผลิตชิ้นส่วนเพื่อทดสอบกันแล้วด้วย</w:t>
        <w:br/>
        <w:br/>
        <w:t>ถึงแม้ในภาพจะยังไม่ได้เปิดเผยรายละเอียดสเปคอะไรมากนัก แต่การได้เห็นหลักฐานเป็นชิ้นเป็นอันแบบนี้ ก็ทำให้ข่าวลือ iPhone Ultra มีน้ำหนักขึ้นมาอีกเยอะเลย! ย้ำอีกครั้งว่านี่ยังเป็นเพียงข้อมูลที่หลุดออกมา ยังไม่ได้รับการยืนยันจาก Apple นะครับ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อยากเห็นหน้าตาเครื่องจริงคนแรกๆ มั้ย? กด follow ไว้เลย มีข่าวหลุดมาอีก ผมรีบมารายงานทันที!</w:t>
      </w:r>
    </w:p>
    <w:p>
      <w:pPr>
        <w:spacing w:before="0" w:after="40"/>
      </w:pPr>
      <w:r>
        <w:rPr>
          <w:rFonts w:ascii="Arial" w:hAnsi="Arial"/>
          <w:b w:val="0"/>
          <w:i/>
          <w:color w:val="888888"/>
          <w:sz w:val="16"/>
        </w:rPr>
        <w:t>⏱ 48s  📰 AppleInsider  #iPhoneUltra #AppleLeaks #ไอโฟน #ข่าวไอที #มือถือใหม่  💡 The Manufacturing Trail: ไม่ได้เล่าข่าวลือลอยๆ แต่เป็นการตาม</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หลุดสีใหม่ iPhone Ultra! และมีสีนึงที่เซอร์ไพรส์มาก เพราะ Apple ไม่เคยทำกับไทเทเนียมมาก่อน!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ใครรอ iPhone Ultra อยู่บ้าง? ล่าสุดมี Leaker ออกมาเปิดเผยข้อมูลสีที่คาดว่าจะมาในรุ่น Ultra แล้วครับ! ตามรายงานจาก 9to5Mac บอกว่าสีที่คาดว่าจะมีคือสีไทเทเนียมธรรมชาติ, ไทเทเนียมดำ, และไทเทเนียมขาว ซึ่งเป็นสีที่เราคุ้นเคยกันดี</w:t>
        <w:br/>
        <w:br/>
        <w:t>แต่ที่น่าสนใจคือมีสีที่สี่ที่เป็นเซอร์ไพรส์! นั่นก็คือสีไทเทเนียมแบบใหม่ที่อาจจะเป็นโทน 'Rose' หรือ 'Desert Titanium' ซึ่งเป็นเฉดสีที่ Apple ยังไม่เคยทำบนวัสดุไทเทเนียมมาก่อนเลย! ลองจินตนาการดูสิครับว่าจะสวยขนาดไหน</w:t>
        <w:br/>
        <w:br/>
        <w:t>แน่นอนว่าข้อมูลนี้ยังเป็นแค่ข่าวลือจาก Leaker เท่านั้นนะครับ ต้องรอ Apple เปิดตัวอย่างเป็นทางการอีกที</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ถ้ามีสีใหม่จริง คุณจะซื้อสีไหน? คอมเมนต์บอกกันหน่อย แล้วกด follow ไว้เลย เดี๋ยวมาอัปเดตราคาให้!</w:t>
      </w:r>
    </w:p>
    <w:p>
      <w:pPr>
        <w:spacing w:before="0" w:after="40"/>
      </w:pPr>
      <w:r>
        <w:rPr>
          <w:rFonts w:ascii="Arial" w:hAnsi="Arial"/>
          <w:b w:val="0"/>
          <w:i/>
          <w:color w:val="888888"/>
          <w:sz w:val="16"/>
        </w:rPr>
        <w:t>⏱ 45s  📰 9to5Mac  #iPhoneUltra #สีไอโฟน #Apple #ข่าวลือไอโฟน #iPhone17  💡 The Identity Signal: เปลี่ยนข่าวลือเรื่องสีที่ดูธรรมดา ให้กล</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คุณอาจยังไม่รู้ว่า Apple Intelligence ทำงานที่ไหน? นี่คือภาพหลุดแรกของ 'สมอง' ที่อยู่เบื้องหลัง AI ของ Apple!</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เราตื่นเต้นกับฟีเจอร์ของ Apple Intelligence ที่จะมาใน iOS ใหม่กันใช่มั้ยครับ แต่เคยสงสัยมั้ยว่าเบื้องหลังพลังประมวลผลมหาศาลขนาดนี้มันมาจากไหน? </w:t>
        <w:br/>
        <w:br/>
        <w:t>ล่าสุด MacRumors ได้เผยภาพหลุดที่อ้างว่าเป็นเซิร์ฟเวอร์ AI ที่ Apple สร้างขึ้นเอง! นี่ไม่ใช่แค่คอมพิวเตอร์ธรรมดาๆ นะครับ แต่มันคือหัวใจสำคัญที่ทำให้ Apple Intelligence ทำงานได้อย่างรวดเร็วและปลอดภัย</w:t>
        <w:br/>
        <w:br/>
        <w:t>การที่ Apple ลงทุนสร้างฮาร์ดแวร์ของตัวเองแบบนี้ แสดงให้เห็นว่าเค้าจริงจังกับเรื่อง AI และที่สำคัญคือเรื่องความเป็นส่วนตัวของผู้ใช้งานมากๆ เพราะข้อมูลของเราจะถูกประมวลผลบนเซิร์ฟเวอร์ที่ Apple ควบคุมเองทั้งหมด</w:t>
        <w:br/>
        <w:br/>
        <w:t>ถึงภาพจะยังไม่เป็นทางการ แต่การได้เห็นเบื้องหลังแบบ exclusive แบบนี้มันน่าทึ่งจริงๆ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อยากรู้มั้ยว่า AI บน iPhone รุ่นใหม่จะฉลาดขึ้นแค่ไหน? กด follow ไว้เลย เดี๋ยวมีข้อมูลหลุดมาเพิ่มอีกแน่นอน!</w:t>
      </w:r>
    </w:p>
    <w:p>
      <w:pPr>
        <w:spacing w:before="0" w:after="40"/>
      </w:pPr>
      <w:r>
        <w:rPr>
          <w:rFonts w:ascii="Arial" w:hAnsi="Arial"/>
          <w:b w:val="0"/>
          <w:i/>
          <w:color w:val="888888"/>
          <w:sz w:val="16"/>
        </w:rPr>
        <w:t>⏱ 52s  📰 MacRumors  #AppleIntelligence #AppleAI #AIServer #เบื้องหลัง #เทคโนโลยี  💡 The Invisible Backbone: เปิดโปงเบื้องหลังที่คนทั่วไปไม่เคยเห</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