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28 Aug 2026  18:43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แก! เก็บตังค์ยัง? iPhone 18 จะเปิดตัวแล้วนะ! #Apple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ใจเย็นนนน! เห็นข่าวนี้ใน TikTok แล้วอย่าเพิ่งตกใจนะเว้ย! คือตอนนี้มันไวรัลมากว่า iPhone 18 จะมาแล้ว... แต่เดี๋ยวก่อนนะ ปีนี้มันเพิ่งจะ iPhone 16 ป่ะ? 🤣 ตามรายงานจาก Droidsans คือมันเป็นกระแสปั่นๆ ที่คนแชร์กันสนุกๆ เฉยๆ นะเพื่อน กว่า iPhone 18 จะมาจริง เราอาจจะเรียนจบมีงานทำกันพอดี! ใครที่กำลังจะซื้อไอโฟนก็ตัดสินใจได้เลย ไม่ต้องรอถึงเบอร์ 18 หรอกนะ!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ใครเห็นข่าวนี้แล้วขำเหมือนกันบ้าง? คอมเมนต์มา! แล้วกด follow ไว้เลย เดี๋ยวมีข่าวจริงมาอัปเดตให้ ไม่โดนแกงแน่นอน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#ไอโฟน18 #ข่าวลือ #มีม #เรื่องตลก  💡 The Meme-ification of Tech Rumors: ไม่ได้วิเคราะห์กระแสข่าวล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TrueMoney บน iPhone ป่ะ? เช็กด่วน! อาจเสียเงินฟรี 6 บาททุกครั้งที่โอนโดยไม่รู้ตัว!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เอาจริงดิ? แค่กดผิดปุ่มเดียวเนี่ยนะ! คือเรื่องมันมีอยู่ว่า เวลาเราจะโอนเงินจาก TrueMoney wallet ไปบัญชีธนาคารในแอปบน iPhone อ่ะ มันจะมีปุ่มให้กดโอนที่หน้าตาคล้ายกันมาก แต่ปุ่มนึงมันจะคิดค่าธรรมเนียม 6 บาท! อ้างอิงจากคลิปของ Droidsans เลยนะ คือถ้าเรากดเพลินๆ ตามความเคยชิน ไม่ได้อ่านดีๆ เนี่ย โดนหักไม่รู้ตัวเลยนะเพื่อน! ต่อไปนี้ก่อนกดยืนยัน สละเวลาอ่านสักวิ จะได้ไม่เสียค่าขนมไปฟรีๆ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ใครเคยโดนแล้วบ้าง สารภาพมาซะดีๆ! กด follow ไว้เลย ทริคใช้แอปให้คุ้มแบบนี้มีอีกเพียบ!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Droidsans  #Truemoney #ทริคไอโฟน #เตือนภัย #ค่าธรรมเนียม #แอปดีบอกต่อ  💡 The 'One-Tap Muscle Memory' Trap: ไม่ได้นำเสนอเป็นแค่ทิปส์กา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สาวก iPhone เคยแอบมองค่ายอื่นป่ะ? เค้าลือกันว่า Samsung จะทำมือถือ 'ซื้อครั้งเดียวจบ' ใช้ยาวจนลืม!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ฟังแล้วก็แอบน่าสนใจนะ! คือตอนนี้มีข่าวลือจากฝั่ง Samsung ว่ารุ่น Galaxy S26 FE ในอนาคตอะ เค้าจะเน้นเรื่องความทนทาน ปลอดภัย แล้วก็อัปเดตให้ยาวๆ แบบสุดๆ ไปเลย! เห็นแล้วก็อดคิดไม่ได้ว่า...ถ้า iPhone ทำแบบนี้บ้างจะเป็นไง? แบบซื้อเครื่องเดียวใช้ไปเลย 5-6 ปี อัปเดตได้ตลอด ไม่ต้องรีบเปลี่ยนบ่อยๆ เอาจริงก็คงประหยัดตังค์ไปเยอะเลยนะ! ถึงตอนนี้จะเป็นแค่ข่าวลือฝั่งเค้า แต่ก็น่าลุ้นว่า Apple จะมีอะไรแบบนี้มาสู้มั้ย?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อยากให้ iPhone อึดถึกทน ใช้นานๆ แบบนี้มั้ย? เมนต์มาคุยกัน! กด follow ไว้เลยถ้าไม่อยากพลาดข่าววงการมือถือสนุกๆ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Droidsans  #iPhone #Samsung #Apple #GalaxyS26FE #มือถือ  💡 The 'Feature Envy' Check-in: เปลี่ยนจากการเปรียบเทียบเพื่อตั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เงินเดือนออกอย่าเพิ่งซื้อ iPhone 16! เพราะมีข่าวลือว่า iPhone 18 อาจจะเปลี่ยนไปเยอะมากจนน่ารอ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ใครที่กำลังจะเปลี่ยนมือถือ ฟังทางนี้ก่อนครับ ตามรายงานจาก Droidsans มีข่าวลือหนาหูว่า Apple อาจจะยกเครื่องดีไซน์ครั้งใหญ่ในรุ่น iPhone 18 เลยทีเดียวครับ อาจจะมาพร้อมกับขอบจอที่บางลงไปอีก กล้องหลังอาจจะย้ายตำแหน่ง และที่สำคัญคือชิปประมวลผลรุ่นใหม่อย่าง A20 ที่แรงขึ้นแน่นอน</w:t>
        <w:br/>
        <w:br/>
        <w:t>ทีนี้คำถามคือ 'แล้วจะเอายังไงดี?' สำหรับคนทำงานอย่างเราๆ ถ้าคุณใช้ iPhone 14 หรือ 15 อยู่แล้ว การรออาจจะเป็นตัวเลือกที่ฉลาดครับ แต่ถ้าตอนนี้คุณยังใช้ iPhone 13 หรือรุ่นที่เก่ากว่าที่เริ่มจะช้าแล้ว การอัปเกรดเป็น iPhone 15 หรือรอ iPhone 16 ที่กำลังจะมาก็ยังเป็นตัวเลือกที่คุ้มค่า เพราะได้ประสิทธิภาพที่ต่างกันชัดเจน การตัดสินใจตอนนี้เลยเป็นเรื่องของการชั่งน้ำหนักระหว่าง 'ความจำเป็น' กับ 'ความอยากได้เทคโนโลยีล่าสุด'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คุณใช้ iPhone รุ่นไหนอยู่ แล้วมีแผนจะอัปเกรดเมื่อไหร่? คอมเมนต์มาคุยกันครับ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#iPhone18 #Apple #อัปเกรดไอโฟน #ข่าวไอที #มนุษย์เงินเดือน  💡 The 'Future-Proofing Your Wallet' Angle: ไม่ใช่แค่รายงานข่าว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โอนเงิน ระวังเสีย 6 บาทฟรีๆ! เช็กด่วนว่าคุณโอน TrueMoney Wallet แบบนี้อยู่รึเปล่า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สำหรับคนทำงานที่ใช้แอป TrueMoney Wallet บน iPhone โอนเงินอยู่ทุกวัน ต้องเช็กเลยครับ ไม่งั้นอาจจะเสียเงินโดยไม่รู้ตัว ตามข้อมูลจาก Droidsans การโอนเงินจาก TrueMoney Wallet ไปยัง 'บัญชีธนาคาร' โดยตรง จะมีค่าธรรมเนียมครั้งละ 6 บาทครับ โอนบ่อยๆ รวมกันเป็นเงินไม่น้อยเลยนะครับ</w:t>
        <w:br/>
        <w:br/>
        <w:t>วิธีแก้ที่ถูกต้องและฟรี คือให้เลือกโอนด้วย 'PromptPay' แทนครับ ซึ่งจะใช้เบอร์มือถือหรือเลขบัตรประชาชนที่ผูกกับบัญชีธนาคารปลายทาง วิธีนี้ไม่มีค่าธรรมเนียม ลองคิดดูเล่นๆ นะครับ ถ้าคุณโอนไปธนาคารสัปดาห์ละ 2 ครั้ง เดือนนึงก็ 8 ครั้ง เสียเงินไปเกือบ 50 บาท ปีนึงก็ 600 บาทแล้ว แค่เปลี่ยนวิธีโอนนิดเดียวบน iPhone ของคุณ ก็ช่วยให้มีเงินเก็บเพิ่มได้ง่ายๆ 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ใครเคยโดนหักแบบไม่รู้ตัวบ้าง? คอมเมนต์มาแชร์กันหน่อย หรือมีทิปส์ประหยัดเงินในแอปอื่นบอกกันได้เลยครับ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#Truemoney #ทริคไอโฟน #ประหยัดเงิน #การเงิน #มนุษย์เงินเดือน  💡 The 'Digital Micro-Habit Optimization' Angle: เปลี่ยนทิปส์กา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อยากซื้อมือถือเครื่องเดียวใช้ยาว 5-7 ปี จำเป็นต้องเป็น iPhone เสมอไปมั้ย? ล่าสุด Samsung บอก S26 FE ก็ทำได้เหมือนกัน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ปกติถ้าพูดถึงมือถือที่อัปเดตซอฟต์แวร์ได้ยาวนาน ปลอดภัย และใช้ได้ 5 ปีขึ้นไป หลายคนจะนึกถึง iPhone เป็นอันดับแรกใช่มั้ยครับ แต่ล่าสุดมีรายงานจาก Droidsans ว่า Samsung Galaxy S26 FE ที่กำลังจะมา ตั้งเป้าเจาะตลาดกลุ่มคนที่ต้องการซื้อมือถือครั้งเดียวแล้วใช้ยาวๆ เหมือนกัน</w:t>
        <w:br/>
        <w:br/>
        <w:t>สำหรับคนทำงาน การตัดสินใจเลือกมือถือสักเครื่องคือการลงทุนระยะยาวครับ จุดแข็งของ iPhone คือ Ecosystem ที่แข็งแกร่ง, iOS ที่เสถียร, และราคาขายต่อที่ดีมากๆ ส่วนทาง Samsung ก็กำลังชูจุดเด่นเรื่องความทนทานและการการันตีอัปเดตที่ยาวนานขึ้นในราคาที่อาจจะเข้าถึงง่ายกว่า สิ่งนี้ทำให้การแข่งขันน่าสนใจขึ้นมากครับ มันไม่ใช่แค่เรื่องสเปกอีกต่อไป แต่เป็นการเลือกระหว่าง 'มูลค่าระยะยาว' ของ Ecosystem ที่คุ้นเคย กับ 'ความคุ้มค่า' ของทางเลือกใหม่ที่ให้คำมั่นสัญญาเรื่องการใช้งานที่ยาวนานไม่แพ้กัน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ถ้าเน้นใช้ยาวๆ เป็นหลัก คุณอยู่ทีมไหนระหว่าง iPhone กับ Samsung? คอมเมนต์บอกเหตุผลกันหน่อยครับ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#iPhonevsAndroid #ซื้อมือถือ #ใช้ดีบอกต่อ #ไอทีน่ารู้ #คุ้มค่า  💡 The 'Total Cost of Ownership (TCO) Re-evaluation' Angle: กระ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ภาพหลุด! iPhone 18 อาจมาพร้อมเซ็นเซอร์กล้องตัวใหม่จาก Sony...แล้วมันจะเปลี่ยนการถ่ายภาพในที่มืดไปแค่ไหน?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เห็นข่าวลือจาก Droidsans ไหมครับ ว่าอย่าเพิ่งซื้อ iPhone ตอนนี้ เพราะ iPhone 18 กำลังจะมา... ประเด็นที่ช่างภาพอย่างเราต้องจับตาคือเรื่องกล้องครับ มีรายงานที่ยังไม่ยืนยันว่า Apple อาจจะใช้เซ็นเซอร์กล้องหลักตัวใหม่ที่ใหญ่ขึ้น ซึ่งถ้าเป็นจริง นี่คือ Game Changer เลยนะ</w:t>
        <w:br/>
        <w:br/>
        <w:t>สำหรับคนเล่นกล้องจะรู้ดีว่า Sensor ที่ใหญ่ขึ้น ไม่ได้แปลว่าได้แค่ Megapixel เพิ่ม แต่หมายถึงการรับแสงที่ดีขึ้นมหาศาล ลองนึกภาพการถ่าย Night Portrait หรือ Cityscape ตอนกลางคืนดูครับ Noise จะลดลงอย่างเห็นได้ชัด, Dynamic Range กว้างขึ้น เก็บรายละเอียดในส่วนมืดและส่วนสว่างได้ดีกว่าเดิมเยอะ และที่สำคัญคือได้มิติของภาพที่ดีขึ้นด้วย ทั้งหมดนี้จะทำงานร่วมกับ Photonic Engine ตัวใหม่ ทำให้ไฟล์ ProRAW ที่ได้จาก iPhone 18 อาจจะมีคุณภาพไฟล์เทียบชั้นกล้อง Mirrorless รุ่นเริ่มต้นได้เลย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ใครกำลังรออัปเกรดกล้องบน iPhone 18 อยู่บ้าง? กด save คลิปนี้ไว้เลย ถ้ามีข้อมูลเชิงเทคนิคหลุดออกมาอีก จะรีบมาเจาะลึกให้ฟังครับ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#iPhone18 #Apple #กล้องไอโฟน #ถ่ายภาพ #ข่าวลือ  💡 The 'Why It Matters' Breakdown: ไม่ใช่แค่รายงานข่าวลือ แต่เป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Samsung บอกให้ 'ซื้อทีเดียวใช้ยาว'... แต่สำหรับช่างภาพแล้ว การ 'ใช้ยาว' ของ iPhone มันมีความหมายมากกว่าแค่เครื่องไม่พัง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เห็นเทรนด์จากฝั่ง Samsung ที่อาตี๋รีวิวพูดถึง อย่าง Galaxy S26 FE ที่เน้นการใช้งานยาวๆ ก็น่าสนใจครับ แต่ในมุมของคนถ่ายภาพที่ใช้ iPhone เป็นเครื่องมือทำงาน 'การใช้ยาว' มันลึกกว่านั้น มันคือเรื่องของ Ecosystem ครับ</w:t>
        <w:br/>
        <w:br/>
        <w:t>สิ่งที่ทำให้ iPhone ยังคงเป็นกล้องที่ 'โปร' อยู่ได้แม้จะผ่านไป 3-4 ปี คือความเสถียรของ Software และ Workflow ครับ Apple ProRAW หรือ ProRes Log ไม่ใช่แค่ฟีเจอร์ที่ออกมาแล้วจบไป แต่มันถูกพัฒนาและปรับปรุงให้ดีขึ้นเรื่อยๆ ผ่าน iOS update และทำงานร่วมกับแอปโปรอย่าง Lightroom Mobile หรือ DaVinci Resolve ได้แบบไร้รอยต่อ</w:t>
        <w:br/>
        <w:br/>
        <w:t>Color Science ของ Apple ค่อนข้างนิ่ง ทำให้เราทำงานต่อไฟล์จาก iPhone หลายๆ รุ่นได้ง่าย นี่คือสิ่งที่สำคัญมากสำหรับคนที่ต้องการคุมโทนงานให้เป็นสไตล์เดียวกัน ดังนั้นคุณค่าระยะยาวของ iPhone ในสายตาช่างภาพ ไม่ใช่แค่ฮาร์ดแวร์ แต่คือระบบนิเวศทั้งหมดที่รองรับการทำงานแบบมืออาชีพครับ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แล้วคุณล่ะ คิดว่าอะไรคือหัวใจของกล้องมือถือที่ 'ใช้ได้ยาวๆ'? กด save คลิปนี้ไว้ เดี๋ยวผมจะทำเปรียบเทียบ Workflow ระหว่าง ProRAW กับ Expert RAW ให้ดูแบบละเอียด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70s  📰 อาตี๋รีวิว  #iPhone #กล้องมือถือ #ProRAW #ช่างภาพ #Apple  💡 The 'Ecosystem Endurance' Test: เปลี่ยนมุมมองคำว่า 'ใช้ยาว'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ถ่ายวิดีโอด้วย iPhone แต่ทำไมสีสวยดีเทลแน่นเหมือนกล้องใหญ่ เวลาเอาไปเปิดบนจออื่น? เพราะคุณยังไม่ได้ใช้โหมดนี้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พอดีไปเห็นคลิปรีวิวทีวีพกพาจาก Droidsans แล้วก็นึกขึ้นมาได้ครับ ว่าทุกวันนี้เราไม่ได้ดูวิดีโอแค่บนจอมือถืออีกต่อไปแล้ว คำถามคือ...วิดีโอที่เราถ่ายด้วย iPhone มันดีพอสำหรับจอนอกจริงๆ หรือเปล่า?</w:t>
        <w:br/>
        <w:br/>
        <w:t>คำตอบอยู่ที่ Apple ProRes Log บน iPhone 15 Pro ขึ้นไปครับ 'Log' คือโปรไฟล์สีแบบ Flat ที่เก็บข้อมูลแสงและสีจากเซ็นเซอร์มาได้เยอะที่สุดเท่าที่จะทำได้ โดยเฉพาะ Dynamic Range มันคือการดึงศักยภาพสูงสุดของฮาร์ดแวร์ออกมา เหมือนไฟล์ RAW ของวิดีโอเลย</w:t>
        <w:br/>
        <w:br/>
        <w:t>ฟุตเทจที่ได้จะดูสีซีดๆ จืดๆ ก่อน แต่ข้อมูลที่ซ่อนอยู่ข้างในมันมหาศาล ทำให้เรามีอิสระในการ Grading สีได้อย่างเต็มที่ จะดึงเงาขึ้น กดไฮไลท์ลง หรือย้อมโทนสีใหม่ ก็ทำได้โดยที่ไฟล์ไม่แตกง่ายๆ นี่คือ Workflow เดียวกับที่ใช้ในกองถ่ายหนังใหญ่ๆ เลยครับ และนี่คือเหตุผลว่าทำไมวิดีโอจาก iPhone ถึงยังดูโปรมากๆ แม้จะเปิดบนจอใหญ่ก็ตาม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ใครอยากให้เจาะลึกเทคนิคการ Grading สีวิดีโอ Log จาก iPhone แบบจับมือทำ คอมเมนต์ว่า 'สอนหน่อย' เลยครับ กด save คลิปนี้เก็บไว้เป็นไอเดียก่อนได้เลย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75s  📰 Droidsans  #ProResLog #ถ่ายวิดีโอ #iPhone15Pro #Cinematic #ColorGrading  💡 The 'Source to Screen' Professional Pipeline: ใช้ข่าวที่ไม่เ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งบหมื่นกลางๆ ซื้อ iPhone มือสอง หรือไป Samsung ตัวใหม่ดี? คลิปนี้มีคำตอบ!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เห็นคลิปไวรัลคุยกันเยอะมากว่ามือถืองบหมื่นกลางๆ เดี๋ยวนี้สเปคดี อย่าง Samsung รุ่นใหม่ๆ ก็น่าสนใจมากใช่มั้ยครับ? มันเลยเกิดคำถามโลกแตกสำหรับคนอยากได้ iPhone ว่า...เพิ่มเงินอีกนิดไปเอามือสองอย่าง iPhone 13 ดีมั้ย?</w:t>
        <w:br/>
        <w:br/>
        <w:t>ข้อดีของฝั่ง Samsung ใหม่แกะกล่องเลยคือได้ของใหม่ ประกันเต็ม จอสวย แบตอึด สเปคสดใหม่กว่าในราคาที่เท่ากัน</w:t>
        <w:br/>
        <w:br/>
        <w:t>แต่ถ้ามองฝั่ง iPhone 13 มือสอง สิ่งที่ได้มาคือชิปที่ยังแรงมากๆ, ระบบ iOS ที่ใช้ง่าย เสถียร, ได้อัปเดตไปอีกหลายปี และที่สำคัญคือ Ecosystem ของ Apple ที่ทำงานร่วมกันลื่นไหลมาก</w:t>
        <w:br/>
        <w:br/>
        <w:t>มันคือการเลือกระหว่าง 'ความสดใหม่' กับ 'ประสบการณ์ระยะยาว' ครับ ไม่มีผิดไม่มีถูก อยู่ที่เราให้ค่ากับอะไรมากกว่า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ถ้าเป็นคุณ งบหมื่นกลางเลือกทีมไหน? คอมเมนต์บอกหน่อย! หรือใครมีงบเท่าไหร่ เมนต์มา เดี๋ยวช่วยเลือกให้ครับ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เอกวิทย์  #ไอโฟนมือสอง #iphonevsandroid #ซื้อมือถือ #รีวิวมือถือ #droidsans  💡 The 'Long-Term Value vs. Fresh Start' Framework: ไม่ใช่แค่เป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มีข่าวลือ iPhone 18 มาแล้ว! แต่คนงบน้อยแบบเราต้องดีใจ เพราะนี่คือ 1 สัญญาณสำคัญ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เห็นข่าวจาก Droidsans มั้ยครับว่าเริ่มมีข่าวลือ iPhone 18 มาแล้ว หลายคนอาจจะคิดว่าไกลตัวมาก แต่จริงๆ แล้วนี่คือข่าวดีที่สุดสำหรับคนงบน้อยที่เล็ง iPhone มือสองอยู่!</w:t>
        <w:br/>
        <w:br/>
        <w:t>จำหลักการง่ายๆ นี้ไว้เลยครับ: 'รุ่นใหม่มา รุ่นเก่าราคาลง' พอมีข่าวรุ่นใหม่หนาหูขึ้นเรื่อยๆ มันเป็นสัญญาณว่าอีกไม่นาน iPhone รุ่นใหม่กำลังจะเปิดตัว และพอรุ่นใหม่เปิดตัวปุ๊บ...ราคา iPhone รุ่นเก่าๆ ในตลาดมือสอง โดยเฉพาะรุ่นยอดนิยมอย่าง iPhone 13, iPhone 14 จะปรับตัวลงทันที!</w:t>
        <w:br/>
        <w:br/>
        <w:t>นี่คือจังหวะทองของเราครับ ใครที่กำลังเก็บเงินอยู่ อดใจรออีกนิดนึง พอรุ่นใหม่เปิดตัวเมื่อไหร่ เตรียมช้อนซื้อรุ่นที่เราเล็งไว้ได้ในราคาที่ถูกลงแน่นอน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ใครเล็ง iPhone รุ่นไหนไว้ในใจบ้าง? คอมเมนต์งบกับรุ่นที่อยากได้มาคุยกันเลย!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Droidsans  #iPhone18 #ไอโฟนราคาถูก #iphoneมือสอง #วางแผนการเงิน #Apple  💡 The 'Budget Buyer's Strategic Waiting Game': เปลี่ยนข่าวลือท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ใช้เงิน 10,000 บาทให้คุ้มสุดๆ กับ iPhone ที่ยังใช้ได้อีกยาวๆ 1 รุ่นนี้คือคำตอบ!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เห็นมีคนพูดถึงมือถือที่ใช้ได้นานๆ ไม่ต้องเปลี่ยนบ่อย อย่างในคลิปของ Droidsans ที่พูดถึง Samsung รุ่นใหม่ เลยอยากมาแชร์ในมุมของ iPhone บ้างครับ สำหรับคนงบน้อยที่อยากได้เครื่องที่ใช้ยาวๆ เหมือนกัน</w:t>
        <w:br/>
        <w:br/>
        <w:t>ในงบประมาณหมื่นต้นๆ ถึงหมื่นกลางๆ ตัวที่ผมอยากแนะนำที่สุดตอนนี้คือ iPhone 13 ครับ ถึงจะออกมาสองสามปีแล้ว แต่เชื่อเถอะว่าชิป A15 Bionic ยังแรงเหลือๆ สำหรับทุกอย่างในชีวิตประจำวัน เล่นโซเชียล ถ่ายรูป เล่นเกมลื่นๆ</w:t>
        <w:br/>
        <w:br/>
        <w:t>ที่สำคัญที่สุดคือ Apple การันตีอัปเดต iOS ให้อีกหลายปีสบายๆ แปลว่าเราจะได้ใช้ฟีเจอร์ใหม่ๆ และความปลอดภัยล่าสุดไปอีกนาน ไม่โดนทิ้งไว้ข้างหลังแน่นอน เป็นการจ่ายเงินครั้งเดียวที่คุ้มค่าในระยะยาวมากๆ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ใครกำลังมองหา iPhone งบหมื่นนิดๆ อยู่บ้าง คอมเมนต์งบประมาณของคุณมาเลย เดี๋ยวช่วยดูให้ว่ารุ่นไหนเหมาะสุดครับ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#ไอโฟน13 #iphone13 #ไอโฟนมือสอง #มือถือน่าใช้2024 #คุ้มค่า  💡 The 'Sufficient Tech' Mindset: เป็นการเปลี่ยนมุมมองจากการไล่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iPhone 18 เริ่มมาแล้ว แต่นี่ไม่ใช่แค่เรื่องให้ผู้บริโภคตื่นเต้น... สำหรับผู้บริหาร นี่คือสัญญาณในการวางแผนงบประมาณ IT สำหรับปีหน้า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 Droidsans ข่าวลือเกี่ยวกับ iPhone รุ่นใหม่เริ่มถูกพูดถึงแล้ว แม้จะยังไม่ได้รับการยืนยัน แต่ในมุมมองของธุรกิจ นี่คือข้อมูลสำคัญครับ</w:t>
        <w:br/>
        <w:br/>
        <w:t>การมาของเทคโนโลยีใหม่ไม่ได้หมายความว่าเราต้องรีบอัปเกรดเสมอไป แต่เป็นโอกาสในการวางแผน Tech Refresh Cycle ขององค์กรอย่างมีกลยุทธ์</w:t>
        <w:br/>
        <w:br/>
        <w:t>ผู้บริหารสามารถใช้ข้อมูลเหล่านี้เพื่อประเมินว่าฟีเจอร์ใหม่ๆ ที่อาจจะมาพร้อมกับชิปตัวใหม่ หรือความสามารถด้าน AI ที่เพิ่มขึ้น จะช่วยเพิ่ม Productivity ให้กับทีมได้มากน้อยแค่ไหน และคุ้มค่ากับการลงทุนหรือไม่</w:t>
        <w:br/>
        <w:br/>
        <w:t>การวางแผนล่วงหน้าช่วยให้คุณสามารถจัดสรรงบประมาณได้อย่างแม่นยำ และเลือกจังหวะการจัดซื้อที่ดีที่สุด เพื่อให้ได้ ROI หรือผลตอบแทนจากการลงทุนที่สูงสุด แทนที่จะเป็นการตัดสินใจอย่างเร่งรีบตอนสินค้าเปิดตัวครับ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เราไว้เพื่ออัปเดตข้อมูลเชิงลึกสำหรับวางแผน Tech Refresh Cycle ในองค์กรของคุณ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#iPhone18 #AppleEcosystem #ธุรกิจ #ผู้บริหาร #ITStrategy  💡 Corporate Procurement Foresight: แปลงข่าวลือสำหรับผู้บริโภคใ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Samsung เคลมว่ารุ่นใหม่จะใช้ได้นาน แต่ในโลกธุรกิจ 'ความนาน' ไม่ได้วัดแค่ที่ความทนทานของเครื่อง... มันคือ Total Cost of Ownership หรือ TCO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เมื่อเร็วๆ นี้ มีกระแสข่าวเกี่ยวกับมือถือ Samsung รุ่นใหม่ที่เน้นเรื่องการใช้งานระยะยาว ซึ่งเป็นเรื่องที่ดีครับ แต่สำหรับองค์กรแล้ว การประเมินความคุ้มค่าต้องมองลึกกว่านั้น</w:t>
        <w:br/>
        <w:br/>
        <w:t>เราต้องพิจารณาต้นทุนรวมในการเป็นเจ้าของ (Total Cost of Ownership) ซึ่งประกอบด้วย ราคาซื้อ, ค่าใช้จ่ายในการติดตั้งและบริหารจัดการ (Deployment &amp; MDM), ความปลอดภัย, และที่สำคัญคือ 'มูลค่าขายต่อ' (Resale Value)</w:t>
        <w:br/>
        <w:br/>
        <w:t>iPhone ได้รับการยอมรับในองค์กรชั้นนำทั่วโลกว่ามี TCO ที่ต่ำกว่าในระยะยาว เพราะ Apple มีการอัปเดตความปลอดภัยที่สม่ำเสมอให้กับอุปกรณ์ทุกรุ่นพร้อมกัน ทำให้บริหารจัดการง่าย และลดความเสี่ยงด้านไซเบอร์</w:t>
        <w:br/>
        <w:br/>
        <w:t>และเมื่อถึงเวลาต้องอัปเกรดอุปกรณ์ มูลค่าขายต่อของ iPhone ที่สูงกว่าอย่างมีนัยสำคัญ ก็ช่วยลดต้นทุนในรอบการจัดซื้อถัดไปได้อีกทอดหนึ่ง นี่คือความคุ้มค่าที่แท้จริงในเชิงธุรกิจครับ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อยากรู้ว่า iPhone จะช่วยลด TCO ให้บริษัทคุณได้อย่างไร? Follow เราไว้เลยครับ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#iPhoneForBusiness #TCO #AppleEcosystem #ผู้บริหาร #CyberSecurity  💡 Total Cost of Ownership (TCO) Analysis: ยกระดับการเปรียบเทีย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SMS เตือนให้ลงทะเบียนซิมอาจดูเป็นเรื่องทั่วไป แต่สำหรับผู้บริหาร นี่คือสัญญาณเตือนภัยระดับ C-Level ที่เรียกว่า 'Smishing'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ข่าวการแจ้งเตือนให้รีบลงทะเบียนซิมจาก กสทช. ทำให้หลายคนตื่นตัว แต่ภัยคุกคามที่มากับ SMS นั้นร้ายแรงกว่าแค่การถูกระงับสัญญาณ โดยเฉพาะกับผู้บริหาร</w:t>
        <w:br/>
        <w:br/>
        <w:t>การโจมตีแบบ 'Smishing' หรือ SMS Phishing มุ่งเป้ามาที่บุคคลสำคัญในองค์กร เพื่อหลอกให้คลิกลิงก์อันตราย หรือเปิดเผยข้อมูลส่วนตัว ซึ่งอาจนำไปสู่การเข้าถึงข้อมูลลับของบริษัทได้</w:t>
        <w:br/>
        <w:br/>
        <w:t>นี่คือจุดที่ความปลอดภัยของ iPhone มีบทบาทสำคัญครับ ระบบปฏิบัติการ iOS มีการออกแบบ Sandbox ที่แยกการทำงานของแต่ละแอปออกจากกันโดยสิ้นเชิง ทำให้มัลแวร์ไม่สามารถแพร่กระจายได้ง่าย</w:t>
        <w:br/>
        <w:br/>
        <w:t>นอกจากนี้ iMessage ยังมีการเข้ารหัสแบบ End-to-End ซึ่งปลอดภัยกว่า SMS ทั่วไป และฟีเจอร์กรองข้อความขยะก็ช่วยลดความเสี่ยงที่คุณจะเผลอไปกดลิงก์อันตรายได้อีกชั้นหนึ่ง การเลือกใช้อุปกรณ์ที่ปลอดภัยจึงไม่ใช่แค่เรื่องส่วนตัว แต่คือการบริหารความเสี่ยงให้องค์กรครับ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ปกป้องข้อมูลองค์กรของคุณให้ปลอดภัยกว่าเดิม Follow เราสำหรับทิปส์ความปลอดภัยบน Apple Ecosystem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#CyberSecurity #iPhoneSecurity #Smishing #ผู้บริหาร #DataPrivacy  💡 C-Level Threat Mitigation: แปลงข่าวสารทั่วไปเรื่อง SMS ให้เป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หลุดครั้งแรก! หรือนี่คือชิ้นส่วนของ iPhone พับได้? ภาพแผงวงจรที่อ้างว่าเป็นของ 'iPhone Ultra' โผล่มาแล้ว!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สาวก Apple ตื่นเต้นกันใหญ่! เมื่อมีภาพหลุดที่อ้างว่าเป็นแผงวงจรหลัก หรือ Motherboard ของ 'iPhone Ultra' รุ่นท็อปตัวใหม่ล่าสุดออกมาครับ ตามรายงานจาก AppleInsider บอกว่านี่อาจจะเป็นชิ้นส่วนจริงที่ยืนยันว่า Apple กำลังซุ่มพัฒนา iPhone รุ่นใหม่ที่เหนือกว่า Pro Max อยู่จริงๆ ซึ่งหลายคนคาดการณ์กันว่าอาจจะเป็น iPhone จอพับที่เรารอกันมานาน แต่ทั้งหมดนี้ยังเป็นแค่ข่าวลือนะครับ ยังไม่ได้รับการยืนยันอย่างเป็นทางการจาก Apple แต่ถ้าเป็นเรื่องจริงล่ะก็...ตลาดมือถือสั่นสะเทือนแน่นอน!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อยากรู้ว่า iPhone Ultra จะมีจริงมั้ย? กด follow ไว้เลย เดี๋ยวมีข้อมูลใหม่มาอัปเดตทันที!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AppleInsider  #iPhoneUltra #Apple #iPhoneLeak #ไอโฟน #ข่าวลือ  💡 The Physical Evidence Trail: ไม่ได้เล่าข่าวลือลอยๆ แต่เป็นกา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คุณอาจยังไม่รู้! เบื้องหลัง Apple Intelligence คือเครื่องหน้าตาแบบนี้! นี่คือภาพหลุดเซิร์ฟเวอร์ AI ของ Apple ครั้งแรกของโลก!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ใครที่ใช้ Apple Intelligence อยู่ต้องดูคลิปนี้ครับ! นี่คือภาพหลุดที่ MacRumors รายงานว่าเป็นหน้าตาของเซิร์ฟเวอร์ AI ที่ Apple สร้างขึ้นเองเพื่อขับเคลื่อน Apple Intelligence โดยเฉพาะ จะเห็นว่าดีไซน์เรียบง่ายแต่ทรงพลังตามสไตล์ Apple เลย การที่ Apple ลงทุนสร้างฮาร์ดแวร์เองทั้งหมดแบบนี้ ก็เพื่อควบคุมความปลอดภัยและความเป็นส่วนตัวของผู้ใช้งานอย่างเราๆ นี่แหละครับ ถือเป็นการเปิดห้องเครื่องให้เห็นกันเลยว่าเบื้องหลังความฉลาดของ iPhone ที่เราใช้กันอยู่ทุกวันมันยิ่งใหญ่ขนาดไหน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อยากเห็นเบื้องหลัง Apple แบบ exclusive อีก? กด follow ไว้เลย อัปเดตข่าวลึกก่อนใคร!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MacRumors  #AppleIntelligence #Apple #AI #iPhone #เทคโนโลยี  💡 The Engine Room Reveal: เปลี่ยนเรื่องเทคนิคที่ซับซ้อนอย่าง C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ใครรอ AirPods 5 อยู่บ้าง? ข่าวลือระลอกใหม่เริ่มมาแล้ว บอกใบ้ว่าดีไซน์อาจเปลี่ยนเยอะ และอาจมีฟีเจอร์ใหม่ที่เราคาดไม่ถึง!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เตรียมเก็บเงินรอเลย! ตามรายงานจาก 9to5Mac ตอนนี้ข่าวลือเกี่ยวกับ AirPods รุ่นที่ 5 เริ่มมีออกมาให้เราได้ตื่นเต้นกันแล้วครับ ถึงแม้จะยังไม่มีรายละเอียดสเปคหลุดออกมาแบบเต็มๆ แต่กระแสข่าวลือชี้ว่าเราอาจจะได้เห็นการเปลี่ยนแปลงดีไซน์ครั้งใหญ่ ให้ดูคล้ายกับรุ่น Pro มากขึ้น และที่สำคัญ อาจมีการเพิ่มเซ็นเซอร์ใหม่ๆ เข้ามาด้วย แต่ย้ำอีกครั้งว่าทั้งหมดยังเป็นเพียงข่าวลือที่ยังไม่ได้รับการยืนยันนะครับ ต้องรอติดตามกันต่อไป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ถ้าไม่อยากพลาดทุกข่าวลือ AirPods และ Gadget ใหม่ๆ จาก Apple กด follow ไว้เลย อัปเดตก่อนใครแน่นอน!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9to5Mac  #AirPods5 #AirPods #Apple #หูฟัง #ข่าวลือApple  💡 The Next-Gen Feature Speculation: ไม่ได้รายงานแค่ว่า 'มีข่าว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