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29 Aug 2026  11:17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แก! เค้าบอกอย่าเพิ่งซื้อไอโฟน... เพราะ iPhone 18 จะมาแล้ว! จริงป่ะเนี่ย?!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เห็นคลิปนี้เต็มฟีด TikTok เลยใช่ปะ ที่บอกว่า iPhone 18 เตรียมเปิดตัวแล้ว! ใจเย็นก่อนพวกเรา 555 คือตอนนี้มันเป็นมีมที่ไวรัลมากนะ คือขนาด iPhone 16 ยังไม่เปิดตัวเป็นทางการเลย ชาวเน็ตก็คือวาร์ปไปถึงรุ่น 18, 19, 20 กันแล้ว! ตามคลิปไวรัลจาก Droidsans เค้าก็เล่นกับกระแสนี้เหมือนกัน แต่ก็แอบคิดนะว่าถ้ามันมาจริง จะมีฟีเจอร์อะไรบ้าง? กล้องทะลุจักรวาล? แบตอยู่ได้เป็นเดือน? คิดแล้วก็สนุกดี ใครเห็นมีมนี้แล้วบ้าง เมนต์มาหน่อย!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ใครเป็นสาวก Apple ตัวจริง รอไอโฟนรุ่นไหนกันอยู่? กด follow ไว้เลย เดี๋ยวมีข่าวลือใหม่ๆ มาเม้าท์ให้ฟังอีก!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Droidsans  #iPhone18 #ไอโฟน #ข่าวไอโฟน #เรื่องไอที #Apple  💡 The 'Hype Culture' Commentary: ไม่ได้แค่เข้าร่วมมีม แต่เป็นก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17 กล้องจะเทพขนาดไหน? มาดูคลิปเทียบกับคู่แข่งในจินตนาการกัน!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เห็นคลิปจากช่องอาตี๋รีวิวแล้วถึงกับต้องขยี้ตา! เค้าทำคลิปเทสกล้อง iPhone 17 เทียบกับ Samsung Galaxy S25 FE ซึ่งเป็นมือถือในอนาคตทั้งคู่เลยนะ! แน่นอนว่าคลิปนี้ทำมาเพื่อความสนุกและยังเป็นแค่จินตนาการล้วนๆ แต่มันก็อดคิดไม่ได้จริงๆ ว่าถ้า iPhone 17 มาแล้ว กล้องมันจะว้าวได้ขนาดไหน? เพื่อนๆ อยากได้ฟีเจอร์กล้องอะไรใหม่ๆ ในไอโฟนรุ่นต่อไปกันบ้าง? ส่วนตัวแอดอยากได้ AI ช่วยลบคนออกจากพื้นหลังแบบเนียนกริ๊บ! ลองเมนต์ฟีเจอร์ในฝันของตัวเองมาหน่อยดิ๊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อยากรู้เรื่อง iPhone รุ่นใหม่ก่อนใคร? กด follow ช่องเราไว้เลย ไม่พลาดทุกข่าวลือแน่นอน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42s  📰 อาตี๋รีวิว  #iPhone17 #ไอโฟน17 #กล้องไอโฟน #Apple #ข่าวลือ  💡 The 'Speculative Co-Creation' Prompt: ใช้คอนเทนต์ที่เป็นจินต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ใช้ iPhone โอนเงิน TrueMoney อยู่ป่ะ? ระวังเสียเงิน 6 บาทฟรีๆ ทุกครั้งที่โอนแบบนี้นะ!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ใครใช้ TrueMoney บน iPhone บ่อยๆ มาฟังทางนี้ด่วน! Droidsans เค้าออกมาเตือนว่ามีคนโดนค่าธรรมเนียม 6 บาทแบบไม่รู้ตัวเยอะมาก! สาเหตุก็เพราะว่าตอนจะโอนเงินให้เพื่อน ดันไปกดปุ่ม 'เติมเงิน' แทนที่จะกด 'โอนเงิน' นั่นเอง คือ UI มันแอบคล้ายกันนิดนึงไง แค่กดผิดปุ่มเดียวคือเสียตังค์เลยนะ เช็คดีๆ ก่อนกดยืนยันครั้งต่อไป จะได้ไม่เสียค่าขนมไปฟรีๆ 6 บาท!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อยากได้ทริคใช้ iPhone ให้คุ้มกว่าเดิม? กด follow ไว้เลย มีมาบอกอีกเพียบ!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38s  📰 Droidsans  #TrueMoney #ทริคไอโฟน #รอบรู้ไอที #แอพดีบอกต่อ #ประหยัดเงิน  💡 The 'UI/UX Blind Spot' Alert: เจาะจงไปที่การออกแบบ Interface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ใช้ TrueMoney บน iPhone อยู่รึเปล่า? คุณอาจเสียเงิน 6 บาททุกครั้งที่โอนโดยไม่รู้ตัว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หลายคนอาจยังไม่ทันสังเกตนะครับ ตามรายงานจาก Droidsans การโอนเงินจาก TrueMoney Wallet เข้าบัญชีธนาคารโดยตรง ตอนนี้มีค่าธรรมเนียม 6 บาทแล้ว ซึ่งถ้าโอนบ่อยๆ ก็เป็นเงินไม่น้อยเลย สาเหตุหลักมาจากพฤติกรรมที่เราคุ้นชิน กดโอนไวๆ จนไม่ได้อ่านรายละเอียด วิธีแก้ที่ง่ายที่สุดสำหรับคนใช้ iPhone คือ ให้ใช้การสแกน QR Code ของ PromptPay แทนครับ เปิดแอปธนาคารของเพื่อนขึ้นมา แล้วใช้แอป TrueMoney ของเราสแกนจ่ายได้เลย วิธีนี้ยังฟรีเหมือนเดิม เป็นการปรับพฤติกรรมการใช้งานแอปบน iPhone ของเรานิดเดียว แต่ช่วยประหยัดเงินในระยะยาวได้จริงครับ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ใครเพิ่งรู้เรื่องนี้บ้าง comment บอกหน่อย แล้วปกติใช้แอปไหนโอนเงินกันบ่อยที่สุดครับ?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#iPhoneTips #TrueMoney #ประหยัดเงิน #มนุษย์เงินเดือน #การเงิน  💡 The App Integration Blindspot: ไม่ได้โฟกัสที่ 'นิสัย' ของผู้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ถือ iPhone 14 หรือ 15 อยู่แล้วคิดจะเปลี่ยน? ฟังข่าวลือ iPhone 18 นี้ก่อน อาจทำให้คุณอยากรออีก 2 ปี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แม้ว่า iPhone 16 จะใกล้เปิดตัวแล้ว แต่ล่าสุด Droidsans รายงานถึงกระแสข่าวลือของ iPhone 18 ที่เริ่มมีคนพูดถึงแล้วครับ ต้องย้ำว่านี่เป็นข่าวที่ยังอีกไกลมาก แต่สำคัญกับการวางแผนของคนทำงานอย่างเราครับ การมีข่าวลือรุ่นที่ข้ามไปอีก 2 เจนฯ ออกมาเร็วแบบนี้ อาจเป็นสัญญาณว่าการเปลี่ยนแปลงครั้งใหญ่จริงๆ ทั้งดีไซน์และฟีเจอร์ อาจจะยังไม่เกิดขึ้นใน iPhone 16 หรือ 17 ก็เป็นได้ ดังนั้นถ้า iPhone 14 หรือ 15 ที่ใช้อยู่ยังทำงานได้ดี การรออีก 1-2 ไซเคิลเพื่อดูการอัปเกรดใหญ่ อาจเป็นการตัดสินใจที่คุ้มค่ากว่าในระยะยาวครับ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คุณใช้ iPhone รุ่นไหนอยู่ แล้วมีแผนจะเปลี่ยนเมื่อไหร่? comment มาคุยกันได้เลยครับ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Droidsans  #iPhone18 #iPhone16 #อัปเกรดiPhone #ข่าวไอที #Apple  💡 The Upgrade Cycle Disruption: ไม่ใช่แค่การแนะนำให้ 'รอ' เพื่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กล้อง iPhone 17 จะสู้ Samsung ไหวไหม? มีคลิปพูดถึงการทดสอบไมค์และกล้องเทียบกับ Galaxy S25 FE ออกมาแล้ว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อาตี๋รีวิวได้พูดถึงประเด็นร้อนนี้ครับ โดยมีการคาดการณ์ถึงคุณภาพกล้องและไมโครโฟนของ iPhone 17 เทียบกับคู่แข่งอย่าง Samsung Galaxy S25 FE ซึ่งแน่นอนว่าทั้งหมดนี้ยังเป็นแค่ข่าวลือและการคาดการณ์สำหรับมือถือในอีก 2 ปีข้างหน้านะครับ แต่สิ่งที่น่าสนใจสำหรับคนทำงานที่ใช้มือถือถ่ายคอนเทนต์หรือวิดีโอ คือนี่เป็นสัญญาณชัดเจนว่าการแข่งขันด้านนี้จะดุเดือดขึ้นมาก การเลือกมือถือเครื่องต่อไป อาจต้องมองข้ามเรื่อง OS แล้วมาตัดสินกันที่คุณภาพไฟล์วิดีโอและเสียงเป็นหลักเลยทีเดียว ใครที่เน้นใช้งานด้านนี้โดยเฉพาะ ต้องจับตาดูยาวๆ 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ถ้าให้เลือกตอนนี้ ระหว่างสไตล์กล้อง iPhone กับ Samsung คุณอยู่ทีมไหน? comment บอกหน่อยครับ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 xml:space="preserve">⏱ 55s  📰 อาตี๋รีวิว  #iPhonevsSamsung #iPhone17 #GalaxyS25FE #กล้องมือถือ #ข่าวลือ  💡 The Cross-Ecosystem Arms Race: ไม่ใช่แค่การเปรียบเทียบ A vs 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ภาพ Low-light สวยๆ แบบนี้ อาจจะกลายเป็นเรื่องธรรมดา... ถ้าข่าวลือเรื่องกล้อง iPhone 18 ที่หลุดออกมาเป็นจริง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ตามรายงานล่าสุดจาก Droidsans ที่กำลังเป็นไวรัล พูดถึงการมาของ iPhone 18 และรุ่น Ultra ที่อาจจะเปิดตัวในอนาคต ทำให้หลายคนลังเลว่าจะซื้อไอโฟนตอนนี้ดีไหม</w:t>
        <w:br/>
        <w:br/>
        <w:t>แต่สำหรับคนถ่ายภาพแบบเราๆ ประเด็นมันลึกกว่านั้นครับ ข่าวลือระบุว่า Apple อาจจะยกเครื่องชุดกล้องครั้งใหญ่ ไม่ใช่แค่การเพิ่ม Megapixel แต่เรากำลังพูดถึงความเป็นไปได้ของเซ็นเซอร์กล้องหลักที่ใหญ่ขึ้นอย่างมีนัยสำคัญ</w:t>
        <w:br/>
        <w:br/>
        <w:t>เซ็นเซอร์ที่ใหญ่ขึ้นหมายถึงอะไร? มันคือการรับแสงที่ดีขึ้นแบบก้าวกระโดด, Dynamic Range ที่กว้างขึ้นสำหรับไฟล์ ProRAW, และ Noise ที่น้อยลงอย่างเห็นได้ชัดในการถ่ายที่แสงน้อย นี่คือ Game Changer สำหรับคนที่ซีเรียสเรื่องคุณภาพไฟล์ เพราะมันหมายถึงความยืดหยุ่นในการโปรเซสภาพที่มากขึ้นไปอีกระดับ</w:t>
        <w:br/>
        <w:br/>
        <w:t>ดังนั้น ถ้าคุณกำลังจะอัปเกรดจาก iPhone 13 หรือ 14 Pro นี่อาจเป็นช่วงเวลาที่น่าติดตามและรอดูว่า Apple จะปฏิวัติกล้องมือถือไปถึงขั้นไหน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ใครกำลังรออัปเกรดกล้องอยู่บ้าง? กด Save คลิปนี้ไว้เลย ถ้ามีข้อมูลเซ็นเซอร์หลุดมาเพิ่ม จะมาเจาะลึกให้ฟังทันที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#iPhone18 #Apple #iPhonecamera #ช่างภาพ #ถ่ายภาพ  💡 The 'Creative Horizon' Planning Tool: ไม่ได้มองข่าวลือเป็นแค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ภาพซ้ายหรือขวา? นี่ไม่ใช่แค่ฟิลเตอร์ แต่มันคือ 'ปรัชญา' การทำกล้องของสองค่ายยักษ์ ที่ช่างภาพต้องเข้าใจ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เห็นคลิปทดสอบกล้องระหว่าง iPhone 17 กับ Samsung Galaxy S25 FE ของช่องอาตี๋รีวิวแล้วใช่ไหมครับ? แม้จะยังเป็นแค่ข่าวลือของโมเดลในอนาคต แต่มีประเด็นที่น่าคุยกว่าสเปก นั่นคือ 'Color Science' หรือปรัชญาการให้สีของภาพ</w:t>
        <w:br/>
        <w:br/>
        <w:t>ฝั่ง iPhone จะยึดมั่นในความสมจริง หรือ Realism มาตลอด สีสันจะตรงกับที่ตาเห็นมากที่สุด ให้ไฟล์ตั้งต้นที่เที่ยงตรง (Neutral) เหมาะสุดๆ สำหรับช่างภาพที่ต้องการควบคุมโทนสีเองทั้งหมดในโปรแกรมอย่าง Lightroom หรือ Capture One</w:t>
        <w:br/>
        <w:br/>
        <w:t>ในขณะที่ฝั่ง Samsung มักจะโดดเด่นเรื่องภาพที่สดใส มีชีวิตชีวา (Vibrant) ผ่านการโปรเซสที่ชาญฉลาด ทำให้ภาพสวยจบหลังกล้อง พร้อมแชร์ได้ทันที</w:t>
        <w:br/>
        <w:br/>
        <w:t>มันไม่มีอะไรดีกว่ากันครับ มันคือสไตล์และ Workflow ที่แตกต่าง คุณเป็นสาย 'Realist' ที่ชอบปั้นไฟล์เอง หรือสาย 'Vibrant' ที่อยากได้ภาพสวยทันที? การเข้าใจเรื่องนี้จะทำให้คุณเลือกเครื่องมือที่ใช่สำหรับงานของคุณได้ดีขึ้น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คุณอยู่ทีมไหน #ทีมRealist หรือ #ทีมVibrant คอมเมนต์บอกกันหน่อย แล้วกด Save คลิปนี้ไว้เลย เครื่องจริงมาเมื่อไหร่ จะเอาไฟล์ RAW มาผ่าให้ดูแบบลึกๆ 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อาตี๋รีวิว  #iPhone17 #ColorScience #iPhonevsSamsung #ถ่ายรูป #สอนถ่ายภาพ  💡 The 'Color Science Philosophy' Debate: ยกระดับการเปรียบเทียบ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ภาพทั้งหมดนี้ ถ่ายด้วย iPhone ต่างรุ่นกัน แต่มีสิ่งหนึ่งที่เหมือนกันเป๊ะ... และมันสำคัญกับคนทำงานภาพมากกว่าที่คิด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最近มีกระแสพูดถึงมือถือที่ 'ซื้อทีเดียวใช้ยาว' อย่าง Samsung Galaxy S26 FE ในคลิปของอาตี๋รีวิว ซึ่งเป็นคอนเซ็ปต์ที่ดีมากครับ</w:t>
        <w:br/>
        <w:br/>
        <w:t>แต่สำหรับคนทำงานถ่ายภาพและวิดีโอ 'การใช้ยาว' ไม่ได้วัดกันที่ความทนทานของฮาร์ดแวร์อย่างเดียว... สิ่งที่สำคัญไม่แพ้กันคือ 'ความต่อเนื่องของ Workflow'</w:t>
        <w:br/>
        <w:br/>
        <w:t>ภาพที่คุณเห็นตอนต้นคลิปถ่ายจาก iPhone 13 Pro, 14 Pro, และ 15 Pro... สิ่งที่เหมือนกันคือ 'ความสม่ำเสมอของสี' หรือ Color Consistency ไม่ว่าคุณจะอัปเกรดไปรุ่นไหน คาแรกเตอร์สีของ Apple จะมีความใกล้เคียงกันมาก ทำให้งานวิดีโอที่ถ่ายข้ามรุ่นมาต่อกันได้เนียน</w:t>
        <w:br/>
        <w:br/>
        <w:t>บวกกับ Ecosystem ของไฟล์ระดับโปรอย่าง ProRAW และ ProRes ที่ทำงานได้อย่างราบรื่นกับโปรแกรมอย่าง Final Cut Pro หรือ DaVinci Resolve นี่คือการลงทุนใน 'ระบบการทำงาน' ที่มั่นคงในระยะยาว ไม่ต้องมานั่งแก้ปัญหาจุกจิกทุกครั้งที่เปลี่ยนอุปกรณ์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ใครใช้ iPhone เป็นเครื่องมือทำงานหลักอยู่บ้าง? กด Save คลิปนี้ไว้เลย คลิปหน้าจะมาแชร์ Workflow จัดการไฟล์ ProRes Log แบบง่ายๆ ให้ดูกันครับ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 xml:space="preserve">⏱ 75s  📰 อาตี๋รีวิว  #iPhoneTips #ProRAW #ProRes #Videography #ช่างภาพ  💡 The 'Creative Consistency' Investment: ตีความคำว่า 'ใช้ยาว' 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 15,000 ตอนนี้เลือกยากมาก! ระหว่าง Samsung รุ่นใหม่แกะกล่อง กับ iPhone มือสองสภาพดี ควรไปทางไหนดี?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เห็นข่าว Samsung รุ่นใหม่ๆ ราคาหมื่นกลางสเปกจัดเต็มแล้วใจสั่นเลยใช่ไหมครับ? เข้าใจเลย! การได้มือถือใหม่แกะกล่อง ประกันเต็ม แบตเต็ม 100% มันสบายใจสุดๆ แต่...ในงบเดียวกัน เราก็สามารถหา iPhone รุ่นที่ยังแรงอยู่ได้สบายๆ อย่าง iPhone 13 มือสองสภาพดีๆ ข้อดีของ iPhone คือระบบเสถียร ใช้ได้ยาวๆ 4-5 ปี แถมราคาขายต่อแข็งโป๊ก! มันคือการเลือกระหว่าง 'ความสดใหม่' ของ Android กับ 'คุณค่าระยะยาว' ของ iPhone ครับ ไม่มีผิดมีถูก อยู่ที่ว่าเราให้ความสำคัญกับอะไรมากกว่า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ถ้าเป็นคุณ งบหมื่นกลาง เลือกทีมไหนกัน? หรือใครยังตัดสินใจไม่ได้ คอมเมนต์งบมาเลย เดี๋ยวช่วยแนะนำให้ครับ!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#ไอโฟนมือสอง #iphoneราคาถูก #ซื้อมือถือ #samsung #งบน้อย  💡 The 'Investment vs. Freshness' Dilemma: ไม่ได้เทียบสเปกชนสเป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ข่าวลือ iPhone 17-18 มาแล้ว! แต่นี่แหละ คือโอกาสทองของคนอยากได้ iPhone รุ่นเก่าในราคาที่ถูกลง!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หลายคนเห็นข่าวลือ iPhone รุ่นใหม่แล้วอาจจะคิดว่าไกลตัว แต่จริงๆ แล้วมันคือสัญญาณที่ดีสำหรับคนงบน้อยครับ! เพราะตามสถิติ พอ iPhone รุ่นใหม่เปิดตัวปุ๊บ ราคาทางการของรุ่นเก่าๆ อย่าง iPhone 14, iPhone 15 ก็จะปรับลงทันที และที่สำคัญ ตลาดมือสองก็จะคึกคักเป็นพิเศษ คนที่ซื้อรุ่นใหม่ก็จะเอาเครื่องเก่ามาขาย ทำให้เรามีตัวเลือกเยอะขึ้นในราคาที่น่ารักกว่าเดิมเยอะ! ใครที่เล็งรุ่นไหนไว้ อดใจรออีกนิด ช่วงปลายปีหลังงานเปิดตัว คือจังหวะช้อนซื้อที่ดีที่สุดเลยครับ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ใครกำลังรอสอยรุ่นไหนอยู่บ้าง? ตั้งงบไว้เท่าไหร่ คอมเมนต์มาคุยกันครับ!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Droidsans  #iPhone18 #ไอโฟนราคาถูก #รอซื้อไอโฟน #วางแผนการเงิน #Apple  💡 The 'Hype Cycle Arbitrage' Strategy: เปลี่ยนข่าวลือที่ดูไกลต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 20,000 วันนี้ ซื้อ iPhone ที่ใช้ได้เลยดีๆ 1 เครื่อง หรือจะรอ Samsung รุ่นใหม่ที่ยังไม่มาดี?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เห็นข่าวลือจากฝั่ง Samsung ที่ว่ากำลังจะมีรุ่นใหม่สเปกเทพๆ มาเจอ iPhone ในอนาคตแล้วก็น่าสนใจครับ แต่...นั่นคือเรื่องของอนาคต ถ้าเราจะซื้อมือถือวันนี้ล่ะ? ในงบประมาณสองหมื่นนิดๆ ตอนนี้เราสามารถหา iPhone 13 เครื่องใหม่ หรือ iPhone 14 มือสองสภาพนางฟ้าได้เลยนะ ซึ่งเป็นเครื่องที่พิสูจน์แล้วว่าแรงจริง กล้องสวยจริง และใช้ได้ยาวๆ ไม่ต้องรอ! การรออาจจะได้ของที่ใหม่กว่า แต่การซื้อวันนี้เราได้ของดีที่ใช้ได้เลยทันที ไม่ต้องลุ้น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ถ้าเป็นคุณ จะเลือกรอของใหม่ที่ยังไม่มา หรือซื้อของดีที่ใช้ได้เลย? คอมเมนต์งบที่มีมา เดี๋ยวช่วยเลือกรุ่นที่เหมาะที่สุดให้ครับ!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อาตี๋รีวิว  #ไอโฟน #ซื้อมือถือเครื่องใหม่ #iphonevsandroid #มือถือน่าใช้ #รีวิวไอโฟน  💡 The 'Present Value vs. Future Promise' Decision: เป็นการเปลี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ข่าวลือ iPhone 18 อาจดูเป็นเรื่องของผู้บริโภค แต่สำหรับฝ่ายจัดซื้อในองค์กร นี่คือสัญญาณสำคัญในการวางแผนงบประมาณปีหน้าครับ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ตามรายงานจาก Droidsans และสื่อต่างๆ ข่าวลือเกี่ยวกับ iPhone รุ่นใหม่มักจะเริ่มหนาหูขึ้นในช่วงเวลานี้ของทุกปี ซึ่งแม้รายละเอียดจะยังไม่ได้รับการยืนยัน แต่ 'จังหวะเวลา' ของข่าวเหล่านี้คือข้อมูลเชิงกลยุทธ์ครับ</w:t>
        <w:br/>
        <w:br/>
        <w:t>สำหรับองค์กรขนาดใหญ่ที่มีการจัดซื้อ iPhone เป็นจำนวนมาก การคาดการณ์วงจรการเปิดตัวผลิตภัณฑ์ใหม่ของ Apple ได้อย่างแม่นยำ ช่วยให้ฝ่าย IT และฝ่ายการเงินสามารถวางแผน Tech Refresh Cycle ล่วงหน้าได้ ทำให้สามารถจัดสรรงบประมาณประจำปีได้อย่างมีประสิทธิภาพ, วางแผนการส่งมอบเครื่องใหม่ให้กับพนักงานโดยไม่กระทบต่อการดำเนินงาน และที่สำคัญคือการกำหนดช่วงเวลาที่ดีที่สุดในการขายเครื่องเก่า (Trade-in) เพื่อให้ได้มูลค่าคงเหลือ (Residual Value) สูงสุด ซึ่งทั้งหมดนี้ส่งผลโดยตรงต่อต้นทุนรวมในการเป็นเจ้าของ (TCO) ขององค์กร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เราไว้ ถ้าอยากเปลี่ยนข่าวเทคโนโลยีให้เป็นความได้เปรียบทางธุรกิจ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#iPhoneForBusiness #AppleEcosystem #ผู้บริหาร #การลงทุน #เทคโนโลยี  💡 Strategic Tech Forecasting: แปลงข่าวลือที่ดูเป็นเรื่องของผู้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มีรายงานว่า Samsung เน้นเรื่อง 'ซื้อทีเดียวใช้ยาว' แต่ในโลกธุรกิจ 'ความคุ้มค่าระยะยาว' ไม่ได้วัดที่ความทนทานอย่างเดียว แต่วัดที่มูลค่าคงเหลือและ Security Patch 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ตามข่าวลือที่อาตี๋รีวิวได้นำเสนอเกี่ยวกับแนวคิดของ Samsung ที่จะเน้นความทนทานใช้งานได้นาน ซึ่งเป็นเรื่องที่ดีครับ แต่สำหรับองค์กรที่ต้องบริหารจัดการอุปกรณ์หลายร้อยหลายพันเครื่อง ปัจจัยสำคัญที่นอกเหนือจากฮาร์ดแวร์คือ 'ต้นทุนรวมในการเป็นเจ้าของ' หรือ TCO</w:t>
        <w:br/>
        <w:br/>
        <w:t>iPhone ได้พิสูจน์แล้วในตลาดองค์กรว่ามีจุดแข็งที่ชัดเจนในเรื่องนี้ ข้อแรกคือการการันตีอัปเดต iOS ที่ยาวนาน 5-7 ปี ซึ่งหมายถึง Security Patch ที่ต่อเนื่อง ทำให้ข้อมูลของบริษัทยังคงปลอดภัยและผ่านมาตรฐาน Compliance ที่เข้มงวดได้ตลอดอายุการใช้งาน ข้อสองคือมูลค่าขายต่อ (Resale Value) ที่สูงกว่าอย่างมีนัยสำคัญ เมื่อถึงรอบการเปลี่ยนอุปกรณ์ใหม่ มูลค่าที่ได้คืนมานี้จะช่วยลดต้นทุนสุทธิของอุปกรณ์ล็อตใหม่ได้อย่างมหาศาล นี่คือตัวเลขที่จับต้องได้บนงบดุลของบริษัท และเป็นเหตุผลหลักที่องค์กรชั้นนำเลือกใช้ iPhone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ไว้เพื่อดูว่า Apple ecosystem ช่วยลดต้นทุนรวมขององค์กรได้อย่างไร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อาตี๋รีวิว  #iPhoneForBusiness #TotalCostOfOwnership #AppleSecurity #ผู้บริหาร #การลงทุน  💡 Enterprise Asset Value Retention: ยกระดับการสนทนาจาก 'ความทน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กล้องหน้าและไมโครโฟนบนมือถือไม่ใช่แค่เรื่องโซเชียลมีเดีย แต่สำหรับผู้บริหาร มันคือเครื่องมือสำคัญในการสร้างความน่าเชื่อถือทางธุรกิจ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มีข่าวลือจากฝั่งคู่แข่งที่พูดถึงการพัฒนาคุณภาพกล้องและไมโครโฟน ซึ่งสะท้อนให้เห็นเทรนด์ที่สำคัญครับ ในยุค Hybrid Working ที่ผู้บริหารต้องประชุมออนไลน์จากทุกที่ ไม่ว่าจะเป็นที่บ้าน, Co-working space หรือระหว่างเดินทาง คุณภาพของการสื่อสารคือภาพลักษณ์ขององค์กร</w:t>
        <w:br/>
        <w:br/>
        <w:t>การใช้ iPhone ในการวิดีโอคอลสำคัญๆ ให้ภาพและเสียงที่คมชัดและเป็นมืออาชีพกว่าการใช้เว็บแคมบนแล็ปท็อปเสมอ สิ่งนี้สร้างความน่าเชื่อถือและความประทับใจแรกให้แก่คู่ค้าหรือลูกค้าได้ทันที มันไม่ใช่แค่ฟีเจอร์ แต่มันคือเครื่องมือในการบริหารจัดการ Personal Branding ของผู้นำในยุคดิจิทัล การลงทุนกับอุปกรณ์ที่ให้คุณภาพการสื่อสารที่ดีที่สุด ก็คือการลงทุนในภาพลักษณ์และความสำเร็จของธุรกิจนั่นเองครับ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เราเพื่ออัปเดตว่า Apple ecosystem จะยกระดับความเป็นผู้นำของคุณได้อย่างไร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อาตี๋รีวิว  #ExecutivePresence #BusinessCommunication #iPhoneForBusiness #Productivity #ผู้นำ  💡 Executive Communication &amp; Personal Branding: ตีความข่าวลือเร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ใครคิดจะซื้อ iPhone ตอนนี้...เบรกไว้ก่อน! เพราะอีกไม่กี่สัปดาห์ iPhone 18 ก็จะเปิดตัวแล้ว และนี่คือเหตุผลที่คุณควรรอ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ตอนนี้กระแส iPhone 18 มาแรงมากใน TikTok! ตามข่าวลือที่ออกมาจากหลายแหล่ง คาดว่าเราจะได้เห็นการอัปเกรดครั้งใหญ่ โดยเฉพาะรุ่น Pro ที่อาจมีขอบจอบางลงไปอีก และอาจมีปุ่ม Capture Button ใหม่สำหรับสายถ่ายรูปโดยเฉพาะเลยครับ</w:t>
        <w:br/>
        <w:br/>
        <w:t>แต่ที่สำคัญที่สุดคือ 'ราคา' ครับ! ทันทีที่ iPhone 18 เปิดตัว ราคาของรุ่นก่อนหน้าอย่าง iPhone 17 หรือแม้แต่ iPhone 16 ก็มีแนวโน้มที่จะปรับลดลงทันที การรออีกนิดเดียวอาจจะทำให้คุณได้รุ่นที่ใหม่กว่าในราคาเดิม หรือได้รุ่นเดิมในราคาที่ถูกลงไปอีกเยอะเลยครับ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ใครทีมรอ หรือใครคิดว่าจัดเลยดีกว่า? คอมเมนต์มาคุยกัน! กด follow ด่วน มีข่าวราคาหลุดเมื่อไหร่ รู้ก่อนใครแน่นอน 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#iPhone18 #AppleEvent #ข่าวลือ #ไอโฟน #รอบรู้ไอที  💡 The 'Strategic Purchase Timing' Advisory: ไม่ใช่แค่การบอกให้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AirPods รุ่นต่อไปอาจจะไม่ได้ชื่อ AirPods 5! และนี่คือข้อมูลหลุดล่าสุดจาก 9to5Mac ที่คุณอาจยังไม่รู้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มีรายงานข่าวลือใหม่ล่าสุดจากสื่อใหญ่อย่าง 9to5Mac ครับ! เค้าบอกว่า Apple กำลังซุ่มพัฒนา AirPods รุ่นใหม่อยู่ ซึ่งอาจจะมีการเปลี่ยนแปลงครั้งใหญ่เกิดขึ้น!</w:t>
        <w:br/>
        <w:br/>
        <w:t>ถึงแม้จะยังไม่มีข้อมูลยืนยัน 100% แต่ข่าวลือระบุว่า ดีไซน์อาจจะถูกปรับปรุงใหม่ให้ใส่สบายขึ้น และอาจมาพร้อมฟีเจอร์ด้านสุขภาพที่หลายคนรอคอยกันอยู่ด้วยครับ ที่น่าสนใจคือ มีการพูดคุยกันว่า Apple อาจจะไม่ได้ใช้ชื่อ AirPods 5 แต่อาจจะเป็นชื่อใหม่เพื่อบ่งบอกถึงการเปลี่ยนแปลงครั้งสำคัญนี้เลยก็ได้ ต้องรอติดตามกันดูครับว่าจะเป็นแค่ข่าวลือรึเปล่า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ใครรอ AirPods ใหม่อยู่บ้าง คอมเมนต์บอกหน่อย! แล้วกด follow ไว้เลย เดี๋ยวมีข้อมูลเพิ่มจะรีบมาอัปเดตทันที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9to5Mac  #AirPods #Apple #หูฟังไร้สาย #ข่าวลือApple #ไอที  💡 The 'Generational Leap' Speculation: ไม่ใช่แค่การรายงานฟีเจอ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จอเทพที่สุดในโลกเปิดตัวแล้ว! แต่มันยังไม่ได้อยู่ใน iPhone... และนี่คือเบาะแสสำคัญของจอ iPhone ในอนาคต!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คุณอาจยังไม่รู้ว่า BOE ซึ่งเป็นหนึ่งในซัพพลายเออร์หลักที่ผลิตจอให้ Apple เพิ่งเปิดตัวหน้าจอ next-gen ในชื่อ 'BOE Q11' ครับ! ตามรายงานจาก iPhonemod ระบุว่าจอนี้มีความละเอียดสูงถึงระดับ 2K และเป็นเทคโนโลยีล่าสุดเลย</w:t>
        <w:br/>
        <w:br/>
        <w:t>ถึงแม้จอนี้จะถูกใช้ในมือถือแบรนด์อื่นก่อน แต่การที่ซัพพลายเออร์ของ Apple พัฒนาเทคโนโลยีระดับนี้สำเร็จ มันเป็นสัญญาณที่ชัดเจนมากว่าเราอาจจะได้เห็นจอที่มีคุณภาพใกล้เคียงกัน หรืออาจจะเป็นเทคโนโลยีเดียวกันนี้ ใน iPhone Pro รุ่นต่อไปในอนาคต ไม่ว่าจะเป็น iPhone 18 หรือ 19 ก็เป็นได้ครับ นี่คือการแอบดูอนาคตผ่าน Supply Chain ของ Apple เลย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อยากเห็นจอสเปกเทพๆ แบบนี้ใน iPhone รุ่นไหน? กด follow ไว้เลย ถ้ามีข่าวจาก Supply Chain เพิ่มเติม จะรีบมารายงาน!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iMod  #iPhone19 #iPhone18Pro #AppleRumors #เทคโนโลยี #จอไอโฟน  💡 The 'Supply Chain Detective' Angle: เปลี่ยนข่าวเปิดตัวชิ้นส่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