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30 Aug 2026  08:13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 อย่าเพิ่งรีบผ่อนไอโฟนตอนนี้! เดี๋ยวจะเฟลหนักมาก!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ใครที่กำลังเล็งๆ จะถอย iPhone 15 หรือรอ 16 อยู่...ช้าก่อน! มีข่าวลือหนักมากจาก Droidsans บอกว่าอย่าเพิ่งซื้อตอนนี้ เพราะ Apple อาจจะเปิดตัว 'iPhone 18 Ultra' ในอนาคต! นึกภาพดิ...เพื่อนในกลุ่มเพิ่งถอยรุ่นใหม่ แต่เราเดินเข้าไปพร้อม 'iPhone 18 Ultra' ที่เป็นตัวท็อปสุดๆ ของซีรีส์ มันจะเท่ขนาดไหน! ถึงจะเป็นแค่ข่าวลือที่ยังไม่ยืนยันนะ แต่ถ้ามาจริงนี่คือเปลี่ยนเกมเลยนะ ใครอยากเป็นคนแรกๆ ที่ได้ใช้ของแรร์ต้องคิดดีๆ 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ใครทีมรอตัวท็อปสุดเหมือนกันบ้าง? คอมเมนต์มา! แล้วกด follow ไว้เลย เดี๋ยวมาอัปเดตข่าวลือแบบเรียลไทม์!</w:t>
      </w:r>
    </w:p>
    <w:p>
      <w:pPr>
        <w:spacing w:before="0" w:after="40"/>
      </w:pPr>
      <w:r>
        <w:rPr>
          <w:rFonts w:ascii="Arial" w:hAnsi="Arial"/>
          <w:b w:val="0"/>
          <w:i/>
          <w:color w:val="888888"/>
          <w:sz w:val="16"/>
        </w:rPr>
        <w:t>⏱ 40s  📰 Droidsans  #iPhone18 #iPhoneUltra #Apple #ข่าวไอที #ข่าวลือ  💡 The 'Clout-Chaser's Calendar' Strategy: เปลี่ยนข่าวลือให้กลา</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ใครใช้ TrueMoney บน iPhone อยู่...หยุดก่อน! เธออาจกำลังโดนลาสบอสจ้องเล่นงานเงิน 6 บาทแบบไม่รู้ตัว!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เรื่องจริงไม่อิงนิยาย! ในแอป TrueMoney ที่เราใช้โอนเงินกันทุกวัน มันมีกับดักซ่อนอยู่ เหมือนเป็นด่านลับเลย ตามที่ Droidsans เค้าไปเจอมา คือเวลาเราโอนเงินให้เพื่อน มันจะมีปุ่มนึงที่ถ้าเผลอกดไปปุ๊บ...จะโดนหักค่าธรรมเนียม 6 บาททันที! หลายคนโดนไปแบบงงๆ วิธีปราบลาสบอสง่ายมาก แค่ตอนโอนเงินสังเกตดีๆ อย่าไปกดปุ่มที่มันเขียนว่ามีค่าบริการเสริม แค่นี้ก็รอดแล้ว ไม่เสียเงินฟรีๆ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ใครเคยโดนบ้าง สารภาพมาซะดีๆ! กด follow ไว้เลย จะได้ไม่พลาดทริคลับๆ แบบนี้อีก! 🔥</w:t>
      </w:r>
    </w:p>
    <w:p>
      <w:pPr>
        <w:spacing w:before="0" w:after="40"/>
      </w:pPr>
      <w:r>
        <w:rPr>
          <w:rFonts w:ascii="Arial" w:hAnsi="Arial"/>
          <w:b w:val="0"/>
          <w:i/>
          <w:color w:val="888888"/>
          <w:sz w:val="16"/>
        </w:rPr>
        <w:t>⏱ 35s  📰 Droidsans  #TrueMoney #ทริคไอโฟน #แอพดีบอกต่อ #ประหยัดเงิน #รอบรู้ไอที  💡 The 'App Gaming' Mini-Quest: เปลี่ยนทิปส์การเงินที่น่าเบื่อใ</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มโนแบทเทิลแห่งอนาคต! ถ้ากล้อง iPhone 17 ต้องมาเจอกับ Galaxy S25 FE...ใครจะชนะ!?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เปิดวอร์ข้ามจักรวาล! อาตี๋รีวิวเค้าจุดประเด็นมาให้เรามโนกันเล่นๆ แล้ว ว่าถ้ามือถือในอนาคตอย่าง iPhone 17 ต้องมาวัดพลังกล้องกับคู่แข่งอย่าง Samsung Galaxy S25 FE เนี่ย ใครจะปังกว่ากัน! ถึงตอนนี้จะยังเป็นแค่ข่าวลือนะ แต่ฝั่ง Samsung ก็มีข่าวว่าจะจัดเต็มเรื่องกล้องกับไมค์ ส่วนฝั่ง Apple ก็รู้กันอยู่ว่า iPhone 17 ต้องมีอะไรเด็ดๆ มาอัปเกรดกล้องแน่นอน ลองจินตนาการดูดิ ถ่ายรูปออกมาสู้กันหมัดต่อหมัด สีใครจะสวยกว่า วิดีโอใครจะนิ่งกว่ากัน!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ถ้าให้เลือกเชียร์ตอนนี้ เธออยู่ทีมไหน? คอมเมนต์มาเลย! กด follow ไว้ เดี๋ยวมีข่าวลือใหม่ๆ มาให้มโนกันต่อ!</w:t>
      </w:r>
    </w:p>
    <w:p>
      <w:pPr>
        <w:spacing w:before="0" w:after="40"/>
      </w:pPr>
      <w:r>
        <w:rPr>
          <w:rFonts w:ascii="Arial" w:hAnsi="Arial"/>
          <w:b w:val="0"/>
          <w:i/>
          <w:color w:val="888888"/>
          <w:sz w:val="16"/>
        </w:rPr>
        <w:t>⏱ 42s  📰 อาตี๋รีวิว  #iPhone17 #GalaxyS25FE #AppleVSamsung #มือถือใหม่ #ไอทีน่ารู้  💡 The 'Tech Fan-Fiction' Battle Royale: ปฏิบัติต่อข่าวลือของผล</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กำลังจะซื้อ iPhone 16? เบรกก่อน! เพราะข่าวลือ iPhone 18 อาจทำให้คุณประหยัดเงินได้เป็นหมื่น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ตอนนี้มีข่าวลือหนาหูมากจาก Droidsans ว่าอย่าเพิ่งรีบซื้อ iPhone รุ่นใหม่ เพราะ iPhone 18 อาจจะมีการเปลี่ยนแปลงครั้งใหญ่ครับ ย้ำก่อนนะครับว่านี่เป็นแค่ข่าวลือ ยังไม่ได้รับการยืนยันจาก Apple แต่ถ้าเป็นจริงขึ้นมา มันจะกระทบการตัดสินใจของเราเต็มๆ ครับ</w:t>
        <w:br/>
        <w:br/>
        <w:t>สำหรับคนทำงานอย่างเรา คำถามสำคัญคือ แล้วจะซื้อ iPhone 15 หรือรอ 16 ตอนนี้ดีมั้ย? ลองใช้หลัก 'Strategic Pause' หรือการหยุดเพื่อวางแผนดูครับ ถ้าข่าวลือ iPhone 18 มีมูล มันอาจจะทำให้ราคาของ iPhone 15 และ 16 ในตลาดมือสองตกลงเร็วกว่าปกติหลังเปิดตัว</w:t>
        <w:br/>
        <w:br/>
        <w:t>ดังนั้น ถ้า iPhone เครื่องปัจจุบันของคุณยังใช้งานได้ดี การอดทนรออีกนิดหลัง iPhone 16 เปิดตัว อาจทำให้คุณเห็นภาพรวมตลาดชัดขึ้น การตัดสินใจรอ อาจหมายถึงการประหยัดเงินไปได้หลายพัน หรือได้ราคา Trade-in ที่ดีกว่าเดิมในอนาคตครับ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ตอนนี้คุณใช้ iPhone รุ่นไหนอยู่ แล้วมีแผนจะเปลี่ยนเมื่อไหร่? คอมเมนต์มาคุยกันครับ</w:t>
      </w:r>
    </w:p>
    <w:p>
      <w:pPr>
        <w:spacing w:before="0" w:after="40"/>
      </w:pPr>
      <w:r>
        <w:rPr>
          <w:rFonts w:ascii="Arial" w:hAnsi="Arial"/>
          <w:b w:val="0"/>
          <w:i/>
          <w:color w:val="888888"/>
          <w:sz w:val="16"/>
        </w:rPr>
        <w:t>⏱ 55s  📰 Droidsans  #iPhone18 #ข่าวลือไอโฟน #iPhone16 #อัพเกรดไอโฟน #วางแผนการเงิน  💡 The 'Strategic Pause' Decision Framework: แปลงข่าวลือที่ยังไ</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โอนเงินทุกวัน? คุณอาจกำลังเสียค่าธรรมเนียม 6 บาททุกครั้งที่โอนออกจาก TrueMoney Wallet แบบไม่รู้ตัว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ใครที่ใช้แอป TrueMoney Wallet บน iPhone เป็นประจำต้องฟังทางนี้เลยครับ ตามรายงานจาก Droidsans มีหลายคนเสียเงินโดยไม่จำเป็นจากค่าธรรมเนียม 6 บาท เวลาโอนเงินจาก Wallet เข้าบัญชีธนาคารโดยตรง</w:t>
        <w:br/>
        <w:br/>
        <w:t>เรื่องนี้ไม่ใช่แค่การประหยัดเงินเล็กๆ น้อยๆ นะครับ แต่มันคือหลักการ 'Digital Wallet Calibration' หรือการปรับจูนกระเป๋าเงินดิจิทัลของเราให้ทำงานแม่นยำที่สุด ลองคิดดูว่าแอปการเงินบน iPhone คือเครื่องมือสำคัญในการบริหารเงินของเรา ถ้ามีการตั้งค่าที่ทำให้เงินรั่วไหลตลอดเวลา ก็เหมือนเครื่องมือที่ไม่ได้มาตรฐาน</w:t>
        <w:br/>
        <w:br/>
        <w:t>วิธีแก้ก็ง่ายนิดเดียวครับ แค่เปลี่ยนจากการกดโอนตรงๆ มาเป็นการใช้ PromptPay หรือสแกน QR Code ของบัญชีธนาคารเราแทน วิธีนี้ส่วนใหญ่จะไม่มีค่าธรรมเนียม เสียเวลาเช็คเพิ่มแค่ 5 วินาที แต่รักษาประสิทธิภาพของเครื่องมือการเงินของเราในระยะยาวได้ครับ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เคยเจอค่าธรรมเนียมแฝงในแอปไหนอีกบ้าง? คอมเมนต์มาแชร์เป็นความรู้ให้เพื่อนๆ กันครับ</w:t>
      </w:r>
    </w:p>
    <w:p>
      <w:pPr>
        <w:spacing w:before="0" w:after="40"/>
      </w:pPr>
      <w:r>
        <w:rPr>
          <w:rFonts w:ascii="Arial" w:hAnsi="Arial"/>
          <w:b w:val="0"/>
          <w:i/>
          <w:color w:val="888888"/>
          <w:sz w:val="16"/>
        </w:rPr>
        <w:t>⏱ 50s  📰 Droidsans  #Truemoney #ค่าธรรมเนียม #ทริคไอโฟน #มนุษย์เงินเดือน #การเงิน  💡 The 'Digital Wallet Calibration' Principle: ไม่ได้มองเป็นแค่</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สำหรับคนทำงาน กล้องกับไมค์มือถืออะไรสำคัญกว่ากัน? ลองมาดูข่าวลือเทียบสเปค Galaxy S25 FE กับ iPhone 17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มีรายงานที่น่าสนใจจากช่องอาตี๋รีวิว พูดถึงข่าวลือการทดสอบคุณภาพไมค์และกล้องของสองรุ่นที่ยังไม่เปิดตัวอย่าง Galaxy S25 FE และ iPhone 17 ครับ แน่นอนว่าทั้งหมดนี้ยังเป็นข้อมูลที่ไม่เป็นทางการนะครับ</w:t>
        <w:br/>
        <w:br/>
        <w:t>แต่มุมที่น่าคิดสำหรับคนทำงานคือ เราไม่ได้มองแค่มือถืออีกต่อไปแล้ว แต่มันคือ 'เครื่องมือในการผลิตงาน' หรือ Production Tool ชิ้นสำคัญ ไม่ว่าจะเป็นการประชุมออนไลน์ที่ต้องการเสียงคมชัด หรือการถ่ายวิดีโอพรีเซนต์งานที่ต้องการสีสันสมจริง</w:t>
        <w:br/>
        <w:br/>
        <w:t>ตามข่าวลือระบุว่า ทิศทางอาจจะแตกต่างกัน โดยฝั่ง Samsung อาจจะเน้นเรื่องไมค์ที่ตัดเสียงรบกวนได้ดีเยี่ยม เหมาะกับการประชุมในที่เสียงดัง ส่วน iPhone อาจจะยังคงจุดแข็งเรื่องสีของวิดีโอที่เที่ยงตรง เหมาะกับงานคอนเทนต์ ดังนั้นในอนาคต การเลือกระหว่างสองค่ายนี้อาจขึ้นอยู่กับว่า 'เนื้องาน' ของคุณต้องการความโดดเด่นด้านเสียงหรือภาพมากกว่ากันครับ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ถ้าให้เลือกอย่างเดียวระหว่าง 'ไมค์เทพ' กับ 'กล้องเทพ' ในการทำงาน คุณจะเลือกอะไร? คอมเมนต์บอกหน่อยครับ</w:t>
      </w:r>
    </w:p>
    <w:p>
      <w:pPr>
        <w:spacing w:before="0" w:after="40"/>
      </w:pPr>
      <w:r>
        <w:rPr>
          <w:rFonts w:ascii="Arial" w:hAnsi="Arial"/>
          <w:b w:val="0"/>
          <w:i/>
          <w:color w:val="888888"/>
          <w:sz w:val="16"/>
        </w:rPr>
        <w:t>⏱ 60s  📰 อาตี๋รีวิว  #iPhone17 #GalaxyS25FE #ไอโฟนvsซัมซุง #กล้องมือถือ #ทำงาน  💡 The 'Creator's Production Tool' Analysis: เปลี่ยนการเปรียบเท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หลายคนบอกให้รอ iPhone 18 แต่เคยสงสัยไหมว่า 'ดีขึ้น' มันดีขึ้นที่ตรงไหน? ไม่ใช่แค่ตัวเลข...แต่มันคือฟิสิกส์ของแสงล้วนๆ</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ตามที่มีรายงานจาก Droidsans ว่า iPhone 18 กำลังจะเปิดตัว ทำให้หลายคนลังเลที่จะซื้อมือถือใหม่ แต่สำหรับคนถ่ายรูปอย่างเรา การอัปเกรดที่สำคัญที่สุดไม่ได้อยู่ที่ฟีเจอร์ใหม่ๆ แต่อยู่ที่ 'เซ็นเซอร์' ครับ มีข่าวลือว่ากล้องหลักของ iPhone 18 จะใช้เซ็นเซอร์ที่ใหญ่ขึ้นอย่างมีนัยสำคัญ แล้วทำไมมันถึงสำคัญ? เซ็นเซอร์ที่ใหญ่ขึ้นเปรียบเสมือนการมีดวงตาที่รับแสงได้ดีขึ้นครับ มันหมายถึงการถ่ายภาพในที่แสงน้อยจะมี Noise ลดลงอย่างเห็นได้ชัด, Dynamic Range หรือส่วนมืดส่วนสว่างในภาพจะเก็บรายละเอียดได้ดีกว่าเดิม และที่สำคัญคือมันสร้าง 'มิติ' ของภาพ หรือ Natural Bokeh ที่สวยงามโดยไม่ต้องพึ่ง Portrait Mode มากเท่าเดิม นี่อาจเป็นการก้าวกระโดดของคุณภาพไฟล์ดิบ หรือ Apple ProRAW ที่ใหญ่ที่สุดในรอบหลายปีเลยก็ได้ครับ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ใครสายถ่ายรูปจริงจัง กด save คลิปนี้ไว้เลยครับ เดี๋ยวพอเปิดตัวจริง เรามาเจาะลึก sensor tech กันแบบเน้นๆ</w:t>
      </w:r>
    </w:p>
    <w:p>
      <w:pPr>
        <w:spacing w:before="0" w:after="40"/>
      </w:pPr>
      <w:r>
        <w:rPr>
          <w:rFonts w:ascii="Arial" w:hAnsi="Arial"/>
          <w:b w:val="0"/>
          <w:i/>
          <w:color w:val="888888"/>
          <w:sz w:val="16"/>
        </w:rPr>
        <w:t>⏱ 60s  📰 Droidsans  #iPhone18 #iPhonePhotography #AppleProRAW #ช่างภาพ #ถ่ายรูปสวย  💡 The Physics of Light: Sensor-Level Upgrade Analysis - เจาะลึ</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17 จะถ่ายรูปสู้กล้อง Full-frame ได้จริงเหรอ? คำตอบอาจจะซับซ้อนกว่าที่คุณคิดเยอะครับ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เห็นข่าวลือจากช่องอาตี๋รีวิว ที่พูดถึงการทดสอบกล้อง iPhone 17 แล้วทำให้เกิดคำถามคลาสสิกขึ้นมาอีกครั้ง คือกล้องมือถือจะสู้กล้องโปรได้จริงไหม? ต้องเข้าใจก่อนว่าสมัยนี้มันไม่ใช่แค่เรื่องเลนส์กับเซ็นเซอร์แล้วครับ แต่มันคือสงครามของ 'Computational Photography' หรือการใช้ AI ประมวลผลภาพถ่าย ในขณะที่กล้อง Mirrorless จับภาพครั้งเดียวตามหลักฟิสิกส์ iPhone สามารถถ่ายภาพหลายสิบใบในเสี้ยววินาที แล้วใช้ชิปประมวลผลเพื่อรวมส่วนที่ดีที่สุดของแต่ละภาพเข้าด้วยกัน ทั้งการลด Noise, เพิ่มความคมชัด, และจัดการ Dynamic Range นี่คือเหตุผลที่ภาพจาก iPhone มักจะดูสวยจบหลังกล้องทันที ในขณะที่ไฟล์ RAW ดิบๆ จากกล้องโปรต้องเอาไปโปรเซสต่อ ซึ่ง Apple ProRAW ก็คือสะพานเชื่อมระหว่างสองโลกนี้ คือได้ทั้งภาพที่ผ่านการประมวลผลอัจฉริยะ แต่ยังมีความยืดหยุ่นให้เราเอาไปแต่งต่อได้เหมือนไฟล์จากกล้องโปร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เรื่องนี้ถกกันยาวครับ กด save ไว้ก่อน เดี๋ยวผมทำคลิปเทียบ workflow ระหว่าง Apple ProRAW กับไฟล์จาก Mirrorless ให้ดูจะๆ</w:t>
      </w:r>
    </w:p>
    <w:p>
      <w:pPr>
        <w:spacing w:before="0" w:after="40"/>
      </w:pPr>
      <w:r>
        <w:rPr>
          <w:rFonts w:ascii="Arial" w:hAnsi="Arial"/>
          <w:b w:val="0"/>
          <w:i/>
          <w:color w:val="888888"/>
          <w:sz w:val="16"/>
        </w:rPr>
        <w:t>⏱ 65s  📰 อาตี๋รีวิว  #iPhone17 #ComputationalPhotography #iPhonevsDSLR #ถ่ายภาพ #เทคนิคถ่ายรูป  💡 Computational vs. Optical: The Evolving Definition of a 'Goo</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หลายคนรอ iPhone 18 เพราะอยากได้ 'กล้อง' ที่ดีขึ้น แต่สำหรับคนทำวิดีโอ...เรารอ 'Workflow' ที่ดีขึ้นต่างหาก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จากข่าวลือเรื่อง iPhone 18 ที่กำลังจะมา ถ้ามองในมุมคนทำวิดีโอ สิ่งที่น่าตื่นเต้นกว่าสเปคกล้องใหม่ คือศักยภาพของ Workflow ที่จะเปลี่ยนไปครับ ปัจจุบันเรามี Apple ProRes และ Log video บน iPhone ซึ่งมันคือการให้ไฟล์วิดีโอที่มี Dynamic Range สูงสุด เป็นไฟล์แบบ Flat ที่ออกแบบมาเพื่อการทำสี หรือ Color Grading ในโปรแกรมตัดต่อโดยเฉพาะ เหมือนกล้อง Cinema ราคาแพง ทีนี้ลองจินตนาการตามนะครับ ถ้า iPhone 18 มาพร้อมชิปที่แรงขึ้นและเซ็นเซอร์ที่ดีกว่าเดิม เราอาจจะได้เห็นการถ่าย ProRes Log ที่ 4K 120fps ก็เป็นได้ ซึ่งนี่คือฟีเจอร์ระดับกล้องโปรเลย หรืออาจจะสามารถ Preview LUT สีที่เราต้องการได้แบบ Real-time ตอนถ่าย Log เลยก็ได้ สิ่งเหล่านี้จะทำให้ iPhone กลายเป็นเครื่องมือถ่ายทำที่จริงจังยิ่งขึ้นสำหรับกองถ่ายเล็กๆ หรือเป็นกล้อง B-Cam ที่สมบูรณ์แบบสำหรับกองถ่ายใหญ่ๆ ได้เลย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iPhone ถ่ายวิดีโอเป็นหลัก กด save ไว้เลยครับ เดี๋ยวมาทำไกด์ 'Color Grading Apple Log' แบบง่ายๆ แต่โปรให้ดูกัน</w:t>
      </w:r>
    </w:p>
    <w:p>
      <w:pPr>
        <w:spacing w:before="0" w:after="40"/>
      </w:pPr>
      <w:r>
        <w:rPr>
          <w:rFonts w:ascii="Arial" w:hAnsi="Arial"/>
          <w:b w:val="0"/>
          <w:i/>
          <w:color w:val="888888"/>
          <w:sz w:val="16"/>
        </w:rPr>
        <w:t xml:space="preserve">⏱ 62s  📰 Droidsans  #iPhone18 #AppleProRes #LogVideo #Videography #ถ่ายวิดีโอ  💡 Beyond the Lens: The iPhone as a Professional Workflow Tool </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งบหมื่นกลางๆ ตอนนี้ Android ใหม่สเปคจัดเต็มมาก... แล้วทำไมหลายคนยังยอมจ่ายเท่ากันเพื่อซื้อ iPhone มือสอง?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เห็นคลิปจากหลายช่องเลยครับว่ามือถืองบหมื่นกลางๆ เดี๋ยวนี้สเปคดีมาก อย่าง Samsung รุ่นใหม่ๆ ที่ออกมานี่คือครบเครื่องจริงๆ คำถามคือ แล้วทำไม iPhone มือสองในราคาพอๆ กันยังน่าสนใจอยู่?</w:t>
        <w:br/>
        <w:br/>
        <w:t>เหตุผลง่ายๆ เลยคือ 'ประสบการณ์' ครับ ถึงสเปคบนกระดาษอาจจะดูเก่ากว่า แต่การใช้งานจริงบน iOS มันลื่นไหล เสถียร แล้วแอปต่างๆ ก็คุณภาพดีมาก ที่สำคัญคือ Ecosystem ของ Apple ที่ถ้าใครมีอุปกรณ์อื่นอยู่แล้ว มันทำงานด้วยกันเนียนสุดๆ และที่หลายคนชอบคือราคาขายต่อดีกว่าเยอะเลยครับ</w:t>
        <w:br/>
        <w:br/>
        <w:t>สมมุติคุณมีงบหมื่นห้า อาจจะได้ iPhone 13 มือสองสภาพดีที่ยังใช้ได้อีกยาวๆ เลยนะ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 งบหมื่นห้าจะเลือก Android ใหม่เอี่ยม หรือ iPhone มือสอง? คอมเมนต์บอกหน่อย หรือใครมีงบเท่าไหร่เมนต์มา เดี๋ยวช่วยเลือกรุ่นให้!</w:t>
      </w:r>
    </w:p>
    <w:p>
      <w:pPr>
        <w:spacing w:before="0" w:after="40"/>
      </w:pPr>
      <w:r>
        <w:rPr>
          <w:rFonts w:ascii="Arial" w:hAnsi="Arial"/>
          <w:b w:val="0"/>
          <w:i/>
          <w:color w:val="888888"/>
          <w:sz w:val="16"/>
        </w:rPr>
        <w:t>⏱ 50s  📰 เอกวิทย์  #ไอโฟนมือสอง #iphonevsandroid #ไอโฟนน่าใช้ #งบน้อย #ซื้อมือถือ  💡 The 'Experience vs. Specs' Value Proposition: ไม่ใช่การเปรีย</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 iPhone 18 มาแล้ว! แต่เดี๋ยวก่อน... นี่คือข่าวดีสุดๆ สำหรับคนงบน้อยที่อยากได้ iPhone</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 iPhone 18 จาก Droidsans แล้วอย่าเพิ่งคิดว่าไกลตัวนะครับ เพราะนี่คือสัญญาณทองสำหรับคนที่จะซื้อมือสองเลย!</w:t>
        <w:br/>
        <w:br/>
        <w:t>ทุกปีพอ iPhone รุ่นใหม่เปิดตัว (ปกติจะช่วงเดือนกันยา) จะเกิดอะไรขึ้นรู้ไหมครับ? ราคา iPhone รุ่นเก่าๆ ทั้งมือหนึ่งที่ยังค้างสต็อกและโดยเฉพาะในตลาดมือสอง จะปรับตัวลงทันที!</w:t>
        <w:br/>
        <w:br/>
        <w:t>แปลว่าถ้าเราอดใจรออีกหน่อย เงินที่เรามีเท่าเดิมอาจจะขยับไปซื้อรุ่นที่ใหม่กว่าได้ เช่น จากที่เล็ง iPhone 13 ไว้ อาจจะเพิ่มเงินอีกนิดเดียวไปเอา iPhone 14 ได้เลย นี่แหละคือจังหวะของคนซื้อฉลาดครับ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ใครกำลังเก็บเงินรอซื้ออยู่บ้าง? คอมเมนต์งบกับรุ่นที่เล็งไว้มาเลย เดี๋ยวช่วยวางแผนให้ว่าควรรอไหม!</w:t>
      </w:r>
    </w:p>
    <w:p>
      <w:pPr>
        <w:spacing w:before="0" w:after="40"/>
      </w:pPr>
      <w:r>
        <w:rPr>
          <w:rFonts w:ascii="Arial" w:hAnsi="Arial"/>
          <w:b w:val="0"/>
          <w:i/>
          <w:color w:val="888888"/>
          <w:sz w:val="16"/>
        </w:rPr>
        <w:t>⏱ 45s  📰 Droidsans  #iphone18 #ไอโฟนมือสอง #ซื้อไอโฟน #วางแผนการเงิน #ไอโฟนราคาถูก  💡 The 'Strategic Patience' Play: เปลี่ยนข่าวลือที่ดูเหมือนจะสำ</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เห็นข่าวลือเทียบกล้อง iPhone 17 กับ Samsung รุ่นใหม่แล้ว... แต่ถ้าเรางบน้อย สิ่งที่ต้องดูอาจจะไม่ใช่แค่กล้อง!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ช่วงนี้มีข่าวลือจากฝั่งอาตี๋รีวิวเรื่องการทดสอบกล้อง iPhone 17 เทียบกับ Samsung รุ่นในอนาคตออกมา ทำให้หลายคนตื่นเต้นกับเทคโนโลยีใหม่ๆ</w:t>
        <w:br/>
        <w:br/>
        <w:t>แต่สำหรับคนงบน้อยอย่างเราที่มองหา iPhone มือสอง สิ่งที่สำคัญกว่าสเปคกล้องล่าสุด คือ 'การใช้งานได้ยาวๆ' ครับ จุดแข็งจริงๆ ของ iPhone คือการอัปเดต iOS ที่ให้ยาวนานหลายปีมาก</w:t>
        <w:br/>
        <w:br/>
        <w:t>การที่เราซื้อ iPhone 13 หรือ 14 มือสองวันนี้ หมายความว่าเรายังได้รับการอัปเดตความปลอดภัยและฟีเจอร์ใหม่ๆ ไปอีกอย่างน้อย 3-4 ปีสบายๆ ทำให้มือถือไม่เก่า ไม่ช้า และปลอดภัย ซึ่งนี่คือความคุ้มค่าระยะยาวที่หาได้ยากในมือถือราคาเท่ากันครับ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สำหรับคุณ อะไรสำคัญกว่ากันระหว่าง 'กล้องเทพสุดๆ' กับ 'ซอฟต์แวร์ที่ใช้ได้ยาวๆ'? คอมเมนต์มาคุยกันครับ!</w:t>
      </w:r>
    </w:p>
    <w:p>
      <w:pPr>
        <w:spacing w:before="0" w:after="40"/>
      </w:pPr>
      <w:r>
        <w:rPr>
          <w:rFonts w:ascii="Arial" w:hAnsi="Arial"/>
          <w:b w:val="0"/>
          <w:i/>
          <w:color w:val="888888"/>
          <w:sz w:val="16"/>
        </w:rPr>
        <w:t>⏱ 55s  📰 อาตี๋รีวิว  #ไอโฟน #ซื้อมือถือ #iphoneมือสอง #iosupdate #คุ้มค่า  💡 The 'Longevity over Novelty' Argument: ใช้ข่าวลือเรื่องฟีเจอ</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iPhone 18 จะเปิดตัวเร็วๆ นี้... แต่นั่นไม่ใช่ประเด็นสำหรับผู้บริหาร ประเด็นคือ 'ความแน่นอน' ในการวางแผนธุรกิจครับ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ในโลกธุรกิจ ความคาดเดาได้คือสิ่งสำคัญ Apple มีรอบการเปิดตัวผลิตภัณฑ์ที่ชัดเจนทุกปี ซึ่งนี่คือข้อได้เปรียบมหาศาลสำหรับฝ่าย IT และการเงินขององค์กรครับ เพราะมันช่วยให้เราสามารถวางแผนวงจรการจัดซื้อและอัปเกรดอุปกรณ์ (Device Refresh Cycle) ได้ล่วงหน้า 3-5 ปีอย่างแม่นยำ ทำให้การตั้งงบประมาณ การบริหารจัดการสินทรัพย์ และการคำนวณต้นทุนรวมในการเป็นเจ้าของ (TCO) ทำได้ง่ายขึ้นมาก เมื่อเทียบกับฝั่ง Android ที่มีรุ่นย่อยและรอบการเปิดตัวที่หลากหลายกว่า การวางแผนระยะยาวจึงซับซ้อนกว่า ดังนั้น ข่าวลือ iPhone รุ่นใหม่จึงไม่ใช่แค่เรื่องสำหรับผู้บริโภค แต่เป็นสัญญาณให้นักวางกลยุทธ์ในองค์กรเริ่มเตรียมแผนสำหรับอนาคตครับ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เพื่อเรียนรู้วิธีวางแผนกลยุทธ์อุปกรณ์ Apple ในองค์กรของคุณ</w:t>
      </w:r>
    </w:p>
    <w:p>
      <w:pPr>
        <w:spacing w:before="0" w:after="40"/>
      </w:pPr>
      <w:r>
        <w:rPr>
          <w:rFonts w:ascii="Arial" w:hAnsi="Arial"/>
          <w:b w:val="0"/>
          <w:i/>
          <w:color w:val="888888"/>
          <w:sz w:val="16"/>
        </w:rPr>
        <w:t>⏱ 60s  📰 Droidsans  #iPhone18 #AppleForBusiness #BusinessStrategy #EnterpriseIT #ผู้บริหาร  💡 Enterprise Procurement Cycle Strategy: ใช้ข่าวลือเรื่องผลิตภ</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คู่แข่งมักจะพูดว่า 'ซื้อทีเดียวใช้ยาว' แต่สำหรับองค์กรแล้ว 'ความยาวนาน' ที่แท้จริงไม่ได้วัดที่ความทนทานของฮาร์ดแวร์เพียงอย่างเดียวครับ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ตามที่มีรายงานจากฝั่ง Samsung เกี่ยวกับรุ่นใหม่ที่เน้นการใช้งานระยะยาว ประเด็นสำคัญที่ผู้บริหารต้องพิจารณาคืออะไรคือ 'ระยะยาว' ในเชิงธุรกิจ สำหรับ iPhone ไม่ใช่แค่เรื่องเครื่องทนทาน แต่คือการการันตีอัปเดตซอฟต์แวร์และแพตช์ความปลอดภัยที่ส่งตรงถึงอุปกรณ์ทุกเครื่องพร้อมกันในวันแรก เป็นเวลาต่อเนื่อง 5-7 ปี นี่คือหัวใจของการลดความเสี่ยงทางไซเบอร์ในองค์กรครับ นอกจากนี้ การที่อุปกรณ์ทุกเครื่องใช้ OS เวอร์ชันเดียวกันยังช่วยลดปัญหาความเข้ากันได้ของแอปพลิเคชันที่พัฒนาใช้ภายใน และสุดท้ายคือมูลค่าขายต่อ (Resale Value) ที่สูงกว่าอย่างมีนัยสำคัญ ทำให้ต้นทุนรวมในการเป็นเจ้าของ (TCO) ต่ำลงเมื่อถึงรอบการอัปเกรด นี่คือความหมายของ 'การลงทุนระยะยาว' ที่แท้จริงสำหรับธุรกิจครับ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เพื่อเข้าใจว่าทำไม iPhone ถึงเป็นสินทรัพย์ที่คุ้มค่ากว่าในระยะยาวสำหรับธุรกิจ</w:t>
      </w:r>
    </w:p>
    <w:p>
      <w:pPr>
        <w:spacing w:before="0" w:after="40"/>
      </w:pPr>
      <w:r>
        <w:rPr>
          <w:rFonts w:ascii="Arial" w:hAnsi="Arial"/>
          <w:b w:val="0"/>
          <w:i/>
          <w:color w:val="888888"/>
          <w:sz w:val="16"/>
        </w:rPr>
        <w:t xml:space="preserve">⏱ 65s  📰 อาตี๋รีวิว  #iPhoneSecurity #TotalCostOfOwnership #AppleEcosystem #CyberSecurity #ไอทีองค์กร  💡 Defining 'Corporate Longevity': ตีความคำว่า 'ใช้งานระยะยาว' </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มีข่าวลือการทดสอบกล้องและไมโครโฟนรุ่นใหม่... แต่สำหรับผู้บริหาร นี่ไม่ใช่แค่เรื่องภาพสวย แต่คือความน่าเชื่อถือของ Mobile Office ของคุณครับ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เมื่อมีข่าวลือเปรียบเทียบคุณภาพกล้องและไมค์ระหว่าง iPhone รุ่นในอนาคตกับคู่แข่ง สิ่งที่ผู้บริหารควรให้ความสำคัญไม่ใช่แค่สเปคบนกระดาษ แต่เป็นความเสถียรในการใช้งานจริง ลองนึกภาพการใช้ Continuity Camera ที่เปลี่ยน iPhone ของคุณให้เป็นเว็บแคมคุณภาพสูงระดับ 4K สำหรับการประชุมสำคัญบน MacBook ได้ทันที หรือคุณภาพของ Voice Isolation ที่ตัดเสียงรบกวนรอบข้างระหว่างที่คุณต้องคุยงานสำคัญจากสนามบิน ทั้งหมดนี้ทำงานร่วมกันอย่างไร้รอยต่อใน Apple Ecosystem นี่คือสิ่งที่สเปคเดี่ยวๆ ให้ไม่ได้ มันคือความน่าเชื่อถือของเครื่องมือทำงานที่รับประกันว่าทุกการนำเสนอหรือการประชุมทางไกลจะราบรื่นและเป็นมืออาชีพที่สุ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เราเพื่อปลดล็อคศักยภาพ Apple ecosystem สำหรับการทำงานระดับผู้บริหาร</w:t>
      </w:r>
    </w:p>
    <w:p>
      <w:pPr>
        <w:spacing w:before="0" w:after="40"/>
      </w:pPr>
      <w:r>
        <w:rPr>
          <w:rFonts w:ascii="Arial" w:hAnsi="Arial"/>
          <w:b w:val="0"/>
          <w:i/>
          <w:color w:val="888888"/>
          <w:sz w:val="16"/>
        </w:rPr>
        <w:t>⏱ 55s  📰 อาตี๋รีวิว  #AppleEcosystem #Productivity #ผู้บริหาร #WorkFromAnywhere #iPhoneTips  💡 The Integrated Executive Workstation: ยกระดับการเปรียบเทียบส</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ใครกำลังจะซื้อ iPhone 16 หยุดก่อน! เพราะข่าวลือ iPhone 18 เริ่มมาแล้ว และอาจเปลี่ยนทุกอย่างที่คุณเคยรู้!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ตอนนี้ใน TikTok กำลังฮือฮากันมากว่าอย่าเพิ่งซื้อไอโฟนใหม่ เพราะ iPhone 18 กำลังจะมา! ตามกระแสจากคลิปของ Droidsans ที่เป็นไวรัลอยู่ตอนนี้ มีการพูดถึงการมาของ iPhone 18 และรุ่นท็อปสุดอย่าง iPhone Ultra กันแล้วครับ ถึงแม้จะยังเป็นเรื่องของอนาคต แต่ข่าวลือพวกนี้มักจะมีมูลมาจาก supply chain เสมอ มีการคาดการณ์กันว่าดีไซน์อาจจะเปลี่ยนไปอีกครั้ง และกล้องอาจจะได้รับการอัปเกรดครั้งใหญ่ที่สุดเท่าที่เคยมีมาเลยก็ได้ ใครที่ถือรุ่นเก่าอยู่ อาจจะคุ้มค่าที่จะรอดูความชัดเจนอีกนิดครับ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ถ้าไม่อยากพลาดข่าวหลุด iPhone 18 กดติดตามไว้เลย มีข้อมูลใหม่ปุ๊บ รู้ปั๊บ!</w:t>
      </w:r>
    </w:p>
    <w:p>
      <w:pPr>
        <w:spacing w:before="0" w:after="40"/>
      </w:pPr>
      <w:r>
        <w:rPr>
          <w:rFonts w:ascii="Arial" w:hAnsi="Arial"/>
          <w:b w:val="0"/>
          <w:i/>
          <w:color w:val="888888"/>
          <w:sz w:val="16"/>
        </w:rPr>
        <w:t>⏱ 40s  📰 Droidsans  #iPhone18 #Apple #ไอโฟน #ข่าวลือ #iPhoneUltra  💡 The FOMO-to-Strategy Converter: เปลี่ยนความรู้สึกกลัวตกรถ (F</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Pro เพิ่งอัปเกรดไป แต่คุณอาจยังไม่รู้ว่า AirPods 5 รุ่นธรรมดา มีข่าวลือหลุดออกมาแล้ว!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ใครที่รอ AirPods รุ่นเริ่มต้นอยู่ฟังทางนี้! ล่าสุดมีรายงานจาก 9to5Mac สื่อใหญ่สาย Apple ว่าเริ่มมีข่าวลือเกี่ยวกับ AirPods รุ่นที่ 5 ออกมาแล้วครับ ถึงแม้จะยังไม่มีรายละเอียดสเปคหลุดมามากนัก แต่นักวิเคราะห์คาดการณ์ว่าดีไซน์อาจจะมีการปรับให้คล้ายรุ่น Pro มากขึ้น ก้านอาจจะสั้นลง และอาจจะได้ฟีเจอร์บางอย่างจากรุ่นพี่มาด้วย ที่สำคัญคือเรื่องคุณภาพเสียงที่น่าจะถูกปรับปรุงให้ดีขึ้นกว่าเดิมแน่นอน ใครที่ใช้รุ่นเก่ามาหลายปีแล้ว เตรียมเก็บเงินรอได้เลยครับ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AirPods 5 จะมีอะไรเด็ดๆ อีกบ้าง กด follow ไว้เลย อัปเดตให้ก่อนใคร!</w:t>
      </w:r>
    </w:p>
    <w:p>
      <w:pPr>
        <w:spacing w:before="0" w:after="40"/>
      </w:pPr>
      <w:r>
        <w:rPr>
          <w:rFonts w:ascii="Arial" w:hAnsi="Arial"/>
          <w:b w:val="0"/>
          <w:i/>
          <w:color w:val="888888"/>
          <w:sz w:val="16"/>
        </w:rPr>
        <w:t>⏱ 35s  📰 9to5Mac  #AirPods5 #Apple #ข่าวลือapple #หูฟังไร้สาย  💡 The Ecosystem Upgrade Signal: ไม่ได้มองแค่ข่าวลือหูฟัง แต่เป</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ฝั่ง Samsung มีข่าวลือรุ่น 'อึด ถึก ทน' ออกมา แล้วแบบนี้ฝั่ง iPhone จะแก้เกมยังไง?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ตอนนี้ฝั่งคู่แข่งอย่าง Samsung มีข่าวลือหนาหูเกี่ยวกับ Galaxy S26 FE ที่จะเน้นเรื่องความทนทานและซัพพอร์ตอัปเดตยาวๆ ทำให้หลายคนหันมามองว่า แล้ว Apple ล่ะ? นักวิเคราะห์มองว่านี่อาจเป็นแรงกดดันให้ Apple ต้องคิดหนักเรื่องความทนทานใน iPhone รุ่นมาตรฐานให้มากขึ้นไปอีก จากปัจจุบันที่เน้นความพรีเมียมเป็นหลัก เราอาจจะได้เห็น iPhone รุ่นอนาคตที่ไม่ได้มีแค่กระจก Ceramic Shield แต่มีการเสริมความแข็งแกร่งในจุดอื่น หรืออาจจะมาในรูปแบบของการการันตีอัปเดต iOS ที่ยาวนานขึ้นไปอีกขั้น เพื่อสู้ในเกมระยะยาวครับ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อยากรู้ว่าสงครามมือถือครั้งนี้ใครจะเดินเกมเหนือกว่า? Follow ไว้เลย เดี๋ยวมาเล่าให้ฟัง!</w:t>
      </w:r>
    </w:p>
    <w:p>
      <w:pPr>
        <w:spacing w:before="0" w:after="40"/>
      </w:pPr>
      <w:r>
        <w:rPr>
          <w:rFonts w:ascii="Arial" w:hAnsi="Arial"/>
          <w:b w:val="0"/>
          <w:i/>
          <w:color w:val="888888"/>
          <w:sz w:val="16"/>
        </w:rPr>
        <w:t>⏱ 45s  📰 Droidsans  #iPhone #Apple #Samsung #มือถือ  💡 The Competitive Pressure Point: วิเคราะห์ข่าวลือของคู่แข่ง (</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