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31 Aug 2026  08:27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เพื่อนบอกอย่าเพิ่งซื้อไอโฟน...รอ iPhone 18 เลย! เดี๋ยวนะ...ปีไหน!? 😂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 xml:space="preserve">เห็นคลิปนี้ใน TikTok แล้วถึงกับต้องขยี้ตา! มีข่าวลือว่าอย่าเพิ่งซื้อไอโฟนตอนนี้ ให้รอ iPhone 18 เลย... ใจเย็นนะวัยรุ่น! ตามข่าวคือมันอีกหลายปีมาก! กว่าจะมาถึงตอนนั้น iPhone 16 ก็ตกรุ่นไปแล้วมั้ง! </w:t>
        <w:br/>
        <w:br/>
        <w:t>ใครที่กำลังจะซื้อคือไม่ต้องคิดมากเลยนะ การรออะไรที่ยังไม่มามันคือ FOMO หรือ Fear of Missing Out กลัวจะพลาดของใหม่ แต่การที่เราได้ใช้เทคโนโลยีดีๆ ตอนนี้เลย มันคือ JOMO หรือ Joy of Missing Out ไม่ต้องไปวิ่งตามกระแสไกลๆ ก็แฮปปี้ได้! กล้อง iPhone 15 ตอนนี้ก็เทพสุดๆ แล้วนะ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ใครทีมรอ #TeamFOMO หรือทีมซื้อเลย #TeamJOMO คอมเมนต์มา! แล้วกด follow ไว้เลย เดี๋ยวมาอัปเดตข่าวลือแบบเรียลๆ ให้ฟัง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#iPhone18 #ข่าวไอโฟน #Apple #ไอโฟน #เรื่องไอที  💡 The 'FOMO vs. JOMO' Dilemma: เปลี่ยนข่าวลือที่ไกลตัวให้กลายเ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โอนเงิน TrueMoney อยู่ปะ? เช็คด่วน! อาจโดนค่าธรรมเนียม 6 บาทไม่รู้ตัวทุกครั้งที่โอน!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ใครโอนเงินบ่อยๆ ต้องดู! มีคนแชร์ใน TikTok ว่าเวลาเราโอนเงินออกจาก TrueMoney เข้าบัญชีธนาคารบน iPhone ของเราเนี่ย มันมีทริคเล็กๆ ซ่อนอยู่!</w:t>
        <w:br/>
        <w:br/>
        <w:t>คือบนหน้าจอโอนเงินที่ดูใช้ง่ายๆ ของเราอะ ถ้าเราเผลอกด 'โอนเข้าบัญชีธนาคาร' แบบตรงๆ เลย จะโดนค่าธรรมเนียม 6 บาทนะรู้ยัง! ที่ถูกคือต้องเลือกแท็บ 'พร้อมเพย์' ข้างๆ แล้วใส่เบอร์มือถือหรือเลขบัตรประชาชนแทน อันนี้ฟรี! เหมือนแอปเขาดีไซน์มาให้เรากดปุ่มที่เด่นกว่าโดยอัตโนมัติ ต้องฝึกเอาชนะความเคยชินตัวเองให้ได้!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ลองไปเช็คดูแล้วเซฟเงินได้กี่บาทแล้ว บอกหน่อย! กด follow ไว้เลย ทริคดีๆ แบบนี้มีอีกเพียบ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Droidsans  #TrueMoney #ทริคไอโฟน #ประหยัดเงิน #นักเรียน #นักศึกษา  💡 The 'UI Autopilot Override': ไม่ใช่แค่บอกทิปส์ แต่เป็นการเจา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ถ้าสร้างมือถือในฝันได้ จะเอาฟีเจอร์กล้องจาก Samsung หรือ iPhone 17? มาดราฟต์ทีมกัน!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เจอคลิปจากช่องอาตี๋รีวิว พูดถึงข่าวลือ Galaxy S25 FE ปะทะ iPhone 17 แล้วเกิดไอเดีย! ถ้าเราจัดทีมฟีเจอร์ในฝันได้จะเลือกอะไร?</w:t>
        <w:br/>
        <w:br/>
        <w:t>ตามข่าวลือนะ ฝั่ง Samsung เขาว่าไมค์จะเทพขึ้นมาก ตัดเสียงรบกวนดีเวอร์ เหมาะกับสายทำคอนเทนต์สุดๆ ส่วนฝั่ง iPhone 17 ก็มีข่าวลือว่าจะอัปเกรดกล้องหน้าแบบครั้งใหญ่ในประวัติศาสตร์! ถ่ายเซลฟี่คือสวยจึ้งแน่นอน</w:t>
        <w:br/>
        <w:br/>
        <w:t>คำถามคือ... ถ้าให้เลือกดราฟต์เข้าทีมได้แค่ฟีเจอร์เดียว จะเอา 'ไมค์ตัดเสียงรบกวนขั้นเทพ' ของ Samsung หรือ 'กล้องหน้าใหม่สุดปัง' ของ iPhone 17?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ดราฟต์ฟีเจอร์ไหนเข้าทีม คอมเมนต์มาเลย! กด follow ไว้ เดี๋ยวมีข่าวลือใหม่ๆ มาให้เล่นอีก 😉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อาตี๋รีวิว  #iPhone17 #Samsung #ข่าวลือมือถือ #ไอทีน่ารู้ #Apple  💡 The 'Dream Feature Draft': เปลี่ยนการเปรียบเทียบข่าวลือที่ยั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15 อยู่? อย่าเพิ่งรีบจ่ายเงินอัปเกรดเป็น iPhone 16 ปลายปีนี้ เพราะมีข่าวลือว่า iPhone 18 อาจเปลี่ยนเกมไปเลย!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ปกติเราจะเปลี่ยนมือถือกันทุก 2-3 ปีใช่ไหมครับ แต่ตอนนี้มีข่าวลือที่น่าสนใจจากสื่อต่างประเทศที่ Droidsans นำมาเล่า คือ iPhone 18 ที่จะออกในอีก 2 ปีข้างหน้า อาจเป็นการอัปเกรดครั้งใหญ่จริงๆ ทั้งดีไซน์ใหม่หมดจด กล้องใต้จอแบบไม่มีติ่ง และอาจจะมีชิปที่ก้าวกระโดดไปมาก ข้อมูลนี้ยังไม่ได้รับการยืนยันนะครับ เป็นแค่ข่าวลือ แต่สำหรับคนทำงานที่วางแผนการเงินระยะยาว มันทำให้เราต้องคิดใหม่ ว่าการจ่ายเงินเพื่ออัปเกรดเล็กๆ น้อยๆ ไป iPhone 16 หรือ 17 จะคุ้มค่าไหม หรือจะใช้เครื่องเดิมไปก่อน แล้วเก็บเงินรอจัดเต็มกับรุ่นที่เปลี่ยนโฉมจริงๆ ทีเดียวเลย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ถ้าเป็นคุณ จะรอ iPhone 18 หรือจะอัปเกรดทุก 2 ปีเหมือนเดิม? คอมเมนต์มาคุยกันครับ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#iPhone18 #iPhone16 #อัปเกรดไอโฟน #วางแผนการเงิน #มนุษย์เงินเดือน  💡 The 'Upgrade Cycle Re-evaluation' Framework: ไม่ได้แค่รายงาน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เสียเงิน 6 บาททุกครั้งที่โอนเงินเข้า TrueMoney Wallet รึเปล่า? เช็กด่วนเลยครับ มีวิธีที่ทำให้คุณประหยัดเงินได้ง่ายๆ บน iPhone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สำหรับคนทำงานที่ใช้จ่ายผ่านแอปบ่อยๆ เงินไม่กี่บาทก็สำคัญนะครับ ตามคลิปไวรัลจาก Droidsans หลายคนกำลังเสียค่าธรรมเนียม 6 บาทโดยไม่รู้ตัว เวลาโอนเงินจากแอปธนาคารเข้า TrueMoney Wallet เพราะไปกดโอนแบบปกติ ซึ่งระบบจะคิดค่าธรรมเนียม วิธีที่ถูกต้องและฟรี คือให้เข้าไปในแอป TrueMoney ก่อน แล้วเลือก 'เติมเงิน' จากนั้นเลือกธนาคารของคุณ แอปจะสร้าง QR Code ขึ้นมา ให้คุณเซฟรูปนี้ไว้ แล้วไปที่แอปธนาคารเพื่อสแกนจ่ายด้วย QR Code นี้แทน วิธีนี้จะไม่มีค่าธรรมเนียมเลยครับ เป็นทริคเล็กๆ ที่ช่วยเซฟเงินค่ากาแฟได้ทั้งเดือนเลย ลองไปทำตามกันดูนะครับ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ใครเพิ่งรู้ทริคนี้บ้าง หรือมีวิธีประหยัดเงินบนแอปอื่นๆ อีก คอมเมนต์มาแชร์กันหน่อยครับ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#Truemoney #ประหยัดเงิน #ค่าธรรมเนียม #ทริคไอโฟน #การเงิน  💡 The 'Financial Micro-Leak' Audit: ไม่ได้นำเสนอเป็นแค่ทิปส์ 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17 จะสู้กล้อง Samsung S25 FE ไหวไหม? มีคลิปเทียบเสียงกับภาพที่ลือกันออกมาแล้ว มาดูกันว่าฝั่งไหนเหมาะกับคนทำงานสายคอนเทนต์มากกว่า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แม้จะยังอีกนานกว่าจะเปิดตัว แต่ล่าสุดช่องอาตี๋รีวิวได้ทำคลิปเปรียบเทียบคุณภาพกล้องและไมโครโฟนของมือถือในข่าวลืออย่าง iPhone 17 และ Samsung S25 FE ครับ แน่นอนว่านี่เป็นเพียงข้อมูลที่ยังไม่เป็นทางการนะครับ แต่ก็น่าสนใจมาก ในคลิปจะเห็นการทดสอบทั้งในที่แสงน้อยและกลางแจ้ง ทำให้พอเห็นแนวโน้มว่าแต่ละค่ายจะเน้นพัฒนาไปทางไหน สำหรับคนทำงานที่ต้องใช้มือถือถ่ายคลิปลง TikTok, ประชุมออนไลน์ หรือวิดีโอคอลกับลูกค้า คุณภาพทั้งกล้องหน้าและไมค์เป็นเรื่องสำคัญมาก การได้เห็นการเปรียบเทียบแบบนี้ล่วงหน้า ช่วยให้เราพอจะวางแผนได้ว่าถ้าถึงเวลาต้องเลือก จะให้น้ำหนักกับฝั่งไหนดี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ดูจากคลิปตัวอย่างแล้ว ชอบโทนภาพและเสียงจากฝั่ง iPhone หรือ Samsung มากกว่ากัน? คอมเมนต์บอกหน่อยครับ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อาตี๋รีวิว  #iPhone17 #SamsungS25FE #ไอโฟน #ถ่ายคลิป #รอบรู้ไอที  💡 The 'Cross-Ecosystem Feature Benchmark': ใช้ข่าวลือการเปรียบ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หลายคนเห็นคลิปเทียบกล้อง iPhone 17 กับ Galaxy S25 FE แล้วอาจจะบอกว่า... 'ก็สวยทั้งคู่' แต่มือโปรเขามองลึกกว่านั้นเยอะครับ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ในฐานะช่างภาพ เวลาเราดูคลิปทดสอบแบบนี้จากช่องอาตี๋รีวิว เราไม่ได้มองแค่ความคมชัดครับ แต่เราจะวิเคราะห์ 3 อย่างนี้</w:t>
        <w:br/>
        <w:t>1. Color Science: สีที่เห็นตรงกับสีจริงแค่ไหน? iPhone มักจะให้สีที่สมจริง ส่วน Samsung อาจจะเน้นสีสดใสกว่า แต่ในรุ่นใหม่ๆ นี้ ใครจะปรับจูนมาได้สมดุลกว่ากัน</w:t>
        <w:br/>
        <w:t>2. Dynamic Range: ส่วนที่สว่างที่สุดกับมืดที่สุดในภาพยังเก็บรายละเอียดได้ไหม? ลองดูที่ขอบเมฆ หรือเงาใต้ตึก ไม่ใช่ขาวโพลนหรือดำสนิท นี่คือจุดวัดพลังของเซ็นเซอร์และซอฟต์แวร์เลยครับ</w:t>
        <w:br/>
        <w:t>3. Detail Rendition: ไม่ใช่แค่ความคม แต่เป็น 'วิธีการ' แสดงรายละเอียด อย่างลายผ้า หรือผิวสัมผัสของวัตถุ มันดูเป็นธรรมชาติ หรือดูเหมือนถูก AI เร่งจนแข็งกระด้างเกินไป</w:t>
        <w:br/>
        <w:t>การเลือกกล้องสำหรับมืออาชีพ มันคือการเลือก 'เครื่องมือ' ที่มีคาแรคเตอร์ตรงกับสไตล์งานของเรา ไม่ใช่แค่ว่าใครสเปคดีกว่าบนกระดาษครับ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อยากให้เจาะลึกเรื่อง Color Science ของ iPhone โดยเฉพาะไหม? กด Save แล้ว Comment บอกกันหน่อย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68s  📰 อาตี๋รีวิว  #iPhone17 #cameratest #ช่างภาพ #สอนถ่ายรูป #ไอโฟน  💡 The 'Pro-Photographer's Gaze' Analysis: ไม่ใช่แค่การเปรียบเท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 'อย่าเพิ่งซื้อไอโฟน รอ iPhone 18' กำลังไวรัล... แต่สำหรับช่างภาพแบบเรา คำถามสำคัญกว่าคือ 'มันคุ้มค่าที่จะรอจริงเหรอ?'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ตามที่มีรายงานจาก Droidsans และอีกหลายสื่อ กระแสข่าวลือ iPhone 18 ทำให้หลายคนลังเลที่จะซื้อรุ่นปัจจุบัน สำหรับคนทั่วไปอาจจะใช่ แต่สำหรับคนถ่ายภาพจริงจัง เราไม่ได้รอแค่ 'รุ่นใหม่' แต่เรารอ 'การปฏิวัติทางเทคโนโลยีกล้อง' ครับ</w:t>
        <w:br/>
        <w:t>สิ่งที่ต้องจับตาดูจริงๆ ไม่ใช่ดีไซน์ใหม่ แต่เป็น 3 อย่างนี้:</w:t>
        <w:br/>
        <w:t>1. ขนาดเซ็นเซอร์: มีข่าวลือว่าจะใหญ่ขึ้นไหม? ถ้าใช่ นี่คือ Game Changer ที่แท้จริงสำหรับคุณภาพไฟล์ในที่แสงน้อยและ Dynamic Range</w:t>
        <w:br/>
        <w:t>2. เลนส์ Telephoto: จะได้ Periscope ที่มีระยะ Optical Zoom ไกลกว่า 5x หรือไม่? สำหรับสาย Portrait หรือ Wildlife นี่คือสิ่งที่รอคอย</w:t>
        <w:br/>
        <w:t>3. Computational Photography: ชิปตัวใหม่จะประมวลผลไฟล์ ProRAW ได้ฉลาดขึ้นแค่ไหน? จะช่วยลด Noise และเพิ่มรายละเอียดได้ดีขึ้นอย่างก้าวกระโดดหรือเปล่า?</w:t>
        <w:br/>
        <w:t>ถ้าข่าวลือที่ออกมาไม่มี 1 ใน 3 ข้อนี้ การรออาจจะไม่ใช่คำตอบที่ดีที่สุดสำหรับคนทำงานครับ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ข่าวลือกล้อง iPhone 18 มาเมื่อไหร่ ผมจะรีบมาวิเคราะห์ให้ทันที กด Save คลิปนี้ไว้เลยครับ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#iPhone18 #Apple #กล้องไอโฟน #ช่างภาพ #ข่าวไอที  💡 The 'Sensor-First' Upgrade Calculus: เปลี่ยนข่าวลือทั่วไปให้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ในคลิปทดสอบ iPhone 17 ทุกคนกำลังโฟกัสที่ภาพ... แต่สำหรับคนทำวิดีโอ 'เสียง' จากไมค์ติดเครื่องนี่แหละครับ คือจุดตัดสินเลย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จากคลิปทดสอบของช่องอาตี๋รีวิว เราจะไม่ได้แค่ฟังว่าเสียงดังฟังชัดไหม แต่เราจะวิเคราะห์คุณภาพเสียงแบบที่คนทำงานวิดีโอเขาทำกันครับ</w:t>
        <w:br/>
        <w:t>1. Voice Isolation: ลองฟังดีๆ ครับ เสียงคนพูดถูกแยกออกมาจากเสียงรอบข้างได้เคลียร์แค่ไหน? มันยังฟังดูเป็นธรรมชาติ หรือฟังดูแบนๆ เพราะถูก AI กดเสียงรบกวนจนหนักมือเกินไป</w:t>
        <w:br/>
        <w:t>2. Ambient Noise Handling: เมื่อไม่มีคนพูด เสียงบรรยากาศรอบข้างเป็นอย่างไร? เสียงลม เสียงแอร์ หรือเสียงรถ มันถูกจัดการได้ดีแค่ไหน หรือว่ามีเสียงซ่าๆ (hissing) แทรกเข้ามา</w:t>
        <w:br/>
        <w:t>3. Tonal Quality: คุณภาพของเนื้อเสียงเป็นยังไง? เสียงทุ้ม-กลาง-แหลม มีความสมดุลไหม? สำหรับงานที่ต้องการความเป็นมืออาชีพ เสียงที่ทุ้มลึกและเคลียร์จะน่าฟังกว่าเสียงที่แหลมและบาง</w:t>
        <w:br/>
        <w:t>สำหรับงานวิดีโอ ภาพที่สวยอาจจะดึงคนดูได้ แต่เสียงที่ดีจะ 'รั้ง' ให้คนดูจนจบครับ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ใครอยากได้เทคนิคตั้งค่า iPhone อัดเสียงให้โปรเหมือนใช้ไมค์แยก กด Save คลิปนี้ไว้เลย เดี๋ยวคลิปหน้ามาสอนครับ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72s  📰 อาตี๋รีวิว  #iPhone17 #videography #filmmaking #ทริคไอโฟน #สอนทำคลิป  💡 The 'Audio-as-Image' Deep Dive: ยกระดับการทดสอบไมโครโฟนซึ่งม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งบหมื่นกลางๆ ตอนนี้ซื้อ Samsung รุ่นใหม่ หรือกัดฟันไป iPhone มือสองดีกว่า?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เห็นหลายคนพูดถึงมือถือ Android หมื่นกลางที่สเปกครบๆ อย่าง Samsung ที่เพิ่งออกมาใหม่ ซึ่งก็ดีมากๆ เลยนะ แต่ถ้าใจเรามันรัก iPhone ล่ะ? ในงบประมาณเท่ากัน เราสามารถมองหา iPhone 13 มือสองสภาพดีๆ ได้เลยนะ</w:t>
        <w:br/>
        <w:br/>
        <w:t>ข้อดีคือเราได้ใช้ iOS ที่เสถียร ได้อัปเดตยาวๆ กล้องยังสวย แถมราคาขายต่อก็ยังดีกว่า แต่ก็ต้องแลกกับการเป็นเครื่องมือสองที่ไม่มีประกันศูนย์แล้ว</w:t>
        <w:br/>
        <w:br/>
        <w:t>มันคือการเลือกระหว่าง 'ของใหม่แกะกล่อง' กับ 'ประสบการณ์พรีเมียมในราคาที่เอื้อมถึง' ซึ่งไม่มีอะไรผิดอะไรถูก อยู่ที่ว่าเราให้ค่ากับอะไรมากกว่ากัน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ถ้าเป็นคุณจะเลือกทีมไหน? หรือถ้ามีงบในใจ ลองคอมเมนต์มา เดี๋ยวช่วยแนะนำรุ่นที่เหมาะที่สุดให้เลย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เอกวิทย์  #ไอโฟนมือสอง #iphone13 #ซัมซุง #ไอโฟน #มือถืองบน้อย  💡 The 'New vs. Proven' Decision Framework: ไม่ได้เปรียบเทียบแค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มีข่าวลือ iPhone 18 มาแล้ว! หลายคนบอกอย่าเพิ่งซื้อ แต่จริงๆ นี่แหละคือ 'จังหวะทอง' ของคนงบน้อย!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เห็นข่าวลือ iPhone รุ่นใหม่ๆ ทีไร คนที่อยากได้รุ่นล่าสุดอาจจะชะลอการซื้อ แต่สำหรับสายงบน้อยแบบเรา มันคือสัญญาณที่ดีมากๆ เลยนะ! เพราะตามปกติแล้ว พอมีข่าวรุ่นใหม่ ยิ่งใกล้เปิดตัวเท่าไหร่ ราคา iPhone รุ่นก่อนหน้า ทั้งมือหนึ่งที่ยังเหลือขายและโดยเฉพาะมือสอง จะเริ่มปรับตัวลง</w:t>
        <w:br/>
        <w:br/>
        <w:t>นี่คือจังหวะดีที่สุดที่เราจะเริ่มมองหา iPhone 13 หรือ iPhone 14 ในราคาที่ถูกลงไปอีก ใครที่เล็งๆ ไว้ เตรียมเก็บเงินรอได้เลย พอราคาลงปุ๊บก็จัดได้เลย ไม่ต้องรอถึงปีหน้า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ตอนนี้เล็งรุ่นไหนกันอยู่? คอมเมนต์งบมาได้เลย เดี๋ยวช่วยดูให้ว่ารุ่นไหนคุ้มสุด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#ไอโฟน #ข่าวไอที #iphone13 #iphone14 #ไอโฟนมือสอง  💡 The 'Price Drop Prediction' Guide: แปลงข่าวลือที่ดูเหมือนจะเ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เก็บเงินซื้อ iPhone อยู่รึเปล่า? ระวัง! คุณอาจกำลังเสียเงินค่ากาแฟฟรีๆ ทุกอาทิตย์โดยไม่รู้ตัว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ใครที่กำลังตั้งใจเก็บเงินซื้อ iPhone อยู่ ต้องฟังทางนี้เลยนะ! มีคนแชร์ใน TikTok ว่าแอป Truemoney มีการคิดค่าธรรมเนียม 6 บาท สำหรับการโอนเงินบางแบบ ซึ่งถ้าเราไม่ทันสังเกต โอนบ่อยๆ รวมๆ กันก็เป็นเงินหลายร้อยบาทได้เลยนะ</w:t>
        <w:br/>
        <w:br/>
        <w:t>เงินจำนวนนี้อาจจะดูไม่เยอะ แต่สำหรับคนเก็บเงินอย่างเรา มันคือค่าฟิล์มกันรอยดีๆ หรือค่าเคสสวยๆ อันนึงได้เลย ลองเข้าไปเช็คประวัติการทำรายการของตัวเองดูนะ จะได้ไม่เสียเงินไปฟรีๆ แล้วเอาเงินส่วนนี้ไปโปะค่า iPhone ของเราดีกว่า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มีใครงงๆ เรื่องค่าใช้จ่ายแอปไหนอีกบ้าง? คอมเมนต์มาคุยกันได้เลยนะ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Droidsans  #เก็บเงิน #วางแผนการเงิน #ไอโฟน #Truemoney #รอบรู้ไอที  💡 The 'Purchase Goal-Oriented Savings' Hack: เปลี่ยนทิปส์การเง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มีข่าวลือเรื่อง iPhone 18... สำหรับผู้บริหาร นี่ไม่ใช่แค่ข่าวเทคโนโลยี แต่คือสัญญาณสำคัญในการวางแผนงบประมาณ IT รอบต่อไปขององค์กรครับ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 Droidsans แม้ข่าวลือเรื่อง iPhone 18 จะยังไม่ได้รับการยืนยัน แต่สำหรับองค์กรที่ใช้ iPhone เป็นอุปกรณ์หลัก นี่คือจังหวะที่ต้องเริ่มคิดถึง Tech Refresh Cycle ครับ การวางแผนอัปเกรดอุปกรณ์ทั้งองค์กรล่วงหน้า ช่วยให้เราบริหารจัดการต้นทุนรวมในการเป็นเจ้าของ หรือ Total Cost of Ownership (TCO) ได้อย่างมีประสิทธิภาพ การรู้เทรนด์ล่วงหน้าทำให้สามารถกำหนดช่วงเวลาที่เหมาะสมในการขายเครื่องเก่าซึ่ง iPhone มีมูลค่าขายต่อสูง และจัดซื้องบประมาณสำหรับเครื่องใหม่ที่มีเทคโนโลยีด้านความปลอดภัยและ Productivity ล่าสุดสำหรับทีม การตัดสินใจนี้ไม่ใช่แค่การซื้อของใหม่ แต่คือการลงทุนเชิงกลยุทธ์เพื่อเพิ่มประสิทธิภาพและความปลอดภัยให้กับทั้งองค์กรในระยะยาว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วางแผน Tech Refresh ให้องค์กรของคุณอย่างชาญฉลาด กด follow ไว้สำหรับข้อมูล Apple ecosystem เชิงลึกสำหรับธุรกิจ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#iPhone18 #BusinessTech #AppleEcosystem #ผู้บริหาร #ITStrategy  💡 Corporate Tech Refresh Cycle Planning: แปลงข่าวลือเกี่ยวกับส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กล้องและไมโครโฟนบนมือถือผู้บริหาร ไม่ใช่แค่ฟีเจอร์ แต่คือภาพลักษณ์ขององค์กร... ข่าวลือการเปรียบเทียบ iPhone 17 รุ่นใหม่ล่าสุด ชี้ให้เห็นว่า Apple ให้ความสำคัญกับเรื่องนี้อย่างยิ่ง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เร็วๆ นี้มีคอนเทนต์เปรียบเทียบคุณภาพกล้องและไมค์ระหว่าง iPhone 17 ที่ยังเป็นเพียงข่าวลือ กับคู่แข่งจากฝั่ง Samsung ซึ่งสะท้อนให้เห็นถึงการแข่งขันด้านนี้อย่างชัดเจน สำหรับผู้บริหาร ประเด็นนี้สำคัญกว่าสเปก เพราะคุณภาพในการประชุมทางวิดีโอ การนำเสนอออนไลน์ หรือแม้แต่การสื่อสารผ่านคลิปสั้นๆ ล้วนส่งผลโดยตรงต่อภาพลักษณ์และความเป็นมืออาชีพของแบรนด์ ความเสถียรและความสม่ำเสมอของคุณภาพวิดีโอและเสียงของ iPhone ที่ทำงานร่วมกับแอปพลิเคชันธุรกิจอย่าง Zoom หรือ Teams ได้อย่างราบรื่น ถือเป็นการลงทุนในเครื่องมือสื่อสารที่น่าเชื่อถือ นี่ไม่ใช่แค่การเลือกมือถือ แต่คือการเลือกเครื่องมือที่ใช้สะท้อนภาพลักษณ์ของผู้นำและองค์กรในทุกการสื่อสาร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ยกระดับการสื่อสารของผู้บริหารด้วยเครื่องมือที่ใช่ follow เราสำหรับเคล็ดลับการใช้ iPhone ในโลกธุรกิจ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อาตี๋รีวิว  #iPhone17 #ExecutivePresence #BusinessCommunication #Apple #ภาพลักษณ์องค์กร  💡 Executive Communication &amp; Brand Image: เชื่อมโยงคุณภาพของฮาร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SMS เตือนให้ลงทะเบียนซิม ไม่ใช่แค่เรื่องสัญญาณจะดับ... แต่มันคือสัญญาณเตือนถึงความปลอดภัยของ 'ประตูหน้า' สู่ข้อมูลทั้งหมดขององค์กรคุณ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ข่าวการแจ้งเตือนให้ลงทะเบียนซิม AIS ตามรายงานของ Droidsans เป็นตัวอย่างที่ดีของช่องทางการโจมตีที่เรียกว่า 'Smishing' หรือการฟิชชิ่งผ่าน SMS ซึ่งมุ่งเป้ามาที่ผู้บริหารโดยเฉพาะ เพราะเบอร์โทรศัพท์คือ Key หลักในการเข้าถึงบัญชีสำคัญของบริษัท ตั้งแต่ Email ไปจนถึงระบบ Cloud ผ่าน 2-Factor Authentication หากเบอร์โทรศัพท์ถูกเจาะ ระบบทั้งองค์กรอาจตกอยู่ในความเสี่ยง นี่คือจุดที่ระบบความปลอดภัยแบบปิดของ iPhone มีความสำคัญอย่างยิ่ง ตั้งแต่ iMessage ที่มีการเข้ารหัสแบบ End-to-End ซึ่งปลอดภัยกว่า SMS ทั่วไป ไปจนถึง App Store ที่มีการคัดกรองแอปพลิเคชันเข้มงวด การเลือกใช้ iPhone ในองค์กรจึงไม่ใช่แค่เรื่องความสะดวกสบาย แต่เป็นการวางรากฐานด้านความปลอดภัยเพื่อปกป้องสินทรัพย์ดิจิทัลที่สำคัญที่สุดของบริษัท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ปกป้องข้อมูลองค์กร เริ่มต้นที่อุปกรณ์ของผู้บริหาร follow เราเพื่ออัปเดตความปลอดภัยใน Apple ecosystem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#CyberSecurity #iPhoneSecurity #DataPrivacy #ผู้บริหาร #ความปลอดภัยข้อมูล  💡 Digital Sovereignty &amp; Data Integrity: ยกระดับข่าวสารเรื่อง S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คุณอาจยังไม่รู้ว่า Apple Watch ที่หรูและแพงที่สุดกำลังจะกลับมา! แถมมาในสีใหม่ที่ไม่เคยมีมาก่อนด้วย!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จำ Apple Watch Edition ที่ตัวเรือนเป็นเซรามิกสีขาวสวยๆ ได้ไหม? มันหายไปหลายปี แต่ล่าสุดมีข่าวลือหนาหูจากสื่อต่างประเทศอย่าง AppleInsider ว่า Apple Watch Series 12 ที่จะเปิดตัวในอนาคต อาจจะนำวัสดุเซรามิกกลับมาทำเป็นรุ่นพิเศษอีกครั้ง!</w:t>
        <w:br/>
        <w:br/>
        <w:t>ตามรายงานระบุว่า นอกจากสีขาวคลาสสิกแล้ว อาจจะมีตัวเลือกสีดำเซรามิกแบบใหม่ด้วย ซึ่งจะทำให้มันดูพรีเมียมและแตกต่างจากรุ่นสแตนเลสและไทเทเนียมอย่างชัดเจน แต่ย้ำอีกครั้งนะครับว่านี่เป็นเพียงข่าวลือที่ยังไม่ได้รับการยืนยันจาก Apple เท่านั้น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ใครอยากให้ Apple Watch Edition กลับมาบ้าง? คอมเมนต์บอกหน่อย! แล้วกด follow ไว้เลย เดี๋ยวมีข้อมูลใหม่รีบมาอัปเดตทันที!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AppleInsider  #AppleWatch #AppleWatchSeries12 #AppleLeaks #ข่าวลือ #ไอที  💡 The 'Luxury Material Comeback' Narrative: ไม่ใช่แค่การรายงาน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อย่าเพิ่งซื้อไอโฟนเพราะรอ iPhone 18! คำเตือนนี้เห็นกันเต็ม TikTok แต่เดี๋ยวก่อน... ข่าวลือช่วงนี้เชื่อได้แค่ไหน? มาดูวิธีอ่านเกมแบบโปรกัน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ช่วงนี้กระแส iPhone 18 เริ่มมาแล้ว แต่ต้องเข้าใจก่อนว่ามันยังอีกไกลมาก! ข่าวลือสำหรับ iPhone รุ่นที่ข้ามไปอีก 2 เจนแบบนี้ มักจะเป็นแค่คอนเซ็ปต์เริ่มต้น หรือข้อมูลจาก supply chain ที่ยังเปลี่ยนแปลงได้ตลอดเวลา</w:t>
        <w:br/>
        <w:br/>
        <w:t>สิ่งที่น่าจับตาจริงๆ คือข่าวลือของ iPhone 17 ที่จะเปิดตัวปีหน้า ซึ่งข้อมูลจะเริ่มนิ่งและแม่นยำกว่ามากในช่วงต้นปีหน้าเป็นต้นไป ส่วน iPhone 18 ตอนนี้เหมือนเป็นการโยนหินถามทางของผู้ผลิตชิ้นส่วนมากกว่า ดังนั้นใครที่กำลังจะซื้อ iPhone 16 ก็ตัดสินใจได้เลย ไม่ต้องกังวลกับข่าวที่ยังไกลตัวขนาดนี้ครับ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อยากตามข่าวลือ iPhone แบบกรองมาให้แล้ว ไม่มั่ว? กด follow ช่องเราไว้เลย อัปเดตทุกข้อมูลวงในที่เชื่อถือได้!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#iPhone18 #iPhone17 #Apple #ข่าวไอที #รอบรู้ไอที  💡 The 'Rumor Season Decoder' Angle: เปลี่ยนจากการรายงานข่าวลือ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Samsung มีข่าวลือว่าจะทำมือถือรุ่นใหม่ที่เน้น 'ใช้ยาวๆ' โดยเฉพาะ แล้วสำหรับคนใช้ iPhone ล่ะ? อะไรคือคำว่า 'คุ้มค่าระยะยาว' ที่แท้จริง?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ฝั่ง Samsung มีกระแสข่าวเกี่ยวกับรุ่น FE ใหม่ ที่ถูกวางตัวมาให้เป็นมือถือที่ใช้งานได้นานๆ แต่ถ้าเรามองมาที่ฝั่ง Apple กลยุทธ์ของเค้าต่างออกไปเลยครับ</w:t>
        <w:br/>
        <w:br/>
        <w:t>คำว่า 'ใช้ยาว' ของ Apple ไม่ได้อยู่ที่สเปกตอนซื้ออย่างเดียว แต่อยู่ที่การการันตีอัปเดต iOS ที่ยาวนานกว่าใคร ทำให้ iPhone รุ่นเก่าๆ อย่าง iPhone 13 หรือ 14 ยังใช้งานได้ลื่นและปลอดภัยไปอีกหลายปี แถมยังมีเรื่องของราคาขายต่อที่แข็งโป๊ก ทำให้ต้นทุนรวมในการเป็นเจ้าของ (Total Cost of Ownership) ต่ำกว่าที่คิด</w:t>
        <w:br/>
        <w:br/>
        <w:t>มันเลยเป็นคำถามที่น่าคิดว่า 'ความคุ้มค่า' ที่คุณมองหา คือสเปกจัดเต็มในวันที่ซื้อ หรือคือประสบการณ์และการซัพพอร์ตที่สม่ำเสมอในระยะยาว?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สำหรับคุณ 'ใช้ยาว' แบบไหนคือที่สุด? คอมเมนต์มาถกกัน! แล้วกด follow ไว้สำหรับมุมมองใหม่ๆ เรื่อง Apple ครับ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 #Apple #Samsung #มือถือ #ไอทีน่ารู้  💡 The 'Ecosystem Longevity vs. Hardware Value' Debate: ใช้ข่าว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