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</w:pPr>
      <w:r>
        <w:rPr>
          <w:rFonts w:ascii="Arial" w:hAnsi="Arial"/>
          <w:b/>
          <w:i w:val="0"/>
          <w:color w:val="1A1A2E"/>
          <w:sz w:val="40"/>
        </w:rPr>
        <w:t>🚀 TikTok Farming — Script Report</w:t>
      </w:r>
    </w:p>
    <w:p>
      <w:pPr>
        <w:spacing w:before="0" w:after="40"/>
      </w:pPr>
      <w:r>
        <w:rPr>
          <w:rFonts w:ascii="Arial" w:hAnsi="Arial"/>
          <w:b w:val="0"/>
          <w:i w:val="0"/>
          <w:color w:val="666666"/>
          <w:sz w:val="18"/>
        </w:rPr>
        <w:t>Run: 01 Sep 2026  09:13 ICT  •  18 scripts  •  6 clusters  •  Gemini 2.5 Pro</w:t>
      </w:r>
    </w:p>
    <w:p>
      <w:pPr>
        <w:spacing w:before="80" w:after="80"/>
        <w:pBdr>
          <w:bottom w:val="single" w:sz="4" w:space="1" w:color="7c4dff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8E24AA"/>
          <w:sz w:val="26"/>
        </w:rPr>
        <w:t xml:space="preserve">  🎮  Gen Z / นักเรียน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8E24AA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เดี๋ยวๆ อย่าเพิ่งซื้อ iPhone 16! เพราะมีข่าวลือ iPhone 18 หลุดมาแล้ว! ฟังไม่ผิด...สิบแปด!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ใจเย็นพวกเรา! คือเรื่องมันเป็นงี้... Droidsans เค้าไปเจอข่าวลือมาว่า Apple ซุ่มทำ iPhone รุ่นใหม่ที่อาจจะใช้ชื่อว่า iPhone 18 Ultra! คาดการณ์กันว่าจะเปิดตัวนู่นเลย ปี 2026-2027 อะแก คืออีกนานมาก! ข่าวลือเขาบอกว่าจะพรีเมียมขั้นสุด กล้องหลังอาจจะไม่มีโมดูลนูนๆ แล้วด้วยนะ แต่ย้ำอีกทีว่านี่คือข่าวลือที่ยังไม่ได้รับการยืนยันนะค้าบ ใครจะไปรอไหวถามจริง! แต่ก็ถือว่าฟังไว้สนุกๆ ละกันเนอะ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ใครทีมรอ iPhone 18 คอมเมนต์มา! ส่วนใครทีมใช้รุ่นปัจจุบันไปก่อน กดฟอลไว้เลย เดี๋ยวมีทริคเด็ดๆ มาให้! 🔥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40s  📰 Droidsans  #iPhone18 #iPhoneUltra #Apple #ข่าวไอโฟน #ไอโฟน  💡 The 'Future-Proofing Fallacy' Parody: ใชข่าวลือที่ไกลเกินจริ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8E24AA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ใช้ TrueMoney บน iPhone อยู่ปะ? เช็คด่วน! อาจเสียเงิน 6 บาทฟรีๆ ทุกครั้งที่โอนเงินนะ!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เรื่องจริงไม่จกตา! ใครที่ชอบเข้าแอป TrueMoney แล้วกดปุ่ม 'โอนเงิน' เพื่อส่งเงินให้เพื่อน ฟังทางนี้เลย! Droidsans เค้าบอกว่าวิธีนั้นอะ...โดนค่าธรรมเนียม 6 บาทนะรู้ยัง! อยากโอนฟรีทำงี้...ง่ายกว่าอีก! ให้กดที่ปุ่ม 'สแกน' กลางจอเลย แล้วเอาไปสแกน QR ของเพื่อนแทน แค่นี้ก็ฟรีค่าธรรมเนียมแล้ว ง่ายเวอร์! จำไว้นะวัยรุ่น จะโอนเงินครั้งต่อไป กด 'สแกน' เท่านั้น!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ใครเพิ่งรู้สารภาพมา! กดฟอลไว้เลย เดี๋ยวหาทริคประหยัดตังค์ฉบับชาวไอโฟนมาให้อีก! 🔥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35s  📰 Droidsans  #Truemoney #ทริคไอโฟน #ประหยัดเงิน #นักเรียน #แอพดีบอกต่อ  💡 The 'Muscle Memory' Money-Saving Hack: เจาะจงไปที่การแก้ไข '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8E24AA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AI ตัวใหม่ที่กำลังไวรัลใน TikTok 'TH-AI Passport' มันคืออะไร? แล้วใช้บน iPhone ยังไงให้จึ้ง? มาดู!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ใครไถฟีดแล้วเจอคำว่า TH-AI Passport บ้าง? ตอนนี้กำลังเป็นประเด็นเลย! ตามรายงานจาก Droidsans มันคือโปรเจกต์ AI ตัวใหม่ที่เทียบชั้นกับพวก Claude หรือ ChatGPT ได้เลยนะ วิธีลองเล่นบน iPhone ก็คือง่ายมาก แค่เปิด Safari แล้วเข้าเว็บของเค้าได้เลย ลองให้มันช่วยคิดแคปชั่น TikTok แต่งกลอน หรือช่วยสรุปเนื้อหาการบ้านดิ! ผลลัพธ์ที่ได้คือฉลาดเกิ๊น! ใครอยากหาตัวช่วยทำงาน หรืออยากลองของใหม่ รีบไปเล่นเลย!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ใครลองแล้วเป็นไงบ้าง มาแชร์กันหน่อย! กด follow ไว้เลย เดี๋ยวมี AI เจ๋งๆ สำหรับชาว iPhone มาแนะนำอีกเพียบ!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38s  📰 Droidsans  #AIPassport #AI #ทริคไอโฟน #แอพดีบอกต่อ #นักเรียน  💡 The 'Viral Trend Surfer's' AI Toolkit: วางตำแหน่ง iPhone ให้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1565C0"/>
          <w:sz w:val="26"/>
        </w:rPr>
        <w:t xml:space="preserve">  💼  มนุษย์เงินเดือน 25–35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1565C0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AirPods 4 ราคาหลุด! แต่คำถามสำคัญกว่าคือ คนทำงานแบบเราๆ ควรรอ หรือซื้อรุ่นเก่าที่กำลังจะลดราคาดี?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มีรายงานข่าวลือว่า AirPods 4 อาจจะเปิดตัวเร็วๆ นี้ โดยจะมา 2 รุ่น และรุ่นบนอาจจะได้ฟีเจอร์ตัดเสียงรบกวน Active Noise Cancelling เหมือนรุ่น Pro แต่ในราคาที่ถูกลง</w:t>
        <w:br/>
        <w:br/>
        <w:t>สำหรับคนทำงานที่ต้องประชุมออนไลน์บ่อยๆ หรือต้องการสมาธิในออฟฟิศ ฟีเจอร์ตัดเสียงรบกวนนี่สำคัญมาก</w:t>
        <w:br/>
        <w:br/>
        <w:t>ทีนี้มาดูทางเลือกกันครับ</w:t>
        <w:br/>
        <w:t>1. รอซื้อ AirPods 4 เพื่อเอาเทคโนโลยีใหม่ล่าสุด โดยเฉพาะ ANC ในราคาที่อาจจะคุ้มกว่ารุ่น Pro ปัจจุบัน</w:t>
        <w:br/>
        <w:t>2. ไม่รอ! พอรุ่นใหม่ออก ราคา AirPods รุ่นปัจจุบันมีแนวโน้มจะปรับลดลงทันที นี่เป็นจังหวะดีสำหรับคนที่ไม่ต้องการฟีเจอร์ล่าสุด แต่อยากได้ของดีราคาประหยัด</w:t>
        <w:br/>
        <w:t>3. ใช้ของเดิมต่อไป ถ้า AirPods ที่มีอยู่ยังใช้งานได้ดี โดยเฉพาะถ้าคุณไม่ได้ต้องการฟีเจอร์ตัดเสียงรบกวนเป็นพิเศษ ก็อาจจะยังไม่ต้องรีบเปลี่ยนครับ</w:t>
        <w:br/>
        <w:br/>
        <w:t>สรุปคือ ถ้างานคุณต้องการสมาธิสูง รอ ANC ใน AirPods 4 อาจจะคุ้ม แต่ถ้าอยากได้หูฟัง Apple ที่ดีในราคาถูกลง เตรียมช้อนซื้อรุ่นปัจจุบันตอนที่มันลดราคาครับ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ตอนนี้คุณใช้หูฟังรุ่นไหนทำงานอยู่ คอมเมนต์มาคุยกันครับ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56s  📰 อาตี๋รีวิว  #airpods4 #airpods #หูฟังไร้สาย #gadget #มนุษย์ออฟฟิศ  💡 The 'Accessory Upgrade Matrix' Decision: สร้างกรอบการตัดสินใ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1565C0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3 เดือนต้องห้าม ถ้าคิดจะซื้อ iPhone เครื่องใหม่ ไม่งั้นอาจขาดทุนหลายพัน!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หลายคนชอบถามว่าซื้อ iPhone ตอนไหนคุ้มสุด? ผมมีปฏิทินง่ายๆ มาให้ครับ</w:t>
        <w:br/>
        <w:br/>
        <w:t>ช่วงที่ 'ไม่ควรซื้อ' ที่สุด คือประมาณเดือนมิถุนายน ถึง สิงหาคม ของทุกปี เพราะมันคือช่วงก่อนที่ Apple จะเปิดตัว iPhone รุ่นใหม่ในเดือนกันยายน ซื้อช่วงนี้เหมือนซื้อของที่กำลังจะตกรุ่นในราคาเต็ม</w:t>
        <w:br/>
        <w:br/>
        <w:t>แล้ว 'ควรซื้อ' ตอนไหน? จังหวะที่ดีที่สุดมี 2 ช่วง</w:t>
        <w:br/>
        <w:t>1. ช่วงเปิดตัวเดือนกันยา-ตุลา ถ้าคุณอยากได้เทคโนโลยีใหม่ล่าสุดและไม่เกี่ยงเรื่องราคา</w:t>
        <w:br/>
        <w:t>2. ช่วงที่ดีที่สุดสำหรับคนเน้นความคุ้มค่า คือหลังรุ่นใหม่เปิดตัวไปแล้ว 1-2 เดือน หรือประมาณ ตุลาคม ถึง ธันวาคม</w:t>
        <w:br/>
        <w:br/>
        <w:t>ช่วงนี้ iPhone รุ่นเก่าที่ยังขายอยู่จะถูกปรับราคาลงอย่างเป็นทางการ และโปรโมชั่นจากค่ายมือถือก็จะเริ่มออกมาเยอะ ทำให้เราซื้อมือสองสภาพดี หรือเครื่องใหม่รุ่นเก่าได้ในราคาที่คุ้มค่าที่สุดครับ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ใครมีแพลนจะเปลี่ยน iPhone ปีนี้บ้าง เล็งรุ่นไหนกันอยู่ คอมเมนต์บอกหน่อยครับ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58s  📰 Droidsans  #iphone16 #ซื้อไอโฟน #วางแผนการเงิน #เทคนิคประหยัดเงิน #Apple  💡 The 'Fiscal Year' iPhone Purchase Strategy: วางกรอบการตัดสิน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1565C0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งบหมื่นกลางๆ ได้ Samsung RAM เยอะ แต่ถ้ากัดฟันเพิ่มไป iPhone รุ่นเริ่มต้น...จริงๆ แล้วอันไหน 'คุ้ม' กว่ากันในระยะยาว?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เห็นข่าว Samsung รุ่นใหม่ให้สเปคมาดีมากในราคาหมื่นกลางๆ โดยเฉพาะ RAM ที่เยอะ ทำให้หลายคนลังเล</w:t>
        <w:br/>
        <w:br/>
        <w:t>วันนี้เราจะมาเทียบกันแบบเน้นใช้งานจริง 3 ปีสำหรับคนทำงาน ไม่ได้ดูแค่ตัวเลขบนกระดาษ</w:t>
        <w:br/>
        <w:br/>
        <w:t>ฝั่ง Samsung ในราคานี้จะได้จอสวย สเปคสดใหม่ กล้องหลายตัว</w:t>
        <w:br/>
        <w:t>ส่วน iPhone ในงบใกล้เคียง อาจจะเป็นรุ่นเริ่มต้น หรือรุ่นปีก่อนหน้า สเปค RAM อาจจะน้อยกว่า แต่จุดแข็งอยู่ที่ระยะยาวครับ</w:t>
        <w:br/>
        <w:br/>
        <w:t>1. การอัปเดต iOS ที่ยาวนาน 5-6 ปี ทำให้เครื่องปลอดภัยและได้ฟีเจอร์ใหม่ๆ ตลอด</w:t>
        <w:br/>
        <w:t>2. Ecosystem ถ้าคุณใช้อุปกรณ์ Apple อื่นอยู่แล้ว การทำงานร่วมกันมันราบรื่นกว่ามาก</w:t>
        <w:br/>
        <w:t>3. ราคาขายต่อ ผ่านไป 3 ปี ราคา iPhone ตกน้อยกว่าชัดเจน ทำให้ต้นทุนรวมในการเป็นเจ้าของ (TCO) จริงๆ อาจจะต่ำกว่า</w:t>
        <w:br/>
        <w:br/>
        <w:t>สรุปคือ ถ้าเน้นสเปคสดใหม่ในงบจำกัด Samsung ตอบโจทย์ แต่ถ้ามองเป็นการลงทุนระยะยาว 3 ปีขึ้นไป iPhone จะคุ้มค่ากว่าครับ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คุณอยู่ทีมไหนระหว่างสเปคจัดเต็มกับความคุ้มค่าระยะยาว? คอมเมนต์มาแชร์กันครับ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56s  📰 Droidsans  #iphoneVSandroid #samsung #ไอโฟน #ซัมซุง #คุ้มค่า  💡 The 'Total Cost of Ownership (TCO)' Showdown: ยกระดับการเปรี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2E7D32"/>
          <w:sz w:val="26"/>
        </w:rPr>
        <w:t xml:space="preserve">  📸  คนชอบถ่ายรูป / ช่างภาพ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2E7D32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ภาพนี้ถ่ายด้วย iPhone... แต่ถ้าข่าวลือเรื่อง iPhone 18 หรือ iPhone Ultra เป็นจริง กล้อง iPhone รุ่นต่อไปอาจจะทิ้งห่างไปไกลชนิดที่กล้องใหญ่ต้องมองค้อนเลยครับ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หลายคนน่าจะเห็นข่าวลือเรื่อง iPhone รุ่นใหม่ที่อาจจะเปิดตัวในอนาคตกันมาบ้างแล้ว แต่สิ่งที่ช่างภาพอย่างเราต้องโฟกัส ไม่ใช่แค่ชื่อรุ่น แต่คือ 'ขนาดเซ็นเซอร์' และ 'ชุดเลนส์' ที่มีข่าวลือว่าจะยกเครื่องใหม่หมดจด</w:t>
        <w:br/>
        <w:br/>
        <w:t>ทางเทคนิคแล้ว เซ็นเซอร์ที่ใหญ่ขึ้น หมายถึงการรับแสงที่ดีขึ้นอย่างมหาศาลในที่แสงน้อย ลด noise แบบเห็นผลจริง และให้ dynamic range ที่กว้างขึ้น เก็บรายละเอียดในส่วนมืดและสว่างได้ดีกว่าเดิมแบบคนละเรื่อง</w:t>
        <w:br/>
        <w:br/>
        <w:t>ลองนึกภาพการถ่ายดาวด้วย Night Mode ที่คมขึ้น หรือการถ่ายภาพ Portrait ที่ได้โบเก้ละลายหลังเป็นธรรมชาติกว่าเดิมโดยไม่ต้องพึ่ง software มากเกินไป นี่คือการเปลี่ยนแปลงที่ระดับฮาร์ดแวร์ครับ</w:t>
        <w:br/>
        <w:br/>
        <w:t>และสำหรับสาย ProRAW บอกเลยว่าไฟล์ที่ได้จากเซ็นเซอร์ใหม่จะยืดหยุ่นกว่าเดิมเยอะมาก ดึงสี ดึงแสงได้สะใจแน่นอน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ใครกำลังรอดูการอัปเกรดกล้องครั้งใหญ่อยู่บ้าง? กด save คลิปนี้ไว้เลย เดี๋ยวมีข่าวลือเชิงลึกเรื่องสเปคเลนส์มาเล่าให้ฟังต่อ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55s  📰 Droidsans  #iPhone18 #iPhoneUltra #กล้องไอโฟน #ถ่ายภาพด้วยมือถือ #AppleProRAW  💡 The 'Hardware-First' Rumor Filter: กรองข่าวลือโดยมองผ่านเลนส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2E7D32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เบื้องหลังภาพสวยๆ จาก iPhone ไม่ใช่แค่เลนส์ แต่คือ 'สมองกล' ที่ฉลาดขึ้นทุกวัน... และมันกำลังจะไปไกลกว่านี้อีกเยอะมากครับ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หลายคนอาจจะเคยได้ยินข่าวเกี่ยวกับโครงการ AI ในไทยอย่าง TH-AI Passport กันมาบ้าง ซึ่งนั่นเป็นแค่ตัวอย่างเล็กๆ ของพลัง AI ที่กำลังจะเปลี่ยนทุกอย่าง</w:t>
        <w:br/>
        <w:br/>
        <w:t>บน iPhone พลังนี้เรียกว่า 'Computational Photography' มันคือสิ่งที่ทำให้ Smart HDR, Deep Fusion, และ Photonic Engine ทำงานได้อย่างน่าทึ่ง มันไม่ใช่การแต่งภาพทีหลัง แต่คือการที่ AI ประมวลผลข้อมูลมหาศาลจากเซ็นเซอร์ ณ วินาทีที่คุณกดชัตเตอร์ รวมภาพหลายๆ ใบเข้าด้วยกันเพื่อลด noise เพิ่ม dynamic range และดึงสีสันที่สมจริงที่สุดออกมา</w:t>
        <w:br/>
        <w:br/>
        <w:t>เทรนด์ตอนนี้คือ AI กำลังจะฉลาดขึ้นไปอีกระดับ ลองจินตนาการถึงการลบวัตถุในภาพได้เนียนกริบแบบเรียลไทม์ นี่คือสมรภูมิต่อไปของกล้องมือถือครับ สำหรับช่างภาพ นี่หมายความว่า 'ข้อจำกัด' ของฮาร์ดแวร์จะถูกทลายด้วยซอฟต์แวร์มากขึ้นเรื่อยๆ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อยากรู้ไหมว่า Photonic Engine ทำงานยังไงแบบเจาะลึก? กด save คลิปนี้ไว้ เดี๋ยวคลิปหน้ามาผ่าให้ดูกัน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60s  📰 Droidsans  #ComputationalPhotography #Aiphotography #iPhoneTips #กล้องไอโฟน #เทคโนโลยี  💡 The 'Computational Bridge': ใช้ข่าว AI ทั่วไปเป็นสะพานเพื่ออ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2E7D32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Log video บน iPhone 15 Pro มันสุดยอดแล้วใช่ไหมครับ... แต่ถ้าข่าวลือเรื่อง 'iPhone Ultra' ที่กำลังพูดถึงกันอยู่เป็นจริง นี่อาจเป็นแค่จุดเริ่มต้นของการปฏิวัติวงการวิดีโอด้วยมือถือ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จากข่าวลือเรื่อง iPhone รุ่นท็อปตัวใหม่ ไม่ได้มีแค่เรื่องกล้องถ่ายภาพนิ่งที่น่าตื่นเต้น แต่ฝั่งวิดีโอก็อาจจะเปลี่ยนเกมไปเลย</w:t>
        <w:br/>
        <w:br/>
        <w:t>สิ่งที่คนทำวิดีโอจับตาดูคือ การอัปเกรด 'ProRes' และ 'Log video' ครับ มีการคาดการณ์ว่าอาจจะรองรับการถ่ายทำที่บิตเรตสูงขึ้น หรืออาจจะมี Codec ใหม่ที่ยืดหยุ่นกว่าเดิม ทำให้เราเกรดสีได้หนักมือขึ้นโดยที่ไฟล์ไม่แตก ซึ่งหมายถึงฟุตเทจจาก iPhone จะเอาไปใช้งานร่วมกับกล้อง Cinema ใหญ่ๆ ในกองถ่ายได้เนียนขึ้นไปอีก</w:t>
        <w:br/>
        <w:br/>
        <w:t>ส่วน Cinematic Mode และ Action Mode ก็คาดว่าจะได้พลังจากชิปตัวใหม่ ทำให้การ tracking subject และกันสั่นเนียนขึ้นไปอีกขั้น ลองนึกภาพ Action Mode ที่นิ่งระดับใช้ Gimbal แต่ถ่ายได้ที่ความละเอียด 4K ProRes ดูสิครับ นี่คือทิศทางที่ทำให้ iPhone ไม่ใช่แค่กล้อง B-Cam แต่เป็นกล้อง A-Cam สำหรับงานโปรดักชันเล็กๆ ได้เลย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ใครใช้ iPhone ถ่ายวิดีโอเป็นหลักบ้าง? กด save ไว้เลย เดี๋ยวคลิปหน้าจะมาทำ workflow เกรดสี Log video จาก iPhone 15 Pro ให้ดูกัน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65s  📰 Droidsans  #AppleProRes #LogVideo #CinematicMode #iPhoneVideo #ถ่ายวิดีโอ  💡 The 'Pro-Video Workflow Integration' Forecast: ตีความข่าวลือ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E65100"/>
          <w:sz w:val="26"/>
        </w:rPr>
        <w:t xml:space="preserve">  💰  งบน้อย อยากได้ iPhone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E65100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งบหมื่นกลางๆ คนกำลังพูดถึง Samsung A57 5G... แต่ถ้าใจมันรัก iPhone ล่ะ? ได้! มาดูกันว่าเงินเท่ากัน ได้ไอโฟนรุ่นไหนที่ยังใช้ได้ยาวๆ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เห็นเพื่อนๆ ใน TikTok พูดถึง Samsung A57 5G กันเยอะมาก ซึ่งก็ต้องยอมรับว่าเป็นมือถือที่สเปกคุ้มจริงๆ ในราคานี้ครับ แต่สำหรับทีม Apple ที่งบจำกัด คำถามคือ แล้วเราซื้ออะไรได้บ้าง?</w:t>
        <w:br/>
        <w:br/>
        <w:t>ในงบประมาณหมื่นกลางๆ ถึงปลายๆ เราสามารถหา iPhone 13 มือสองสภาพสวยๆ ได้เลยนะ! อาจจะไม่ได้เครื่องใหม่แกะกล่อง แต่สิ่งที่จะได้กลับมาคือชิปที่ยังแรงมากๆ, กล้องคุณภาพสูงที่ไว้ใจได้, และที่สำคัญคือการอัปเดต iOS ไปได้อีกหลายปี แถมราคาขายต่อในอนาคตก็ยังดีกว่าด้วย</w:t>
        <w:br/>
        <w:br/>
        <w:t>มันคือการเลือกระหว่าง 'สเปกจัดเต็มในเครื่องใหม่' กับ 'คุณค่าระยะยาวและ ecosystem ที่คุ้นเคย' ในเครื่องมือสองครับ ไม่มีอะไรผิดถูก อยู่ที่เราให้ความสำคัญกับอะไรมากกว่า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ถ้ามีงบหมื่นห้าถึงสองหมื่น คอมเมนต์มาเลย เดี๋ยวช่วยแนะนำรุ่นที่เหมาะกับคุณที่สุดให้ครับ!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50s  📰 Droidsans  #ไอโฟนมือสอง #iphone13 #ไอโฟนน่าใช้2024 #samsunga57 #งบน้อย  💡 The 'Resale Value Reality Check': ไม่ได้แค่เปรียบเทียบสเปกให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E65100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มีเงิน 20,000 แต่เพื่อนบอกให้รอ iPhone 18? อย่าเพิ่งเชื่อ! นี่คือเหตุผลที่คนงบจำกัด 'ไม่ควร' รอ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ช่วงนี้มีข่าวลือ iPhone รุ่นใหม่ๆ ออกมาเยอะมาก อย่างล่าสุดก็มีคนพูดถึง iPhone 18 กันแล้ว ฟังดูน่าตื่นเต้นใช่ไหมครับ? แต่ถ้าเรามีงบจำกัด การรอคือสิ่งที่ไม่ควรทำที่สุด!</w:t>
        <w:br/>
        <w:br/>
        <w:t>อย่างแรกเลยคือ ข่าวลือพวกนี้อีกเป็นปีกว่าจะมาจริง ระหว่างนั้นเราอาจจะต้องทนใช้เครื่องเก่าที่แบตเสื่อมหรือเริ่มช้าไปแล้ว</w:t>
        <w:br/>
        <w:br/>
        <w:t>สองคือ ต่อให้รุ่นใหม่ออกมา ราคารุ่นเก่าที่ลดลงอาจไม่ได้เยอะเท่าที่เราคิดในทันที และที่สำคัญที่สุดคืองบ 20,000 บาทในวันนี้ สามารถซื้อ iPhone 13 หรือ 14 มือสองสภาพดีๆ ได้เลย ซึ่งสเปกมันยังแรงเหลือๆ ใช้ได้อีก 3-4 ปีสบายๆ</w:t>
        <w:br/>
        <w:br/>
        <w:t>การรออนาคตที่ไกลเกินไป อาจทำให้เราพลาดความสุขกับเทคโนโลยีดีๆ ที่จับต้องได้ในวันนี้นะครับ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ตอนนี้มีงบในใจเท่าไหร่กันอยู่ คอมเมนต์มาเลย เดี๋ยวช่วยดูให้ว่าซื้อรุ่นไหนตอนนี้คุ้มสุด!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48s  📰 Droidsans  #ไอโฟน #ซื้อมือถือ #iphone14 #ไอโฟนมือสอง #สอนให้รู้ว่า  💡 The 'Infinite Wait' Intervention: ใช้ข่าวลือที่ไกลตัวมากๆ มา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E65100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เห็นข่าวลือ AirPods 4 แล้วอยากได้ใช่ไหม? มา! ผมจะจัดเซ็ต 'iPhone พร้อม AirPods' ให้ในงบแค่ 20,000 บาท!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ใครเห็นข่าว AirPods 4 แล้วรู้สึกว่าอยากได้ประสบการณ์ Apple แบบครบๆ ทั้งหูฟังทั้งไอโฟน แต่เห็นราคาแล้วท้อบ้าง? ไม่ต้องห่วงครับ งบสองหมื่นก็ทำได้!</w:t>
        <w:br/>
        <w:br/>
        <w:t>วิธีคือเราจะไมเน้นของใหม่ล่าสุด แต่เน้นความคุ้มค่าครับ</w:t>
        <w:br/>
        <w:br/>
        <w:t>หนึ่ง: ตัว iPhone ในงบประมาณ 16,000 - 17,000 บาท เราสามารถหา iPhone 13 มือสองสภาพนางฟ้าได้เลยตามร้านที่ไว้ใจได้</w:t>
        <w:br/>
        <w:br/>
        <w:t>สอง: เงินที่เหลืออีก 3,000 - 4,000 บาท จัด AirPods รุ่นที่ 2 หรือ 3 แบบมือสองสภาพดีๆ ได้สบายๆ เลยครับ การใช้งานเชื่อมต่อต่างๆ ยังลื่นไหลเหมือนเดิมเป๊ะ</w:t>
        <w:br/>
        <w:br/>
        <w:t>แค่นี้เราก็ได้เซ็ต Apple Ecosystem มาใช้แบบครบๆ โดยไม่ต้องจ่ายเงินก้อนใหญ่ ไม่ต้องรอผ่อนยาวๆ ด้วยครับ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ใครอยากได้เซ็ตไหนในงบเท่าไหร่ ลองคอมเมนต์มาคุยกันได้เลยครับ!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45s  📰 อาตี๋รีวิว  #AirPods #ไอโฟนราคาถูก #จัดเซ็ตคอม #นักศึกษา #ผ่อนไอโฟน  💡 The 'Ecosystem Entry-Point' Strategy: ใช้ข่าวการเปิดตัวอุปกร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37474F"/>
          <w:sz w:val="26"/>
        </w:rPr>
        <w:t xml:space="preserve">  🏢  นักธุรกิจ / ผู้บริหาร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37474F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SMS เตือนจาก กสทช. กำลังพิสูจน์ว่าทำไมเบอร์โทรศัพท์ถึงเป็นจุดอ่อนที่ใหญ่ที่สุดของผู้บริหารในยุคนี้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ข่าวการแจ้งเตือนให้ยืนยันตัวตนผ่าน SMS ที่หลายท่านได้รับ ตอกย้ำถึงความเสี่ยงของการสื่อสารผ่านระบบเก่าครับ ในโลกธุรกิจ การรั่วไหลของข้อมูลผ่านการดักจับ SMS หรือ SIM Swap ไม่ใช่เรื่องไกลตัว และอาจนำไปสู่ความเสียหายระดับองค์กรได้</w:t>
        <w:br/>
        <w:br/>
        <w:t>นี่คือจุดที่ Apple Ecosystem สร้างความแตกต่างอย่างชัดเจน การสื่อสารภายในทีมผู้บริหารผ่าน iMessage และ FaceTime ได้รับการเข้ารหัสแบบ End-to-End โดยสมบูรณ์ หมายความว่ามีเพียงผู้ส่งและผู้รับเท่านั้นที่อ่านข้อความได้ ไม่สามารถถูกดักฟังระหว่างทางได้เหมือน SMS</w:t>
        <w:br/>
        <w:br/>
        <w:t>สำหรับข้อมูลที่สำคัญอย่างยิ่งยวด การเปลี่ยนช่องทางการสื่อสารหลักจาก SMS มาอยู่บนแพลตฟอร์มที่ปลอดภัยอย่าง iMessage ไม่ใช่แค่เรื่องของความสะดวกสบาย แต่คือการบริหารความเสี่ยงด้านความปลอดภัยไซเบอร์ที่ผู้นำองค์กรต้องให้ความสำคัญครับ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Follow เพื่อเรียนรู้วิธีปกป้องข้อมูลองค์กรของคุณด้วย Apple Ecosystem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60s  📰 Droidsans  #Security #AppleEcosystem #CyberSecurity #iPhoneTips #ผู้บริหาร  💡 Operational Security Risk Mitigation: ตีความข่าวด้านโทรคมนาค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37474F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มีรายงานว่ามือถือคู่แข่งถูกออกแบบมาให้ 'ใช้ได้นาน' แต่ในโลกธุรกิจ คำว่า 'นาน' ไม่ได้วัดที่ฮาร์ดแวร์อย่างเดียว แต่วัดที่ TCO หรือต้นทุนรวมตลอดอายุการใช้งาน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Total Cost of Ownership (TCO) คือตัวชี้วัดที่แท้จริงสำหรับผู้บริหารในการตัดสินใจลงทุนด้านเทคโนโลยี ไม่ใช่แค่ราคาซื้อตอนแรก แต่รวมถึงค่าใช้จ่ายแฝงทั้งหมด</w:t>
        <w:br/>
        <w:br/>
        <w:t>iPhone อาจมีราคาสูงกว่าในตอนต้น แต่เมื่อพิจารณา TCO กลับมีความคุ้มค่าในระยะยาวมากกว่าในหลายกรณี เพราะอะไร?</w:t>
        <w:br/>
        <w:br/>
        <w:t>หนึ่งคือการสนับสนุนซอฟต์แวร์ที่ยาวนาน 5-7 ปี ทำให้มั่นใจได้ว่าอุปกรณ์ทุกลำดับชั้นในองค์กรจะได้รับอัปเดตความปลอดภัยล่าสุดอยู่เสมอ ลดความเสี่ยงและภาระงานของฝ่าย IT</w:t>
        <w:br/>
        <w:br/>
        <w:t>สองคือระบบบริหารจัดการอุปกรณ์ (MDM) ที่แข็งแกร่ง ทำให้การติดตั้งแอปและนโยบายความปลอดภัยสำหรับพนักงานนับร้อยนับพันคนทำได้อย่างมีประสิทธิภาพ</w:t>
        <w:br/>
        <w:br/>
        <w:t>และสุดท้ายคือมูลค่าขายต่อ (Resale Value) ที่สูงกว่าคู่แข่งอย่างมีนัยสำคัญ ทำให้เมื่อถึงรอบการเปลี่ยนอุปกรณ์ใหม่ องค์กรสามารถคืนทุนได้มากกว่าเดิม นี่คือ ROI ที่จับต้องได้ครับ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Follow ไว้ถ้าอยากรู้ว่าทีมของคุณควรใช้ iPhone อย่างไรให้คุ้มค่าที่สุดในเชิงธุรกิจ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65s  📰 Droidsans  #iPhone #Business #TCO #ROI #Apple  💡 Total Cost of Ownership (TCO) Analysis: ใช้ข่าวของคู่แข่งเป็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37474F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AI กำลังเป็นประเด็นใหญ่ แต่สำหรับผู้บริหาร คำถามที่สำคัญกว่า 'ใช้อะไร' คือ 'ข้อมูลธุรกิจที่ละเอียดอ่อนของเรา ถูกส่งไปประมวลผลที่ไหน'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ตามรายงานข่าวล่าสุด กระแสการใช้ AI ผ่านบริการ Cloud เช่น ChatGPT หรือ Claude กำลังเป็นที่นิยม แต่โมเดลเหล่านี้ต้องการการส่งข้อมูลของคุณไปยังเซิร์ฟเวอร์ภายนอกเพื่อประมวลผล ซึ่งอาจเป็นความเสี่ยงสำหรับข้อมูลลับของบริษัท</w:t>
        <w:br/>
        <w:br/>
        <w:t>นี่คือจุดที่ปรัชญาด้าน AI ของ Apple จะเข้ามาตอบโจทย์องค์กรโดยตรง ด้วยแนวคิด On-Device AI การประมวลผลส่วนใหญ่จะเกิดขึ้นบนชิปของ iPhone หรือ Mac โดยตรง หมายความว่าข้อมูลสำคัญอย่างแผนกลยุทธ์, รายชื่อลูกค้า, หรือข้อมูลทางการเงิน จะไม่ถูกส่งออกจากอุปกรณ์ของคุณเลย</w:t>
        <w:br/>
        <w:br/>
        <w:t>สำหรับงานที่ซับซ้อนขึ้น Apple ก็มี Private Cloud Compute ที่ออกแบบมาโดยคำนึงถึงความเป็นส่วนตัวสูงสุด การย้ายฐานการทำงานที่ต้องพึ่งพา AI มาอยู่บน Apple Ecosystem จึงไม่ใช่แค่การเพิ่ม Productivity แต่คือการสร้างปราการป้องกันข้อมูลที่แข็งแกร่งให้องค์กรในยุค AI 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Follow เพื่ออัปเดตว่า Apple AI จะเปลี่ยนวิธีการทำงานของธุรกิจคุณได้อย่างปลอดภัยได้อย่างไร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65s  📰 Droidsans  #AppleAI #Privacy #DataSecurity #iPhoneBusiness #Productivity  💡 On-Device vs. Cloud Compute for Corporate Data Governance: ใ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C62828"/>
          <w:sz w:val="26"/>
        </w:rPr>
        <w:t xml:space="preserve">  🔥  คนชอบข่าวลือ / leaks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C62828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Apple Watch Edition กำลังจะกลับมา? แต่รอบนี้อาจไม่ใช่แค่สีขาว!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ใครที่เป็นแฟน Apple ยุคเก่าๆ น่าจะยังจำ Apple Watch Edition ที่เป็นตัวเรือนเซรามิกสีขาวสวยๆ กันได้นะครับ... ล่าสุดมีข่าวลือหนาหูมากว่า Apple อาจจะนำวัสดุเซรามิกกลับมาใช้อีกครั้งใน Apple Watch Series 12 ที่จะเปิดตัวในอนาคต! ตามรายงานจาก AppleInsider ระบุว่ารอบนี้อาจไม่ได้มาแค่สีขาวเหมือนเดิม แต่อาจจะมีสีดำ Space Black มาให้เลือกด้วย ทำให้ดูดุดันและพรีเมียมไปอีกแบบ... วัสดุเซรามิกขึ้นชื่อเรื่องความแข็งแกร่งทนรอยขีดข่วนได้ดีกว่าสแตนเลสและไทเทเนียมมาก แต่แน่นอนว่าราคาก็คงจะสูงตามไปด้วย... ทั้งหมดนี้ยังเป็นแค่ข่าวลือที่ยังไม่ยืนยันนะครับ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ใครกำลังรอ Apple Watch วัสดุเทพๆ แบบนี้อยู่บ้าง? กด Follow ไว้เลย ถ้ามีภาพหลุดหรือข้อมูลใหม่มาเมื่อไหร่ รู้ก่อนใครแน่นอน!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45s  📰 AppleInsider  #AppleWatch #AppleWatchUltra #AppleLeaks #ข่าวลือ #ไอโฟน  💡 The 'Lost Legend' Revival: ไม่ใช่แค่การรายงานข่าววัสดุใหม่ แ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C62828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ใครจะซื้อ AirPods หยุดก่อน! เพราะข่าวลือล่าสุดบอกว่า AirPods 5 อาจจะเปิดตัว...สัปดาห์หน้า!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ถ้าเพื่อนหรือคุณกำลังจะกดสั่งซื้อ AirPods รุ่นปกติอยู่พอดี ช้าก่อนเลยครับ! เพราะมีรายงานด่วนจาก 9to5Mac บอกว่ามีความเป็นไปได้สูงมากที่ Apple จะเปิดตัว AirPods รุ่นที่ 5 ในสัปดาห์หน้าที่จะถึงนี้... ข่าวลือระบุว่า ดีไซน์จะถูกปรับปรุงใหม่ให้คล้ายกับรุ่นโปรมากขึ้น ก้านอาจจะสั้นลง และที่สำคัญคือเคสชาร์จอาจจะเปลี่ยนเป็นพอร์ต USB-C ซึ่งอาจจะทำให้รองรับ Lossless Audio ได้ด้วย... นี่คือการอัปเกรดรุ่นธรรมดานะครับ ไม่ใช่รุ่นโปร... ย้ำอีกครั้งว่าทั้งหมดนี้ยังเป็นข้อมูลที่ยังไม่ได้รับการยืนยัน 100% ต้องรอประกาศจาก Apple เท่านั้นครับ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คิดว่าน่ารอไหม หรือจะจัดรุ่นปัจจุบันเลย? คอมเมนต์มาคุยกัน! และกด Follow ด่วนๆ ถ้าเปิดตัวจริงจะได้ไม่พลาดข่าว!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40s  📰 9to5Mac  #AirPods #AirPods5 #Apple #หูฟังไร้สาย #ข่าวไอที  💡 The 'Urgent Upgrade' Alert: เปลี่ยนข่าวลือให้กลายเป็นประกาศเ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C62828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ถ้าเพื่อนกำลังจะซื้อ iPhone 15 ส่งคลิปนี้ให้ดูด่วน! เพราะนี่คือ 3 เหตุผลที่ควรอดใจรอ iPhone 16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รู้ครับว่า iPhone 15 มันดีมากๆ อยู่แล้ว แต่เชื่อผมเถอะว่าการอดใจรออีกไม่กี่เดือนอาจจะคุ้มค่ากว่าเยอะ! เหตุผลแรกเลย ข่าวลือหนาหูมากว่า iPhone 16 Pro จะได้จอที่ใหญ่ขึ้นและขอบจอบางลงแบบสุดๆ... เหตุผลที่สองคือชิป A18 Pro ที่คาดว่าจะมาพร้อมฟีเจอร์ AI แบบจัดเต็ม ซึ่งอาจจะเป็นการอัปเกรดครั้งใหญ่ที่สุดในรอบหลายปีของ iOS... และข้อสุดท้ายสำหรับสายกล้อง มีข่าวลือว่าจะได้ 'Capture Button' ปุ่มใหม่สำหรับการถ่ายรูปและวิดีโอโดยเฉพาะ แถมกล้อง Ultra-Wide ก็อาจจะอัปเกรดความละเอียดเป็น 48MP ด้วย... จอใหญ่ขึ้น, AI ฉลาดขึ้น, กล้องโปรขึ้น นี่แค่ส่วนหนึ่งของข่าวลือทั้งหมดนะครับ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ใครทีมรอเหมือนกันบ้าง? กด Follow ไว้เลยครับ ถ้ามีข้อมูลราคาหรือวันเปิดตัวหลุดมาเมื่อไหร่ ผมจะรีบมาอัปเดตให้ทันที!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50s  📰 Droidsans (Concept)  #iPhone16 #iPhone16Pro #Apple #ไอโฟน #มือถือใหม่  💡 The 'Compounded Value' Argument: ไม่ใช่แค่การลิสต์ข่าวลือ แต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0"/>
      </w:pPr>
    </w:p>
    <w:p>
      <w:pPr>
        <w:spacing w:before="0" w:after="120"/>
        <w:jc w:val="center"/>
      </w:pPr>
      <w:r>
        <w:rPr>
          <w:rFonts w:ascii="Arial" w:hAnsi="Arial"/>
          <w:b w:val="0"/>
          <w:i/>
          <w:color w:val="AAAAAA"/>
          <w:sz w:val="16"/>
        </w:rPr>
        <w:t>Generated by TikTok Farming Pipeline  •  Next step: Script QC Agent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