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01 Sep 2026  10:50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ใครรอ iPhone 16 อยู่...เบรกก่อน! เพราะมีข่าวลือ iPhone 18 ทะลุโลกมาแล้ว!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เอาจริงปะ? มีข่าวลือจาก Droidsans บอกว่าอย่าเพิ่งซื้อไอโฟนตอนนี้...เพราะ iPhone 18 จะมาแล้ว! คือลือกันไปไกลมากว่าจะบางเฉียบ กล้องเทพทะลุมิติ แต่เดี๋ยวก่อน...นี่มันอีกกี่ปีอะ? 🤣 ใครที่มัวแต่รอรุ่นใหม่ตลอดเวลาแบบนี้ อีกสิบปีก็ไม่ได้ซื้อพอดี! เอาเป็นว่าถ้าเครื่องเก่าไม่ไหวแล้ว ก็จัดรุ่นล่าสุดไปเลยดีกว่า ได้ใช้ของใหม่ก่อนใครเพื่อนนะ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ไม่อยากตกข่าวลือฮาๆ แบบนี้อีก กด follow ด่วนๆ เลย! 😂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#iPhone18 #ข่าวลือ #Apple #ไอโฟน #เรื่องตลกคนใช้ไอโฟน  💡 The 'Rumor Cycle Satire': ไม่ได้ให้คำแนะนำเรื่องการรอ แต่เป็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เช็คด่วน! โอนเงินใน TrueMoney บน iPhone แล้วเสีย 6 บาทฟรีๆ อยู่รึเปล่า?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ใครใช้ TrueMoney โอนเงินให้เพื่อนบ่อยๆ ฟังทางนี้เลย! ตามรายงานจาก Droidsans นะ ถ้าเราเผลอไปกดปุ่ม 'โอนเงิน' สีส้มอันใหญ่ๆ แล้วใส่เบอร์เพื่อน...แบบนี้จะโดนค่าธรรมเนียม 6 บาทนะรู้ยัง! วิธีที่ถูกคือให้หาเมนู 'ส่งซองของขวัญ' แทน แล้วใส่จำนวนเงินกับจำนวนคน (ใส่ 1 คนก็ได้) จากนั้นก็ส่งลิงก์ให้เพื่อนเลย วิธีนี้ฟรี! ไม่เสียสักบาท ลองไปทำตามดู เซฟเงินไว้ซื้อหนมได้อีกเยอะ!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อยากได้ทิปส์ประหยัดเงินบน iPhone แบบนี้อีก กด follow ไว้เลยดิค้าบ!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#Truemoney #ทรูมันนี่ #สอนใช้ไอโฟน #ประหยัดเงิน #ทริคดีบอกต่อ  💡 The 'Hidden Menu' Hack: วางกรอบวิธีแก้ปัญหาว่าเป็นการค้นพบ '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อยากให้ AI พูดภาษาไทยเก่งๆ ปะ? มาลองนี่เลย TH-AI Passport ที่กำลังไวรัล!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ใครสาย Gen AI ต้องลอง! ตอนนี้มีโปรเจกต์ใหม่จาก Droidsans ชื่อ TH-AI Passport ที่กำลังเป็นกระแสเลย มันคือการเทรน AI อย่าง Claude หรือ ChatGPT ให้เข้าใจภาษาและวัฒนธรรมไทยเราดีขึ้นสุดๆ แค่เปิด Safari บน iPhone เข้าไปลองเล่นในเว็บ พิมพ์ภาษาไทยแปลกๆ หรือคำสแลงใส่ไปเลย ยิ่งเราเล่นเยอะ AI ก็ยิ่งฉลาดขึ้น เหมือนช่วยกันสอนน้อง AI ให้เป็นคนไทยเต็มตัวอะ ไปลองกัน!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อยากตามเทรนด์ AI ใหม่ๆ ด้วย iPhone แบบนี้อีก กด follow ไว้เลย!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38s  📰 Droidsans  #AIPassport #Claude #ChatGPT #ไอที #สอนใช้ไอโฟน  💡 The 'Crowdsourced AI Trainer' Mission: วางตำแหน่งผู้ชมให้เป็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AirPods 4 ราคาหลุดมาเท่านี้จริงเหรอ? ใครที่ยังใช้ AirPods รุ่นเก่าอยู่ต้องฟังเลยครับ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เห็นข่าวลือล่าสุดจากช่องอาตี๋รีวิวแล้วน่าสนใจมากครับ มีรายงานว่า AirPods 4 รุ่นใหม่ อาจมีราคาเปิดตัวที่เข้าถึงง่ายกว่าเดิม ซึ่งนี่เป็นสัญญาณสำคัญสำหรับคนที่ยังใช้ AirPods รุ่นที่ไม่มีตัดเสียงรบกวน หรือแบตเริ่มเสื่อมแล้ว</w:t>
        <w:br/>
        <w:br/>
        <w:t>สำหรับคนทำงาน การมีหูฟังตัดเสียงรบกวน (ANC) ดีๆ สักตัวมันเปลี่ยนโลกเลยนะครับ ไม่ว่าจะประชุมในร้านกาแฟ หรือต้องการสมาธิตอนอยู่ในออฟฟิศ ถ้าข่าวลือนี้เป็นจริง มันอาจจะเป็นครั้งแรกที่ฟีเจอร์ระดับโปรเข้าถึงง่ายขึ้น</w:t>
        <w:br/>
        <w:br/>
        <w:t>คำแนะนำของผมคือ ถ้าคุณใช้รุ่นเก่าอยู่ นี่อาจจะเป็นจังหวะที่ดีในการเตรียมตัว เพราะเมื่อรุ่นใหม่เปิดตัว ราคาขายต่อของรุ่นเก่าคุณจะตกลงทันที การตัดสินใจตอนนี้อาจจะช่วยให้คุณประหยัดเงินได้มากที่สุดครับ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ตอนนี้ใช้ AirPods รุ่นไหนกันอยู่ แล้วคิดว่าจะอัปเกรดมั้ยครับ? คอมเมนต์มาคุยกัน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#AirPods4 #Apple #หูฟังไร้สาย #ไอทีน่ารู้ #มนุษย์เงินเดือน  💡 The 'Sunk Cost' Upgrade Trigger: ไม่ได้มองแค่ข่าวลือราคา แต่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เห็นคลิป 'อย่าเพิ่งซื้อไอโฟน รอ iPhone 18' แล้วใช่มั้ยครับ? มาดูกันว่าจริงๆ แล้วเมื่อไหร่คือเวลาที่ควรเปลี่ยนมือถือ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กระแสรอ iPhone รุ่นใหม่มีมาทุกปี แต่การรอไปเรื่อยๆ มันอาจจะทำให้คุณเสียโอกาสในการทำงานนะครับ สำหรับมนุษย์เงินเดือนอย่างเรา เวลาเป็นสิ่งสำคัญที่สุด</w:t>
        <w:br/>
        <w:br/>
        <w:t>ผมมีกฎง่ายๆ 2 ข้อในการตัดสินใจอัปเกรด iPhone ครับ</w:t>
        <w:br/>
        <w:t>1. แบตเตอรี่ต่ำกว่า 80% และเริ่มกระทบการทำงานนอกสถานที่อย่างชัดเจน เช่น ต้องพก Power Bank ตลอดเวลา ทำให้ไม่คล่องตัว</w:t>
        <w:br/>
        <w:t>2. แอปที่ใช้ทำงานหลักๆ เริ่มทำงานช้าลงจนรู้สึกได้ เช่น แอปแชททีม, แอปจัดการโปรเจกต์ หรือแม้แต่การสลับแอปธรรมดาเริ่มมีอาการกระตุกจนทำให้งานสะดุด</w:t>
        <w:br/>
        <w:br/>
        <w:t>ถ้า iPhone ของคุณยังไม่เข้าข่าย 2 ข้อนี้ การรอต่อไปอาจจะสมเหตุสมผล แต่ถ้ามันเริ่มทำให้คุณทำงานช้าลงแล้ว การลงทุนกับเครื่องใหม่ที่เร็วกว่า อาจจะคืนทุนเป็นเวลาที่คุณได้กลับคืนมาครับ อย่าติดกับดักการรอคอยที่ไม่มีสิ้นสุดครับ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ตอนนี้ใช้ iPhone รุ่นไหนกันอยู่ แล้วเจอปัญหาทำงานช้าลงบ้างมั้ยครับ? คอมเมนต์บอกหน่อย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 #อัปเกรดไอโฟน #ทำงาน #เทคโนโลยี #Apple  💡 The 'Productivity Bottleneck' Upgrade Rule: สร้างเกณฑ์การตัด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คนทำงานควรเลือกระหว่าง iPhone กับ Samsung ยังไง? ถ้ามองข้ามเรื่องสเปคไปก่อน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ผมเห็นคลิปจาก Droidsans พูดถึงมือถือ Samsung ที่ใช้ได้ยาวๆ ซึ่งเป็นประเด็นที่ดีมากครับ แต่วันนี้อยากจะชวนมองในอีกมุม สำหรับคนทำงาน การเลือกมือถือมันไม่ใช่แค่เรื่องสเปคต่อราคา แต่มันคือการเลือกลงทุนใน 'วิธีการทำงาน' ของเราครับ</w:t>
        <w:br/>
        <w:br/>
        <w:t>มันแบ่งเป็น 2 แนวทางชัดเจน</w:t>
        <w:br/>
        <w:t>1. ลงทุนใน Ecosystem: ถ้าคุณใช้ Mac, iPad หรือ Apple Watch อยู่แล้ว การเลือก iPhone จะทำให้การทำงานของคุณไร้รอยต่อแบบสุดๆ ส่งไฟล์ผ่าน AirDrop, copy ข้อความจากมือถือไปวางบน Mac, รับสายที่ไหนก็ได้ ทุกอย่างมันเชื่อมกันหมด นี่คือการลงทุนเพื่อลดขั้นตอนและประหยัดเวลาในแต่ละวัน</w:t>
        <w:br/>
        <w:br/>
        <w:t>2. ลงทุนในความยืดหยุ่นและคุ้มค่าระยะยาว: ในทางกลับกัน ถ้าคุณไม่ได้อยู่ใน Ecosystem ของ Apple การเลือก Samsung รุ่นที่การันตีอัปเดตยาวนาน ก็ถือเป็นการลงทุนที่ฉลาดในแง่ของฮาร์ดแวร์ที่ใช้ได้นานโดยไม่ต้องเปลี่ยนบ่อย</w:t>
        <w:br/>
        <w:br/>
        <w:t>คำถามสำคัญจึงไม่ใช่ว่าใครดีกว่า แต่คือ 'คุณทำงานบนอุปกรณ์อะไรบ้าง'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คุณอยู่ #ทีมiPhone เพราะ Ecosystem หรือ #ทีมSamsung เพราะความยืดหยุ่นครับ? คอมเมนต์มาแชร์กัน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#iPhoneVSAndroid #iPhone #Samsung #ทำงาน #ไอที  💡 The 'Workflow Investment' Thesis: ยกระดับการเปรียบเทียบจากสเ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18 มีเต็มไปหมด แต่สำหรับช่างภาพ...มีแค่ 2 เรื่องนี้ที่ต้องแคร์จริงๆ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เรื่องแรกคือ Sensor ครับ มีรายงานว่า Apple อาจจะใช้ sensor ใหม่จาก Sony ที่มีสถาปัตยกรรมดีกว่าเดิม ทำให้รับแสงได้มากขึ้น Dynamic Range กว้างขึ้นอย่างเห็นได้ชัดในไฟล์ ProRAW นี่คือการอัปเกรดที่ระดับ Hardware ไม่ใช่แค่ Software ครับ</w:t>
        <w:br/>
        <w:br/>
        <w:t>เรื่องที่สองคือเลนส์ Ultra-Wide ครับ ข่าวลือระบุว่าจะอัปเกรดเป็น 48MP เหมือนเลนส์หลักแล้ว นั่นหมายความว่าเราจะได้ภาพ ProRAW 48MP จากเลนส์มุมกว้างเป็นครั้งแรกในประวัติศาสตร์ iPhone ให้ความยืดหยุ่นในการ crop และรายละเอียดที่สูงขึ้นมากสำหรับงาน Landscape หรือสถาปัตยกรรม</w:t>
        <w:br/>
        <w:br/>
        <w:t>ส่วนเรื่องดีไซน์หรือชิปที่เร็วขึ้น ถามว่าดีไหม...ดีครับ แต่สำหรับคนถ่ายรูปอย่างเรา การอัปเกรดที่ตัว Sensor และ Optics สำคัญกว่าเสมอ เพราะมันคือตัวตัดสินคุณภาพของไฟล์ตั้งต้นจริงๆ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กด save ไว้เลยครับ ถ้าข้อมูลทางการมาเมื่อไหร่ ผมจะมาวิเคราะห์ไฟล์ ProRAW ให้ดูแบบเจาะลึก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62s  📰 Droidsans  #iPhone18 #AppleProRAW #iPhonecamera #ช่างภาพ #ไอโฟน  💡 The 'Signal vs. Noise' Rumor Analysis: กรองข่าวลือที่ผู้บริโ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เห็นคนฮิตใช้ AI แต่งรูปกัน... แต่รู้ไหมว่า AI ในกล้อง iPhone ของคุณ ทำงานหนักกว่านั้นตั้งแต่ก่อนที่คุณจะกดชัตเตอร์ซะอีก?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สิ่งนี้เรียกว่า Computational Photography ครับ มันไม่ใช่แค่การเอา Filter มาใส่หลังถ่าย แต่เป็นการใช้ Neural Engine วิเคราะห์ฉากตรงหน้าแบบ real-time ก่อนที่เราจะกดถ่ายด้วยซ้ำ</w:t>
        <w:br/>
        <w:br/>
        <w:t>ยกตัวอย่างเช่น Deep Fusion... ก่อนนิ้วเราจะแตะปุ่มชัตเตอร์ iPhone มันถ่ายภาพเก็บไว้ล่วงหน้าหลายเฟรมด้วยค่าแสงที่ต่างกันไปแล้ว พอเรากดถ่ายปุ๊บ มันจะถ่ายเพิ่มอีกหนึ่งเฟรมที่เป็น Long Exposure แล้ว AI จะวิเคราะห์ภาพทั้งหมด pixel ต่อ pixel เพื่อเลือกส่วนที่ดีที่สุดของแต่ละภาพ (ส่วนที่คมที่สุด, noise น้อยที่สุด) แล้วประกอบกันขึ้นมาเป็นภาพ Master หนึ่งใบ</w:t>
        <w:br/>
        <w:br/>
        <w:t>ทั้งหมดนี้เกิดขึ้นในเสี้ยววินาที นี่คือเหตุผลว่าทำไมไฟล์จาก iPhone ถึงมีรายละเอียดในส่วนมืด (shadows) และส่วนสว่าง (highlights) ที่ดีมาก มันไม่ใช่ภาพจากการกดชัตเตอร์ครั้งเดียว แต่เป็นผลลัพธ์จาก AI ที่ทำงานอยู่เบื้องหลังตลอดเวลา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อยากรู้ไหมว่า Photonic Engine ต่อ ยอดจากเรื่องนี้ยังไง? Save คลิปนี้ไว้ เดี๋ยวคลิปหน้ามาเจาะลึกกันต่อ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68s  📰 Droidsans  #ComputationalPhotography #iPhoneTips #DeepFusion #ถ่ายรูปด้วยมือถือ #สอนถ่ายรูป  💡 The 'Pre-Capture' vs. 'Post-Capture' AI Distinction: ใช้กระแ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ถ่ายวิดีโอ ProRes Log บน iPhone 15 Pro แล้วแบตไหลเป็นน้ำ? นี่คือ 3 settings ที่โปรเขาแก้ปัญหานี้กันหน้างาน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ปัญหาแบตหมดเร็วเวลาถ่ายฟุตเทจหนักๆ เป็นเรื่องปกติครับ แต่เราจัดการได้ ข้อแรกเลยคือการบันทึกลง External SSD โดยตรงผ่านพอร์ต USB-C นอกจากจะไม่เปลืองพื้นที่ในเครื่องแล้ว ยังช่วยลดภาระความร้อนและการใช้พลังงานของหน่วยความจำภายในไปได้เยอะมาก</w:t>
        <w:br/>
        <w:br/>
        <w:t>ข้อสอง ปิดทุกอย่างที่ไม่จำเป็นครับ เข้า Control Center แล้วเปิด Airplane Mode ไปเลย ตัดทั้ง Cellular, Wi-Fi, Bluetooth เพราะการค้นหาสัญญาณพวกนี้กินแบตเตอรี่แบบเงียบๆ ตลอดเวลา ถ้าไม่ได้ใช้ ก็ปิดครับ</w:t>
        <w:br/>
        <w:br/>
        <w:t>ข้อสาม จัดการความสว่างหน้าจอ อย่าเปิด Auto-Brightness เวลาถ่ายงานจริงจัง ให้ล็อคความสว่างไว้ที่ระดับที่พอเห็น และถ้าถ่ายกลางแจ้ง ให้หา Monitor Hood เล็กๆ มาบังแสงสะท้อน จะได้ไม่ต้องเร่งจอจนสุด ซึ่งเป็นตัวการกินแบตอันดับต้นๆ 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Save ทริคนี้ไว้ใช้หน้างานได้เลย คลิปหน้าจะมาทดสอบกันว่าถ่ายลง SSD นอกกับถ่ายลงเครื่อง กินแบตต่างกันแค่ไหน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#ProRes #AppleLog #iPhone15Pro #videography #ทริคไอโฟน  💡 The 'Field Production' Power Management Protocol: เปลี่ยนปัญ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15,000 ซื้อ Samsung ใหม่จอสวย RAM เยอะ หรือกัดฟันเอา iPhone มือสองดี? คลิปนี้มีคำตอบ!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 Samsung Galaxy A57 5G ตัวใหม่แล้วต้องยอมรับเลยว่าสเปคคุ้มมากในงบหมื่นกลาง... แต่เดี๋ยวก่อน! ถ้าใจยังรัก Apple อยู่ ในงบใกล้ๆ กัน เราสามารถหา iPhone 13 มือสองสภาพดีได้นะ</w:t>
        <w:br/>
        <w:br/>
        <w:t>ข้อดีของ Android ใหม่ชัดเจน: ได้ของใหม่แกะกล่อง, จอสวย, แบตอึด. แต่ iPhone 13 ถึงจะมือสอง ก็ยังได้เปรียบเรื่องการอัปเดต iOS ยาวๆ อีกหลายปี, แอปเสถียรกว่า, และที่สำคัญคือราคาขายต่อดีกว่าเยอะ! เหมือนเรายืมใช้แล้วขายคืนยังได้เงินก้อน</w:t>
        <w:br/>
        <w:br/>
        <w:t>มันคือการเลือกระหว่าง 'สเปคสดใหม่วันนี้' กับ 'ประสบการณ์ระยะยาวที่คุ้มค่า'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เป็นคุณจะเลือกทีมไหน? คอมเมนต์งบของคุณมา เดี๋ยวช่วยเลือกรุ่นที่ใช่ให้!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#ไอโฟนมือสอง #iphonevsandroid #ซัมซุง #ไอโฟน13 #มือถือน่าใช้  💡 The 'Long-Term Value vs. First-Day Spec' Dilemma: ไม่ได้เน้น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เพื่อนบอกให้รอ iPhone 18... แต่เราต้องใช้มือถือตอนนี้! นี่คือ 3 เหตุผลที่ไม่ต้องรอ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เพิ่งมีข่าวลือ iPhone 18 หลุดมา... ซึ่งตามรายงานจาก Droidsans บอกเลยว่าอีกนานมากครับ! ถ้ามือถือตอนนี้ไม่ไหวแล้ว การรอคือการเสียโอกาสนะ</w:t>
        <w:br/>
        <w:br/>
        <w:t>1. เสียโอกาสใช้ของดี: เทคโนโลยีใน iPhone 13 หรือ 14 ตอนนี้ก็ดีมากๆ แล้ว กล้องสวย เล่นเกมลื่น รอไปอีก 2-3 ปีคือเราพลาดช่วงเวลาดีๆ ไปเลย</w:t>
        <w:br/>
        <w:t>2. ราคาไม่ได้ลงเยอะ: ถึงรุ่นใหม่ออก รุ่นเก่ามือสองราคาก็ไม่ได้ตกฮวบฮาบขนาดนั้น โดยเฉพาะรุ่นยอดนิยม</w:t>
        <w:br/>
        <w:t>3. ความต้องการเราสำคัญสุด: เราต้องการมือถือใช้ 'วันนี้' ไม่ใช่ 'อีก 3 ปีข้างหน้า'</w:t>
        <w:br/>
        <w:br/>
        <w:t>การรอรุ่นที่ยังไม่เปิดตัว เหมือนรอสิ่งที่ไม่แน่นอนครับ สู้เอางบที่มีไปเลือกรุ่นที่คุ้มสุดในตลาดตอนนี้ดีกว่า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ใครกำลังลังเลอยู่ คอมเมนต์งบมาเลย เดี๋ยวช่วยจัดรุ่นที่คุ้มสุดให้ ไม่ต้องรอแล้ว!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#ไอโฟน #ข่าวไอโฟน #iphone18 #ซื้อไอโฟน #มือถือ  💡 The 'Opportunity Cost of Waiting' Advisor: ไม่ได้ล้อเลียนการ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อยากได้ทั้ง iPhone และ AirPods! ทำได้จริงมั้ย? มาลองจัดพอร์ตกัน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เห็นข่าวลือราคา AirPods 4 จากช่องอาตี๋รีวิวแล้วหลายคนคงอยากได้! แต่ถ้าเรามีงบจำกัดล่ะ? สมมติมี 20,000 บาท จะแบ่งเงินยังไงดี?</w:t>
        <w:br/>
        <w:br/>
        <w:t>ทางเลือกที่ 1: จัดเต็ม! ซื้อ iPhone 13 มือสอง (ประมาณ 15,000-16,000) แล้วเก็บเงินรอสอย AirPods รุ่นใหม่ ได้ครบเซ็ตใน Ecosystem ของ Apple เลย</w:t>
        <w:br/>
        <w:br/>
        <w:t>ทางเลือกที่ 2: เน้นเครื่องหลัก! เอางบทั้งหมด 20,000 ไปหา iPhone 14 มือสอง ซึ่งจะได้กล้องดีกว่า ชิปแรงกว่า แล้วใช้หูฟังเดิมไปก่อน</w:t>
        <w:br/>
        <w:br/>
        <w:t>ส่วนตัวผมว่าถ้าไม่ได้จำเป็นต้องใช้หูฟังไร้สายจริงๆ การลงทุนกับ 'โทรศัพท์' ที่เป็นเครื่องหลักให้ดีที่สุดก่อน จะเป็นการใช้เงินที่คุ้มค่ากว่าในระยะยาวครับ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แล้วคุณล่ะทีมไหน? 'ครบเซ็ต' หรือ 'เน้นเครื่องหลัก'? คอมเมนต์งบมา เดี๋ยวช่วยจัดให้!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#จัดงบ #ผ่อนไอโฟน #airpods4 #ไอโฟน13 #ไอโฟน14  💡 The 'Budget Allocation Priority' Framework: ไม่ได้เน้นการวาง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กสทช. สั่งลงทะเบียนซิมเพื่อความปลอดภัย แต่สำหรับผู้บริหาร ความเสี่ยงที่แท้จริงไม่ใช่แค่ซิม แต่คือ SMS ที่ทีมของคุณยังใช้ยืนยันตัวตนและสื่อสารเรื่องสำคัญ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ตามมาตรการล่าสุดจาก กสทช. ที่ให้ยืนยันตัวตนผู้ใช้ซิมการ์ด สะท้อนให้เห็นถึงช่องโหว่ของระบบที่พึ่งพา SMS ครับ</w:t>
        <w:br/>
        <w:br/>
        <w:t>ในโลกธุรกิจ การใช้ SMS สำหรับส่งรหัส OTP หรือพูดคุยข้อมูลภายใน ถือเป็นความเสี่ยงสูง เพราะ SMS ไม่มีการเข้ารหัส (unencrypted) และสามารถถูกดักจับหรือปลอมแปลงได้ง่าย ซึ่งอาจนำไปสู่การเข้าถึงข้อมูลสำคัญของบริษัท</w:t>
        <w:br/>
        <w:br/>
        <w:t>นี่คือจุดที่สถาปัตยกรรมของ Apple แตกต่างอย่างสิ้นเชิง iMessage ที่มาพร้อมกับ iPhone, iPad และ Mac ทุกเครื่อง มีการเข้ารหัสตั้งแต่ต้นทางถึงปลายทาง (end-to-end encryption) ทำให้การสื่อสารภายในทีมปลอดภัยกว่ามาก</w:t>
        <w:br/>
        <w:br/>
        <w:t>การเปลี่ยนจากการยืนยันตัวตนผ่าน SMS มาใช้ระบบที่ปลอดภัยกว่า และใช้ iMessage เป็นช่องทางการสื่อสารหลัก คือการยกระดับความปลอดภัยข้อมูลขององค์กรที่ทำได้ทันที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เพื่อเรียนรู้วิธีสร้างเกราะป้องกันข้อมูลบริษัทของคุณด้วย Apple Ecosystem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#iPhoneSecurity #BusinessTech #AppleEcosystem #Cybersecurity #ผู้บริหาร  💡 The Authentication Vulnerability Framework: ใช้ข่าวด้านโทรคม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 Passport กำลังเป็นกระแส แต่ก่อนที่ทีมของคุณจะใช้ AI ตัวไหน ผู้บริหารต้องตอบคำถามนี้ก่อน: ข้อมูลลับของบริษัทจะถูกส่งไปที่ไหน?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กระแส AI มาแรงมาก อย่างล่าสุดคือ TH-AI Passport ที่หลายคนให้ความสนใจ ซึ่งส่วนใหญ่ทำงานโดยการส่งข้อมูลของเราไปประมวลผลบน Cloud Server ของผู้ให้บริการ</w:t>
        <w:br/>
        <w:br/>
        <w:t>สำหรับผู้บริหาร นี่คือประเด็นสำคัญด้านธรรมาภิบาลข้อมูล (Data Governance) การส่งแผนธุรกิจ ข้อมูลการเงิน หรือข้อมูลกลยุทธ์ของบริษัทขึ้นไปประมวลผลบนเซิร์ฟเวอร์ภายนอก อาจเป็นการเปิดความเสี่ยงด้านความลับทางการค้าโดยไม่จำเป็น</w:t>
        <w:br/>
        <w:br/>
        <w:t>Apple กำลังเดินเกมที่แตกต่าง ด้วยแนวทางที่เน้นการประมวลผล AI บนตัวอุปกรณ์ (On-Device Processing) ให้ได้มากที่สุด นั่นหมายความว่าข้อมูลสำคัญของคุณจะถูกจัดการบน iPhone, iPad หรือ Mac โดยไม่ต้องส่งออกไปข้างนอก</w:t>
        <w:br/>
        <w:br/>
        <w:t>สำหรับองค์กรที่ให้ความสำคัญกับทรัพย์สินทางปัญญาและความปลอดภัยของข้อมูล แนวทางของ Apple จึงเป็นคำตอบที่ตอบโจทย์กว่าในระยะยาว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เพื่ออัปเดตว่า Apple AI จะเปลี่ยนวิธีทำงานของผู้บริหารได้อย่างปลอดภัยได้อย่างไร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#AppleAI #BusinessStrategy #DataPrivacy #iPhoneForBusiness #AIPassport  💡 The 'AI Trend vs. Corporate IP' Dilemma: ใช้กระแสไวรัลเกี่ยว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มีข่าวลือว่ามือถือคู่แข่งจะทนทานและใช้ได้นานขึ้น แต่ในโลกธุรกิจ 'นาน' อย่างเดียวไม่พอ ต้องดู 'มูลค่าคงเหลือ' (Residual Value) ซึ่ง iPhone ยังคงเป็นผู้นำแบบไม่มีใครเทียบ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ตามรายงานจากสื่อ มีการพูดถึงมือถือ Samsung รุ่นในอนาคตที่เน้นความทนทานและอัปเดตยาวนาน ซึ่งเป็นเรื่องที่ดีครับ แต่สำหรับองค์กร การตัดสินใจลงทุนในอุปกรณ์ IT มีมิติที่ซับซ้อนกว่านั้น</w:t>
        <w:br/>
        <w:br/>
        <w:t>ตัวชี้วัดสำคัญคือ 'ต้นทุนรวมในการเป็นเจ้าของ' หรือ Total Cost of Ownership (TCO) ซึ่งไม่ได้จบที่ราคาซื้อ แต่รวมถึงมูลค่าของสินทรัพย์นั้นเมื่อสิ้นสุดอายุการใช้งาน</w:t>
        <w:br/>
        <w:br/>
        <w:t>ข้อมูลในอุตสาหกรรมชี้ชัดมาตลอดว่า iPhone มีมูลค่าขายต่อหรือราคาเทรดอินสูงกว่ามือถือ Android อย่างมีนัยสำคัญ นั่นหมายความว่าเมื่อถึงรอบการเปลี่ยนอุปกรณ์ใหม่ของบริษัท องค์กรจะได้รับเงินทุนคืนจาก iPhone เครื่องเก่าสูงกว่า</w:t>
        <w:br/>
        <w:br/>
        <w:t>ดังนั้น แม้ราคาเริ่มต้นอาจจะใกล้เคียงกัน แต่ TCO ของ iPhone กลับต่ำกว่าในระยะยาว ทำให้การลงทุนใน iPhone สำหรับพนักงานเป็นการตัดสินใจที่ฉลาดกว่าในเชิงการเงิน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ถ้าอยากรู้ว่าการเลือกใช้ iPhone จะช่วยเพิ่ม ROI ให้กับองค์กรของคุณได้อย่างไร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#iPhoneROI #TCO #BusinessIT #AppleEcosystem #AssetManagement  💡 The 'Residual Value' ROI Model: ใช้ข่าวลือของคู่แข่งเป็นจุดเ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ใครกำลังจะซื้อ AirPods หยุดก่อน! เพราะมีข่าวลือว่าสัปดาห์หน้า Apple อาจเปิดตัว AirPods 5 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9to5Mac นะครับ มีข่าวลือหนาหูมากว่า Apple เตรียมจะเปิดตัว AirPods รุ่นที่ 5 ในสัปดาห์หน้าเลย! ตอนนี้ยังไม่มีรายละเอียดสเปคหลุดออกมามากนัก แต่การที่ข่าวลือระบุวันเปิดตัวใกล้ขนาดนี้ แปลว่าใครที่กำลังจะซื้อ AirPods รุ่นปัจจุบัน อาจจะชะลอไว้ก่อนดีกว่า เพราะของใหม่อาจจะมาในราคาเดิมแต่ได้ฟีเจอร์ที่ดีกว่าก็ได้ครับ นี่เป็นแค่ข่าวลือที่ยังไม่ยืนยันนะครับ แต่ก็น่าตื่นเต้นมากๆ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ใครรอ AirPods รุ่นใหม่อยู่บ้าง? กด follow ไว้เลย ถ้ามีข้อมูลยืนยันเมื่อไหร่จะรีบมาอัปเดตให้ทันที!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9to5Mac  #AirPods5 #AirPods #Apple #ข่าวลือ #หูฟังไร้สาย  💡 The 'Pre-Launch Purchase Freeze' Alert: Focuses on the immed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 Apple Watch Series 12 อาจมีเซอร์ไพรส์ใหญ่! เพราะวัสดุสุดพรีเมียมที่เคยหายไปกำลังจะกลับมา!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สายสะสมต้องฟัง! มีรายงานจาก AppleInsider ครับว่า Apple Watch Series 12 อาจจะนำตัวเรือนแบบ 'เซรามิก' กลับมาอีกครั้ง! วัสดุนี้เคยใช้ในรุ่น Edition ที่ราคาแพงและมีความพิเศษมากๆ การกลับมาครั้งนี้ข่าวลือยังบอกอีกว่าอาจจะมาพร้อมกับสีใหม่ด้วย ทำให้ตัวนาฬิกาดูหรูหราและแตกต่างจากรุ่นปกติอย่างชัดเจน ใครที่ชอบความพรีเมียมและอยากได้ Apple Watch ที่ไม่เหมือนใคร ข่าวลือนี้ถือว่าน่าสนใจมาก แต่ย้ำอีกครั้งว่านี่ยังเป็นแค่ข้อมูลที่ยังไม่ได้รับการยืนยันนะครับ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ถ้าเซรามิกกลับมาจริงอยากได้สีอะไรกัน? คอมเมนต์มาคุยกันหน่อย! แล้วกด follow ไว้รออัปเดตข่าว Apple Watch ไปด้วยกันนะครับ!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45s  📰 AppleInsider  #AppleWatch #AppleWatchSeries12 #Apple #Smartwatch #ข่าวไอที  💡 The 'Luxury Material Comeback' Narrative: Frames the return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ด่วน! คนที่จะซื้อ iPhone ปีนี้อาจต้องคิดใหม่ เพราะมีกระแสว่า iPhone 18 คือตัวจริงที่ควรรอ!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ช่วงนี้มีกระแสพูดถึงกันเยอะมาก ว่าถึงแม้ iPhone 17 จะเปิดตัวเร็วๆ นี้ แต่การอัปเกรดครั้งใหญ่จริงๆ อาจจะเป็นคิวของ iPhone 18 ในปีถัดไป! ข่าวลือหลายแหล่งเริ่มชี้ไปในทางเดียวกันว่า ฟีเจอร์ที่ทุกคนรอคอยอย่างกล้องใต้จอแบบเนียนๆ หรือดีไซน์ใหม่หมดจด อาจจะถูกเก็บไว้สำหรับรุ่นนั้นเลย ทำให้เกิดคำถามว่า เราควรอัปเกรดปีนี้ หรืออดทนรออีกปีเพื่อการเปลี่ยนแปลงแบบก้าวกระโดดดี? แน่นอนว่าทั้งหมดนี้ยังเป็นแค่ข่าวลือระยะไกลมากๆ นะครับ แต่ก็น่าคิดเหมือนกัน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คุณล่ะ เป็นทีมรอ iPhone 18 หรือทีมจัดก่อนไม่รอแล้วนะ? กดติดตามไว้เลย เดี๋ยวเรามาตามข่าวลือนี้ไปด้วยกันยาวๆ!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(TikTok)  #iPhone18 #iPhone17 #Apple #ไอโฟน #ข่าวลือApple  💡 The 'Generational Leap' Upgrade Path: Analyzes rumored featu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