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02 Sep 2026  08:01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เห้ยเพื่อน! อย่าเพิ่งซื้อ iPhone 16 นะเว้ย เพราะ iPhone 18 จะเปิดตัวแล้ว!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ใจเย็นๆ ฟังทางนี้ก่อน! เห็นคลิปไวรัลบอกว่า iPhone 18 จะเปิดตัวแล้วใช่มะ? คือมันเป็นมีม! เป็นมุกที่คนในวงการไอทีเค้าแซวกันขำๆ ว่าเทคโนโลยีมันไปเร็วจนตามไม่ทัน เดี๋ยวรุ่นใหม่ก็มาอีกแล้ว</w:t>
        <w:br/>
        <w:br/>
        <w:t>เอาจริงๆ ข่าวลือ iPhone 18 ตอนนี้ยังไม่มีจริงนะเพื่อน! มันเป็นแค่คอนเทนต์ปั่นๆ ให้เราขำกันเฉยๆ เพราะงั้นใครที่กำลังจะซื้อไอโฟน ก็เลือกตามงบ ตามที่อยากได้ตอนนี้เลย ไม่ต้องรอถึงชาติหน้าเด้อ!</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ใครเคยเจอเพื่อนแบบนี้บ้าง? เมนต์มา! แล้วกด follow ไว้เลย จะได้ไม่พลาดมีมวงการไอทีเด็ดๆ 🔥</w:t>
      </w:r>
    </w:p>
    <w:p>
      <w:pPr>
        <w:spacing w:before="0" w:after="40"/>
      </w:pPr>
      <w:r>
        <w:rPr>
          <w:rFonts w:ascii="Arial" w:hAnsi="Arial"/>
          <w:b w:val="0"/>
          <w:i/>
          <w:color w:val="888888"/>
          <w:sz w:val="16"/>
        </w:rPr>
        <w:t xml:space="preserve">⏱ 38s  📰 Droidsans  #iPhone18 #ไอโฟน #มีมไอที #เรื่องคอมรอบด้าน #ข่าวลือ  💡 The 'Meme Literacy' Decoder: ไม่ได้สร้างคอนเทนต์ล้อเลียนเอง </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โอนเงินใน TrueMoney บน iPhone อยู่ดีๆ เสีย 6 บาทฟรี! เช็คด่วนว่าเผลอกดปุ่มนี้รึเปล่า?</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ใครใช้ TrueMoney บน iPhone โอนเงินออกไปธนาคารบ่อยๆ มาดูนี่เลย! ปกติมันจะฟรีใช่ปะ? แต่ระวังให้ดี มันมีปุ่ม 'โอนด่วน' ที่เด่นมากอยู่ข้างๆ ถ้ามือลั่นไปกดปุ๊บ... เรียบร้อย! โดนค่าธรรมเนียม 6 บาททันทีแบบไม่รู้ตัว</w:t>
        <w:br/>
        <w:br/>
        <w:t>จริงๆ มันเป็นฟีเจอร์ของเค้านั่นแหละ แต่บางทีเราก็รีบไง กดพลาดกันได้ง่ายๆ เลย ครั้งหน้าใจเย็นๆ นะเพื่อน ค่อยๆ ดู แล้วเลือกโอนแบบ 'ธรรมดา' เหมือนเดิม แค่นี้ก็ไม่เสียเงินฟรีแล้ว เซฟไปซื้อหนมได้เลย!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กด follow ไว้เลย ทริคใช้แอปบน iPhone แบบไม่เสียเงินฟรีๆ ยังมีอีกเพียบ 🔥</w:t>
      </w:r>
    </w:p>
    <w:p>
      <w:pPr>
        <w:spacing w:before="0" w:after="40"/>
      </w:pPr>
      <w:r>
        <w:rPr>
          <w:rFonts w:ascii="Arial" w:hAnsi="Arial"/>
          <w:b w:val="0"/>
          <w:i/>
          <w:color w:val="888888"/>
          <w:sz w:val="16"/>
        </w:rPr>
        <w:t>⏱ 40s  📰 Droidsans  #Truemoney #ทริคไอโฟน #ประหยัดเงิน #นักเรียนต้องรู้ #แอพดีบอกต่อ  💡 The 'Default Setting' Cost Trap: ไม่ได้เน้นแค่การแก้พฤติกรรม</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AirPods 4 ราคาหลุดมาเท่านี้จริงดิ?! เดี๋ยวๆ อย่าเพิ่งแชร์!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 AirPods 4 ราคาพิเศษว่อน TikTok เลยใช่ปะ? ใจเย็นก่อนเพื่อน! ตามรายงานจากช่องอาตี๋รีวิวเนี่ย เค้าบอกว่าราคานี้ต้องไปดูในไลฟ์วันที่ 5 เดือน 9 นู่นเลย ซึ่งตอนนี้ยังไม่มีอะไรยืนยันจาก Apple เลยนะ</w:t>
        <w:br/>
        <w:br/>
        <w:t>ต้องบอกว่าข่าวแนวนี้ ส่วนใหญ่มันเป็นกลยุทธ์สร้างกระแส เรียกคนไปดูไลฟ์เฉยๆ ราคานี้อาจจะเป็นแค่โปรนาทีทอง หรืออาจจะไม่มีอยู่จริงก็ได้! สรุปง่ายๆ คือ 'ราคานี้ยังไม่คอนเฟิร์ม' นะทุกคน อย่าเพิ่งรีบดีใจไป รอดูข่าวจริงกันก่อน!</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 AirPods 4 อยู่บ้าง เมนต์บอกหน่อย! กด follow ไว้เลย ถ้ามีข่าวจริงหลุดมา จะรีบมาอัปเดตให้ก่อนใคร! 🔥</w:t>
      </w:r>
    </w:p>
    <w:p>
      <w:pPr>
        <w:spacing w:before="0" w:after="40"/>
      </w:pPr>
      <w:r>
        <w:rPr>
          <w:rFonts w:ascii="Arial" w:hAnsi="Arial"/>
          <w:b w:val="0"/>
          <w:i/>
          <w:color w:val="888888"/>
          <w:sz w:val="16"/>
        </w:rPr>
        <w:t>⏱ 42s  📰 อาตี๋รีวิว  #AirPods4 #ข่าวลือApple #หูฟังไร้สาย #Gadget #อาตี๋รีวิว  💡 The 'Hype Cycle' Deconstruction: ไม่ได้เน้นวิเคราะห์สเปคจากข</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TrueMoney บน iPhone อยู่รึเปล่า? คุณอาจกำลังเสียค่าธรรมเนียม 6 บาททุกครั้งที่โอนเงินโดยไม่รู้ตัว</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หลายคนน่าจะเคยชินกับการโอนเงินออกจาก TrueMoney Wallet ไปธนาคาร แต่มีจุดหนึ่งที่คนพลาดกันเยอะมาก คือการโอนเงินแบบ 'ทันที' ปกติเวลาเรากดโอน มันจะมีตัวเลือกขึ้นมา ถ้าเราอยากได้เงินเข้าบัญชีทันที เราจะไปกดที่ปุ่ม 'โอนเงิน' ด้านล่าง แต่วิธีนี้แหละครับที่ทำให้เราเสียค่าธรรมเนียม 6 บาททุกครั้ง วิธีที่ถูกต้องและฟรี คือให้เลือก 'บัญชีธนาคาร' ที่เราผูกไว้โดยตรงจากหน้าแรกเลย ไม่ต้องเข้าไปที่เมนู 'โอนเงิน' โดยเฉพาะ การโอนจากหน้าหลักไปยังบัญชีที่ผูกไว้ จะเป็นการโอนแบบปกติที่ใช้เวลาหน่อย แต่ไม่เสียค่าธรรมเนียมครับ 6 บาทอาจจะดูไม่เยอะ แต่ถ้าใครโอนบ่อยๆ เดือนนึงก็หลายสิบบาท ปีนึงก็เป็นร้อยเลยนะครับ แค่เปลี่ยนพฤติกรรมการกดนิดเดียว ก็ประหยัดเงินไว้ได้แล้ว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ใครเคยโดนหักค่าธรรมเนียมแบบนี้บ้าง คอมเมนต์มาบอกกันหน่อยครับ</w:t>
      </w:r>
    </w:p>
    <w:p>
      <w:pPr>
        <w:spacing w:before="0" w:after="40"/>
      </w:pPr>
      <w:r>
        <w:rPr>
          <w:rFonts w:ascii="Arial" w:hAnsi="Arial"/>
          <w:b w:val="0"/>
          <w:i/>
          <w:color w:val="888888"/>
          <w:sz w:val="16"/>
        </w:rPr>
        <w:t xml:space="preserve">⏱ 50s  📰 Droidsans  #truemoney #ทริคไอโฟน #ประหยัดเงิน #มนุษย์เงินเดือน #การเงิน  💡 The 'UI Friction' Cost Analysis: วิเคราะห์ว่าการออกแบบ User </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AirPods 4 ราคาหลุดมาแล้ว! ถ้ามาเท่านี้จริง ควรเปลี่ยนจากรุ่นเก่าไหม?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มีข่าวลือหนาหูจากฝั่งซัพพลายเชนเลยครับ ว่า AirPods 4 ที่คาดว่าจะเปิดตัวเร็วๆ นี้ อาจมีการปรับไลน์สินค้าใหม่ทั้งหมด ทำให้รุ่นเริ่มต้นมีราคาที่เข้าถึงง่ายขึ้น สำหรับคนทำงานที่ใช้ AirPods รุ่นเก่าอยู่ คำถามคือมันคุ้มที่จะอัปเกรดไหม? ต้องดู 3 อย่างนี้ครับ หนึ่ง ดีไซน์ใหม่ใส่สบายกว่าเดิมไหม สำหรับคนที่ต้องใส่ประชุมนานๆ นี่สำคัญมาก สอง คุณภาพไมโครโฟนจะดีขึ้นแค่ไหน ถ้าช่วยตัดเสียงรบกวนในร้านกาแฟได้ดีขึ้นจริง นี่คือ Game Changer ของการทำงานเลย และสาม แบตเตอรี่ ถ้าใช้งานต่อเนื่องได้นานขึ้นอีก 2-3 ชั่วโมง ก็แปลว่าชาร์จรอบเดียวใช้ได้เกือบทั้งวันทำงาน แม้ราคายังไม่ได้รับการยืนยัน แต่ถ้าฟีเจอร์ที่ว่ามาจริงในราคาที่เหมาะสม นี่อาจจะเป็นการอัปเกรดที่คุ้มค่าที่สุดสำหรับคนทำงานในรอบหลายปีเลยครับ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ตอนนี้ใช้ AirPods รุ่นไหนกันอยู่ครับ เจอปัญหาอะไรบ้าง คอมเมนต์มาคุยกัน</w:t>
      </w:r>
    </w:p>
    <w:p>
      <w:pPr>
        <w:spacing w:before="0" w:after="40"/>
      </w:pPr>
      <w:r>
        <w:rPr>
          <w:rFonts w:ascii="Arial" w:hAnsi="Arial"/>
          <w:b w:val="0"/>
          <w:i/>
          <w:color w:val="888888"/>
          <w:sz w:val="16"/>
        </w:rPr>
        <w:t>⏱ 55s  📰 อาตี๋รีวิว  #airpods #airpods4 #apple #ไอที #หูฟังไร้สาย  💡 The 'Work-Life ROI' Upgrade Framework: ประเมินการอัปเกรดอุปก</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เห็นข่าวลือ iPhone 18 แล้วอย่าเพิ่งขำครับ! มันสะท้อนปัญหาใหญ่ของคนจะซื้อมือถือใหม่: สรุปเราควรรอ หรือซื้อเลย?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ช่วงนี้มีคอนเทนต์ล้อเลียนเรื่อง iPhone รุ่นใหม่ที่ลือไปไกลถึง iPhone 18 ซึ่งแน่นอนว่าเป็นเรื่องตลก แต่คำถามที่ว่า 'รอดีไหม' เนี่ย เป็นเรื่องจริงจังมาก สำหรับคนทำงาน ผมมี 3 เกณฑ์ง่ายๆ ในการตัดสินใจครับ หนึ่ง 'เครื่องมือทำงาน' ของคุณพังหรือยัง? ถ้า iPhone ปัจจุบันเริ่มค้าง แบตหมดระหว่างวันจนกระทบงาน แบบนี้คือสัญญาณว่าต้องเปลี่ยนแล้ว การรออาจทำให้คุณเสียโอกาสในการทำงานมากกว่า สอง 'ฟีเจอร์ที่รอ' มันเปลี่ยนวิธีการทำงานของคุณได้จริงไหม? เช่น ถ้าคุณเป็นคนทำคอนเทนต์ แล้วรุ่นใหม่มีข่าวลือว่าจะถ่ายวิดีโอได้ดีขึ้นในที่แสงน้อยมากๆ การรอก็อาจจะคุ้ม แต่ถ้าเป็นแค่การเปลี่ยนดีไซน์นิดหน่อย มันอาจไม่ส่งผลกับงานของคุณเลย และสาม 'ช่วงเวลาที่ซื้อ' สำคัญที่สุดครับ กฎเหล็กคือ อย่าซื้อ iPhone รุ่นปัจจุบัน 1-2 เดือนก่อนเดือนกันยายน เพราะนั่นคือช่วงที่รุ่นใหม่จะเปิดตัว และรุ่นเก่าจะลดราคาครั้งใหญ่</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ใครกำลังลังเลว่าจะรอหรือจะซื้อเลย คอมเมนต์รุ่นที่เล็งไว้มาหน่อยครับ เดี๋ยวช่วยดูให้</w:t>
      </w:r>
    </w:p>
    <w:p>
      <w:pPr>
        <w:spacing w:before="0" w:after="40"/>
      </w:pPr>
      <w:r>
        <w:rPr>
          <w:rFonts w:ascii="Arial" w:hAnsi="Arial"/>
          <w:b w:val="0"/>
          <w:i/>
          <w:color w:val="888888"/>
          <w:sz w:val="16"/>
        </w:rPr>
        <w:t>⏱ 60s  📰 Droidsans  #iphone16 #ไอโฟน #อัพเกรด #ซื้อมือถือ #Apple  💡 The 'Productivity Downtime' Cost-Benefit Analysis: เปลี่ยนมุ</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ข่าวลือ iPhone 18 มาแล้ว... แต่สำหรับช่างภาพอย่างเรา การรอคอยที่แท้จริงไม่ใช่ 'รุ่น' แต่เป็น 'ขนาดเซ็นเซอร์' ต่างหาก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เห็นข่าวลือเรื่อง iPhone 18 แล้วหลายคนอาจจะตื่นเต้น แต่สำหรับคนที่ซีเรียสเรื่องคุณภาพไฟล์จริงๆ คำถามสำคัญกว่าคือเมื่อไหร่ Apple จะใส่เซ็นเซอร์ขนาด 1 นิ้วเข้ามาได้ซักที?</w:t>
        <w:br/>
        <w:br/>
        <w:t>ทุกวันนี้เทคโนโลยี Computational Photography อย่าง Photonic Engine มันฉลาดสุดๆ ก็จริงครับ มันรวมภาพหลายๆ ใบเพื่อลด noise, เพิ่ม dynamic range แต่สุดท้ายมันก็มีข้อจำกัดทางฟิสิกส์อยู่</w:t>
        <w:br/>
        <w:br/>
        <w:t>เซ็นเซอร์ที่ใหญ่ขึ้นโดยธรรมชาติจะรับแสงได้ดีกว่า ให้ depth of field ที่สวยงามกว่า และให้ไฟล์ที่ยืดหยุ่นกว่าสำหรับการโปรเซสหนักๆ นี่คือจุดที่กล้อง Mirrorless ยังคงได้เปรียบแบบขาดลอย</w:t>
        <w:br/>
        <w:br/>
        <w:t>การที่ Apple จะก้าวข้ามขีดจำกัดนี้ได้ ไม่ใช่แค่การอัปเกรดซอฟต์แวร์ แต่คือการออกแบบภายในใหม่หมด อาจจะต้องใช้เทคโนโลยี Stacked Sensor ที่ซับซ้อนขึ้น หรือรอให้เทคโนโลยี Periscope Zoom พัฒนาไปจนเหลือพื้นที่ภายในมากพอสำหรับโมดูลกล้องที่ใหญ่ขึ้นจริงๆ ดังนั้นการอัปเกรดครั้งต่อไปที่สำคัญสำหรับช่างภาพ อาจไม่ใช่ iPhone 17 หรือ 18 แต่เป็นรุ่นแรกที่ทำลายกำแพงขนาดเซ็นเซอร์ได้สำเร็จ</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ใครรอเซ็นเซอร์ใหญ่เหมือนกันบ้าง? กด Save ไว้เลย เดี๋ยวมีวิเคราะห์ Roadmap กล้อง iPhone มาให้ดู</w:t>
      </w:r>
    </w:p>
    <w:p>
      <w:pPr>
        <w:spacing w:before="0" w:after="40"/>
      </w:pPr>
      <w:r>
        <w:rPr>
          <w:rFonts w:ascii="Arial" w:hAnsi="Arial"/>
          <w:b w:val="0"/>
          <w:i/>
          <w:color w:val="888888"/>
          <w:sz w:val="16"/>
        </w:rPr>
        <w:t>⏱ 68s  📰 Droidsans  #iPhone18 #iPhonecamera #ช่างภาพ #AppleProRAW #เทคนิคถ่ายรูป  💡 The 'Sensor Roadmap' Speculation: ใช้ข่าวลือรุ่นอนาคตเป็นจุด</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ทุกคนกำลังพูดถึง AI สร้างภาพจาก Text... แต่รู้ไหมครับว่า AI ที่ฉลาดที่สุดสำหรับช่างภาพ ทำงานอยู่ใน iPhone ของคุณมาตลอดเวลาที่คุณกำลังจะกดชัตเตอร์?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กระแส TH-AI Passport มาแรงมาก แต่ในโลกของการถ่ายภาพด้วย iPhone มี AI ที่ทำงานซับซ้อนกว่านั้นเยอะ และมันคือหัวใจของภาพสวยๆ ที่เราได้กันครับ มันเรียกว่า Computational Photography</w:t>
        <w:br/>
        <w:br/>
        <w:t>ก่อนที่คุณจะกดชัตเตอร์ด้วยซ้ำ iPhone ได้เริ่มทำงานแล้ว มันจะเก็บภาพหลายเฟรมไว้ใน Buffer ชั่วคราวด้วยความเร็วสูง พอคุณกดปุ๊บ ระบบอย่าง Deep Fusion และ Photonic Engine ที่เป็น AI จะเข้ามาวิเคราะห์ภาพเป็นล้านๆ พิกเซลทันที</w:t>
        <w:br/>
        <w:br/>
        <w:t>มันจะเลือกส่วนที่ดีที่สุดจากแต่ละเฟรม เช่น เลือกส่วนที่คมที่สุด, noise น้อยที่สุด, แสงดีที่สุด แล้วนำมาประกอบกันเป็นภาพสุดท้ายในเสี้ยววินาที นี่คือเหตุผลที่ภาพถ่ายในที่แสงน้อยจาก iPhone ยังคงเก็บรายละเอียดได้ดีอย่างไม่น่าเชื่อ</w:t>
        <w:br/>
        <w:br/>
        <w:t>AI ตัวนี้ไม่ใช่ AI ที่ 'สร้าง' ภาพจากจินตนาการ แต่มันคือ AI ที่ 'ประกอบสร้าง' ภาพที่ดีที่สุดจากข้อมูลจริงที่เซ็นเซอร์ได้รับมา เป็นเหมือนผู้ช่วยในห้องมืดที่ทำงานให้เราแบบเรียลไทม์</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กด Save ไว้เลย คลิปหน้าจะมาทดสอบให้ดูว่า Photonic Engine ทำงานต่างกันยังไงในแต่ละสภาพแสง</w:t>
      </w:r>
    </w:p>
    <w:p>
      <w:pPr>
        <w:spacing w:before="0" w:after="40"/>
      </w:pPr>
      <w:r>
        <w:rPr>
          <w:rFonts w:ascii="Arial" w:hAnsi="Arial"/>
          <w:b w:val="0"/>
          <w:i/>
          <w:color w:val="888888"/>
          <w:sz w:val="16"/>
        </w:rPr>
        <w:t>⏱ 65s  📰 Droidsans  #ComputationalPhotography #PhotonicEngine #DeepFusion #ถ่ายไงได้งี้ #สอนถ่ายรูป  💡 The 'Invisible AI' Photographer's Assistant: ใช้กระแสไวรัลขอ</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เห็นข่าวลือ AirPods 4 แล้วใช่ไหมครับ? แต่นี่คือฟีเจอร์ 'เสียง' สำหรับคนถ่ายวิดีโอบน iPhone ที่โปรจริงๆ เขาใช้กัน แต่หลายคนยังไม่เคยเปิด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เวลาเราพูดถึงการอัปเกรดอุปกรณ์ เรามักจะนึกถึงภาพ แต่สำหรับงานวิดีโอ 'เสียง' คือครึ่งหนึ่งของเรื่องราวทั้งหมด และ iPhone รุ่นใหม่ๆ ก็มีฟีเจอร์ลับซ่อนอยู่</w:t>
        <w:br/>
        <w:br/>
        <w:t>นั่นคือการบันทึกวิดีโอพร้อมเสียงแบบ 'Spatial Audio' หรือเสียงตามตำแหน่งจริงครับ ฟีเจอร์นี้มีใน iPhone 13 Pro ขึ้นไป มันไม่ใช่แค่เสียงสเตอริโอซ้าย-ขวาธรรมดา แต่ไมโครโฟนของ iPhone จะจับทิศทางของแหล่งกำเนิดเสียงในเฟรม แล้วบันทึกให้สอดคล้องกับตำแหน่งนั้นจริงๆ</w:t>
        <w:br/>
        <w:br/>
        <w:t>ลองนึกภาพตาม: คุณถ่ายวิดีโอรถที่วิ่งผ่านจากซ้ายไปขวา เวลาคนที่ใช้หูฟังที่รองรับมาดูวิดีโอของคุณ เขาจะได้ยินเสียงรถวิ่งผ่านหูเขาไปจริงๆ มันสร้างมิติและความสมจริงที่เสียงแบบเดิมให้ไม่ได้เลย</w:t>
        <w:br/>
        <w:br/>
        <w:t>นี่คือเครื่องมือในการเล่าเรื่องที่ทรงพลังมาก ที่จะดึงคนดูให้เข้าไปอยู่ในเหตุการณ์เดียวกับเรา แค่เปิดใช้มันตอนถ่ายวิดีโอเท่านั้นเอง</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อยากเห็นตัวอย่างเทียบชัดๆ ไหม? กด Save ไว้ก่อน เดี๋ยวคลิปหน้ามาทดสอบเทียบเสียง Mono, Stereo และ Spatial Audio ให้ฟัง</w:t>
      </w:r>
    </w:p>
    <w:p>
      <w:pPr>
        <w:spacing w:before="0" w:after="40"/>
      </w:pPr>
      <w:r>
        <w:rPr>
          <w:rFonts w:ascii="Arial" w:hAnsi="Arial"/>
          <w:b w:val="0"/>
          <w:i/>
          <w:color w:val="888888"/>
          <w:sz w:val="16"/>
        </w:rPr>
        <w:t>⏱ 62s  📰 อาตี๋รีวิว  #SpatialAudio #CinematicMode #Videography #ถ่ายวิดีโอ #iPhoneTips  💡 The 'Immersive Audio Canvas' for Videographers: ใช้ข่าวเกี่ย</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งบหมื่นห้า... ต้องรอถึง iPhone 18 เลยมั้ย? ไม่ต้อง!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เห็นคลิปข่าวลือ iPhone 18 แล้วใช่มั้ยครับ? ดีไซน์ล้ำโลกมาก แต่เดี๋ยวก่อน! เราไม่ต้องรอถึงขนาดนั้นครับ ถ้ามีงบจำกัดแต่อยากได้ iPhone ที่ใช้ดีๆ วันนี้เลย ในงบหมื่นกลางๆ ตอนนี้เราสามารถหา iPhone 13 มือสองสภาพดีๆ ได้สบายเลยนะ กล้องยังสวยมาก ชิป A15 Bionic ยังแรงเหลือๆ เล่นเกมลื่นๆ แถมได้อัปเดต iOS ไปอีกหลายปีแน่นอนครับ ไม่ต้องไปรออนาคตไกลๆ ของดีในปัจจุบันก็มีให้เลือกนะ</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ใครมีงบเท่าไหร่กันอยู่ ลองคอมเมนต์มาเลย เดี๋ยวช่วยแนะนำรุ่นที่เหมาะที่สุดให้ครับ!</w:t>
      </w:r>
    </w:p>
    <w:p>
      <w:pPr>
        <w:spacing w:before="0" w:after="40"/>
      </w:pPr>
      <w:r>
        <w:rPr>
          <w:rFonts w:ascii="Arial" w:hAnsi="Arial"/>
          <w:b w:val="0"/>
          <w:i/>
          <w:color w:val="888888"/>
          <w:sz w:val="16"/>
        </w:rPr>
        <w:t>⏱ 40s  📰 Droidsans  #ไอโฟนมือสอง #iphone13 #ไอโฟนงบน้อย #ซื้อมือถือ  💡 The 'Present Value' Decision Framework: ใช้ข่าวลือสุดโต่งเป็</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งบสองหมื่น จะเอา iPhone มือสอง หรือรอ Samsung รุ่นใหม่ที่ 'ใช้ได้นานๆ' 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เห็นข่าวจาก Droidsans มั้ยครับว่า Samsung อาจมีรุ่นที่เน้นความทนทาน ใช้ได้นานๆ ไม่ต้องเปลี่ยนบ่อย ก็น่าสนใจนะ แต่ถ้าเรามีงบสองหมื่นบาท *วันนี้* แล้วอยากได้มือถือที่ใช้ได้นานจริงๆ เหมือนกัน อีกทางเลือกนึงคือ iPhone ครับ ในงบนี้อาจจะได้ iPhone 13 หรือ 14 มือสองสภาพสวยๆ เลย จุดแข็งของ iPhone ที่พิสูจน์มาตลอดคือการอัปเดตซอฟต์แวร์ที่ยาวนานมาก 5-6 ปีสบายๆ ทำให้เครื่องยังปลอดภัยและใช้แอปใหม่ๆ ได้ตลอด นี่คือ 'ความใช้ได้นาน' ที่เราซื้อได้เลยวันนี้ ไม่ต้องรอครับ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ถ้าเป็นคุณ งบสองหมื่นจะเลือกอะไรระหว่าง iPhone มือสองที่ได้อัปเดตยาวๆ หรือรอ Android รุ่นใหม่? คอมเมนต์มาคุยกัน!</w:t>
      </w:r>
    </w:p>
    <w:p>
      <w:pPr>
        <w:spacing w:before="0" w:after="40"/>
      </w:pPr>
      <w:r>
        <w:rPr>
          <w:rFonts w:ascii="Arial" w:hAnsi="Arial"/>
          <w:b w:val="0"/>
          <w:i/>
          <w:color w:val="888888"/>
          <w:sz w:val="16"/>
        </w:rPr>
        <w:t>⏱ 45s  📰 Droidsans  #ไอโฟนvsแอนดรอย #iphoneมือสอง #ซื้อมือถือ #ios #samsung  💡 The 'Proven Longevity vs. Promised Durability' Framework: เป</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เสียเงิน 6 บาทไม่รู้ตัว... แล้วค่าผ่อน iPhone 0% ล่ะ มีอะไรซ่อนอยู่มั้ย?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หลายคนอาจจะเคยเห็นคลิปเรื่องเสียค่าธรรมเนียม 6 บาทแบบไม่รู้ตัว มันทำให้เรานึกถึงเรื่องใหญ่กว่านั้นครับ คือการซื้อ iPhone แบบผ่อน 0% ที่ดูเหมือนจะดี แต่จริงๆ ต้องระวังนะ! บางโปรโมชัน 0% อาจจะผูกกับบัตรเครดิตบางใบเท่านั้น หรือบางทีต้องจ่ายค่าธรรมเนียมแรกเข้า หรือถ้าเราจ่ายช้าแค่วันเดียว ดอกเบี้ยอาจจะพุ่งขึ้นมาทันที ก่อนจะเซ็นสัญญาผ่อน ลองอ่านเงื่อนไขดีๆ ถามพนักงานให้เคลียร์เลยว่ามีค่าใช้จ่ายอะไรแอบแฝงมั้ย จะได้ไม่เสียเงินแบบไม่รู้ตัวเหมือนกันครับ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ใครเคยมีประสบการณ์ผ่อน 0% บ้าง? ดีหรือไม่ดี คอมเมนต์มาแชร์เป็นความรู้ให้เพื่อนๆ กัน!</w:t>
      </w:r>
    </w:p>
    <w:p>
      <w:pPr>
        <w:spacing w:before="0" w:after="40"/>
      </w:pPr>
      <w:r>
        <w:rPr>
          <w:rFonts w:ascii="Arial" w:hAnsi="Arial"/>
          <w:b w:val="0"/>
          <w:i/>
          <w:color w:val="888888"/>
          <w:sz w:val="16"/>
        </w:rPr>
        <w:t>⏱ 48s  📰 Droidsans  #ผ่อนไอโฟน #ผ่อน0เปอร์เซ็นต์ #การเงิน #เตือนภัย #รอบรู้ไอที  💡 The 'Hidden Financial Leak' Audit: ใช้ข่าวไวรัลเรื่องค่าธรรม</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AI ที่กำลังเป็นกระแสตอนนี้ อาจกำลังส่งข้อมูลสำคัญของบริษัทคุณขึ้น Cloud โดยไม่รู้ตัว นี่คือความเสี่ยงที่ผู้บริหารมองข้ามไม่ได้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 TH-AI Passport ที่หลายคนกำลังพูดถึง ตอกย้ำเทรนด์การใช้ AI แบบ Cloud-based ซึ่งสะดวก แต่สำหรับองค์กร มันคือความเสี่ยงด้าน Data Sovereignty หรืออธิปไตยของข้อมูล ทุกครั้งที่พนักงานใช้ AI ประเภทนี้ ข้อมูลที่อาจเป็นความลับทางการค้าหรือข้อมูลลูกค้า จะถูกส่งไปประมวลผลบนเซิร์ฟเวอร์ภายนอก ซึ่งอยู่นอกเหนือการควบคุมของเรา นี่คือจุดที่แนวทางของ Apple แตกต่างอย่างมีนัยสำคัญ Apple Intelligence ถูกออกแบบมาเพื่อทำงานบน On-Device Processing เป็นหลัก นั่นหมายความว่าข้อมูลสำคัญของคุณจะถูกประมวลผลอย่างปลอดภัยบน iPhone, iPad หรือ Mac โดยไม่ต้องส่งออกไปข้างนอก ยกเว้นกรณีที่ต้องใช้ Private Cloud Compute ซึ่ง Apple ก็ออกแบบมาโดยคำนึงถึงความเป็นส่วนตัวสูงสุด การเลือกใช้ iPhone ในองค์กรจึงไม่ใช่แค่เรื่องของอุปกรณ์ แต่คือการวางรากฐานด้านความปลอดภัยข้อมูลในยุค AI</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ถ้าอยากรู้กลยุทธ์การใช้ Apple ecosystem เพื่อปกป้องข้อมูลธุรกิจของคุณ</w:t>
      </w:r>
    </w:p>
    <w:p>
      <w:pPr>
        <w:spacing w:before="0" w:after="40"/>
      </w:pPr>
      <w:r>
        <w:rPr>
          <w:rFonts w:ascii="Arial" w:hAnsi="Arial"/>
          <w:b w:val="0"/>
          <w:i/>
          <w:color w:val="888888"/>
          <w:sz w:val="16"/>
        </w:rPr>
        <w:t>⏱ 60s  📰 Droidsans  #AppleIntelligence #CyberSecurity #DataPrivacy #iPhoneForBusiness #ผู้บริหาร  💡 The 'Data Sovereignty vs. AI Hype' Framework: ยกระดับการสนทน</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การอัปเดตซอฟต์แวร์ 7 ปีอาจฟังดูดี แต่สำหรับองค์กรแล้ว 'คุณภาพ' และ 'ความเร็ว' ของการอัปเดตสำคัญกว่า 'ระยะเวลา' นี่คือตัวเลขที่ CFO ต้องรู้</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ล่าสุดมีข่าวเกี่ยวกับมือถือ Samsung ที่จะรองรับการอัปเดตนานขึ้น ซึ่งเป็นเรื่องดี แต่ในมุมมองธุรกิจ เราต้องมองลึกกว่านั้นครับ ประเด็นสำคัญไม่ใช่แค่ 'ได้รับ' อัปเดต แต่คือ 'เมื่อไหร่' ที่จะได้รับ จากข้อมูลที่เผยแพร่โดย Apple เอง iOS เวอร์ชันล่าสุดมักจะถูกติดตั้งบนอุปกรณ์ที่รองรับเกิน 80% ภายในไม่กี่เดือน ขณะที่ Android เวอร์ชันล่าสุดใช้เวลาหลายปีกว่าจะครอบคลุมอุปกรณ์ส่วนใหญ่ ความล่าช้านี้สร้าง 'ช่องว่างทางความปลอดภัย' ที่แฮกเกอร์สามารถใช้โจมตีได้ นอกจากนี้ การที่อุปกรณ์ทั้งองค์กร (Fleet) ได้รับอัปเดตพร้อมกันบน iPhone ช่วยลดภาระงานของฝ่าย IT ในการจัดการและแก้ปัญหาความเข้ากันไม่ได้ของแอปพลิเคชัน ดังนั้น การลงทุนใน iPhone จึงไม่ใช่แค่เรื่องของมูลค่าขายต่อ แต่คือการลดความเสี่ยงด้านความปลอดภัยและต้นทุนแฝงในการบริหารจัดการอุปกรณ์ทั้งระบบ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เราเพื่อวิเคราะห์ TCO ของ Apple ecosystem สำหรับองค์กรในเชิงลึก</w:t>
      </w:r>
    </w:p>
    <w:p>
      <w:pPr>
        <w:spacing w:before="0" w:after="40"/>
      </w:pPr>
      <w:r>
        <w:rPr>
          <w:rFonts w:ascii="Arial" w:hAnsi="Arial"/>
          <w:b w:val="0"/>
          <w:i/>
          <w:color w:val="888888"/>
          <w:sz w:val="16"/>
        </w:rPr>
        <w:t>⏱ 65s  📰 Droidsans  #iPhoneForBusiness #TCO #ROI #CyberSecurity #AppleEcosystem  💡 The 'Fleet Depreciation &amp; Productivity' Model: เปลี่ยนมุมมอง</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ข่าวการลงทะเบียนซิมล่าสุด สะท้อนให้เห็นว่า SMS OTP ไม่ใช่ปราการที่แข็งแรงอีกต่อไป นี่คือเหตุผลที่องค์กรที่ใช้ iPhone กำลังเปลี่ยนไปใช้สถาปัตยกรรม Zero Trust</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ประเด็นเรื่องการยืนยันตัวตนเจ้าของซิมที่ กสทช. กำกับดูแลอยู่ ชี้ให้เห็นช่องโหว่พื้นฐานของการยืนยันตัวตนผ่าน SMS ครับ ในโลกธุรกิจ การใช้ SMS OTP มีความเสี่ยงสูงจากการทำ SIM Swap หรือการดักจับข้อความได้ง่าย ซึ่งขัดกับหลักการ Zero Trust ที่บอกว่า 'อย่าเชื่อใคร ตรวจสอบทุกครั้ง' สถาปัตยกรรมของ Apple ถูกสร้างมาเพื่อรองรับหลักการนี้โดยเฉพาะ Face ID และ Touch ID คือการยืนยันตัวตนทางชีวภาพที่เกิดขึ้นบนอุปกรณ์ ไม่มีการส่งข้อมูลขึ้นเซิร์ฟเวอร์ และเมื่อทำงานร่วมกับ Passkeys ซึ่งเป็นมาตรฐานการเข้ารหัสแบบใหม่ มันจะสร้างระบบยืนยันตัวตนที่แทบจะเป็นไปไม่ได้เลยที่จะเจาะผ่านได้ การให้พนักงานใช้ iPhone จึงไม่ใช่แค่การมีอุปกรณ์ที่ปลอดภัย แต่คือการวางรากฐานชิ้นสำคัญในการสร้างสถาปัตยกรรมความปลอดภัยแบบ Zero Trust ให้กับทั้งองค์กร</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 Passkeys และ Zero Trust จะเปลี่ยนความปลอดภัยในองค์กรคุณได้อย่างไร Follow เลย</w:t>
      </w:r>
    </w:p>
    <w:p>
      <w:pPr>
        <w:spacing w:before="0" w:after="40"/>
      </w:pPr>
      <w:r>
        <w:rPr>
          <w:rFonts w:ascii="Arial" w:hAnsi="Arial"/>
          <w:b w:val="0"/>
          <w:i/>
          <w:color w:val="888888"/>
          <w:sz w:val="16"/>
        </w:rPr>
        <w:t>⏱ 68s  📰 Droidsans  #ZeroTrust #CyberSecurity #iPhoneForBusiness #Passkeys #Apple  💡 The 'Zero Trust Enabler' Argument: ใช้ข่าวด้านโทรคมนาคมเพื่อ</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หลุดสีใหม่ iPhone 18 Pro! ใครรอสีไทเทเนียมเฉดใหม่...มีข่าวดีแล้วครับ!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มาแล้วครับข้อมูลล่าสุดที่คนรอ iPhone 18 Pro อยากรู้ที่สุด! มีรายงานข่าวลือจาก leaker ที่น่าเชื่อถือ อ้างโดยสื่อ 9to5Mac ว่า iPhone 18 Pro และ Pro Max จะมีสีไทเทเนียมให้เลือก 2 สีใหม่เอี่ยม!</w:t>
        <w:br/>
        <w:br/>
        <w:t>ตามข่าวลือ สีที่จะมาแทนที่ Blue Titanium และ Natural Titanium ของรุ่นปัจจุบัน อาจจะเป็นสี Space Black ที่เข้มกว่าเดิม และสี Rose หรือไทเทเนียมอมชมพูครับ! ส่วนสีขาวกับสีดำพื้นฐานน่าจะยังอยู่เหมือนเดิม</w:t>
        <w:br/>
        <w:br/>
        <w:t>แน่นอนว่านี่เป็นแค่ข่าวลือแรกๆ นะครับ อาจมีการเปลี่ยนแปลงได้เสมอ แต่การที่ข้อมูลสีเริ่มหลุดออกมา ก็เป็นสัญญาณว่าใกล้เข้ามาแล้ว!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อยากรู้ว่าสีจริงจะสวยแค่ไหน กด follow ไว้เลย เดี๋ยวมีภาพหลุดเมื่อไหร่จะรีบมาอัปเดตให้ทันที! 🔔</w:t>
      </w:r>
    </w:p>
    <w:p>
      <w:pPr>
        <w:spacing w:before="0" w:after="40"/>
      </w:pPr>
      <w:r>
        <w:rPr>
          <w:rFonts w:ascii="Arial" w:hAnsi="Arial"/>
          <w:b w:val="0"/>
          <w:i/>
          <w:color w:val="888888"/>
          <w:sz w:val="16"/>
        </w:rPr>
        <w:t xml:space="preserve">⏱ 45s  📰 9to5Mac  #iPhone18Pro #Apple #ไอโฟน18 #ข่าวลือ #มือถือใหม่  💡 The 'Aesthetic Identity' Signal: วางตำแหน่งข่าวหลุดเรื่องสี </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ใครกำลังจะซื้อ iPhone 17 ตอนนี้...เบรกก่อน! อีกไม่กี่สัปดาห์คุณอาจเสียเงินฟรีหลายพันบาท!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นี่คือคำเตือนที่สำคัญที่สุดสำหรับคนที่จะซื้อมือถือใหม่ช่วงนี้ครับ! ถึงแม้ iPhone 17 จะยังเป็นรุ่นที่เทพมากๆ แต่ตอนนี้เหลืออีกไม่ถึงเดือน iPhone 18 ก็จะเปิดตัวแล้วนะครับ</w:t>
        <w:br/>
        <w:br/>
        <w:t>ตามธรรมเนียมของ Apple พอรุ่นใหม่เปิดตัว ราคาของรุ่นเก่าอย่าง iPhone 17 จะถูกปรับลดลงทันที! การที่คุณรีบซื้อตอนนี้ เท่ากับว่าคุณกำลังจะจ่ายแพงกว่าในอีกไม่กี่สัปดาห์ข้างหน้า แถมยังได้ของที่กำลังจะตกรุ่นด้วย</w:t>
        <w:br/>
        <w:br/>
        <w:t>ดังนั้นถ้าไม่รีบใช้จริงๆ อดใจรออีกนิดเดียวครับ รอให้ iPhone 18 เปิดตัวก่อน แล้วค่อยตัดสินใจว่าจะเอารุ่นใหม่ล่าสุด หรือจะซื้อ iPhone 17 ในราคาที่ถูกลงก็ยังไม่สาย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ใครทีมรอ กด follow ด่วน! เดี๋ยวมาอัปเดตวันเปิดตัวที่แน่นอนให้ทันทีที่มีประกาศ!</w:t>
      </w:r>
    </w:p>
    <w:p>
      <w:pPr>
        <w:spacing w:before="0" w:after="40"/>
      </w:pPr>
      <w:r>
        <w:rPr>
          <w:rFonts w:ascii="Arial" w:hAnsi="Arial"/>
          <w:b w:val="0"/>
          <w:i/>
          <w:color w:val="888888"/>
          <w:sz w:val="16"/>
        </w:rPr>
        <w:t>⏱ 40s  📰 Droidsans  #iPhone18 #iPhone17 #AppleEvent #เตือนภัย #รอบรู้ไอที  💡 The 'Value Depreciation' Hedge: วางกรอบการรอไม่ใช่แค่การอดทน</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สัญญาณสุดท้ายมาแล้ว! ข่าวหลุด iPhone 18 ตอนนี้ละเอียดถึงขั้นบอก 'สีใหม่' ได้...แปลว่าใกล้จริง!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ใครที่ตามข่าวลือ iPhone จะรู้ว่ายิ่งใกล้เปิดตัว ข้อมูลที่หลุดออกมาจะยิ่งลึกและเฉพาะเจาะจงขึ้นเรื่อยๆ และตอนนี้น่าจะถึงโค้งสุดท้ายแล้วครับ!</w:t>
        <w:br/>
        <w:br/>
        <w:t>ล่าสุดมีรายงานจาก 9to5Mac ระบุถึงสีใหม่ของ iPhone 18 Pro ว่าอาจจะมีสี Rose และ Space Black มาใหม่ การที่ข้อมูลระดับนี้ ซึ่งปกติจะถูกเก็บเป็นความลับสุดๆ เริ่มหลุดออกมา เป็นสัญญาณที่ชัดที่สุดว่าไลน์การผลิตน่าจะเริ่มเดินเครื่องแล้ว และทุกอย่างถูกล็อคสเปคไว้หมดแล้ว</w:t>
        <w:br/>
        <w:br/>
        <w:t>ดังนั้นใครที่กำลังลังเลว่าจะรอดีมั้ย ข้อมูลชุดนี้คือการยืนยันกลายๆ ว่า 'รอเถอะครับ' ของใหม่ใกล้มาเต็มทีแล้ว การซื้อตอนนี้คือความเสี่ยงสูงสุดที่จะได้ของตกรุ่นในราคาเต็ม</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ถ้าไม่อยากพลาดข่าวหลุดโค้งสุดท้ายแบบนี้ กดติดตามไว้เลย อัปเดตทุกวันแน่นอน!</w:t>
      </w:r>
    </w:p>
    <w:p>
      <w:pPr>
        <w:spacing w:before="0" w:after="40"/>
      </w:pPr>
      <w:r>
        <w:rPr>
          <w:rFonts w:ascii="Arial" w:hAnsi="Arial"/>
          <w:b w:val="0"/>
          <w:i/>
          <w:color w:val="888888"/>
          <w:sz w:val="16"/>
        </w:rPr>
        <w:t>⏱ 50s  📰 9to5Mac  #iPhone18 #AppleLeaks #ไอโฟน #ข่าวไอที #เทคโนโลยี  💡 The 'Leak Velocity' Launch Indicator: สอนให้ผู้ชมไม่ได้เป็นแ</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