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i w:val="0"/>
          <w:color w:val="1A1A2E"/>
          <w:sz w:val="40"/>
        </w:rPr>
        <w:t>🚀 TikTok Farming — Script Report</w:t>
      </w:r>
    </w:p>
    <w:p>
      <w:pPr>
        <w:spacing w:before="0" w:after="40"/>
      </w:pPr>
      <w:r>
        <w:rPr>
          <w:rFonts w:ascii="Arial" w:hAnsi="Arial"/>
          <w:b w:val="0"/>
          <w:i w:val="0"/>
          <w:color w:val="666666"/>
          <w:sz w:val="18"/>
        </w:rPr>
        <w:t>Run: 03 Sep 2026  08:11 ICT  •  18 scripts  •  6 clusters  •  Gemini 2.5 Pro</w:t>
      </w:r>
    </w:p>
    <w:p>
      <w:pPr>
        <w:spacing w:before="80" w:after="80"/>
        <w:pBdr>
          <w:bottom w:val="single" w:sz="4" w:space="1" w:color="7c4dff"/>
        </w:pBdr>
      </w:pPr>
    </w:p>
    <w:p>
      <w:pPr>
        <w:spacing w:before="240" w:after="0"/>
      </w:pPr>
    </w:p>
    <w:p>
      <w:pPr>
        <w:spacing w:before="40" w:after="40"/>
        <w:shd w:val="clear" w:color="auto" w:fill="EDE7F6"/>
      </w:pPr>
      <w:r>
        <w:rPr>
          <w:rFonts w:ascii="Arial" w:hAnsi="Arial"/>
          <w:b/>
          <w:i w:val="0"/>
          <w:color w:val="8E24AA"/>
          <w:sz w:val="26"/>
        </w:rPr>
        <w:t xml:space="preserve">  🎮  Gen Z / นักเรียน</w:t>
      </w:r>
    </w:p>
    <w:p>
      <w:pPr>
        <w:spacing w:before="40" w:after="0"/>
      </w:pPr>
    </w:p>
    <w:p>
      <w:pPr>
        <w:spacing w:before="160" w:after="40"/>
      </w:pPr>
      <w:r>
        <w:rPr>
          <w:rFonts w:ascii="Arial" w:hAnsi="Arial"/>
          <w:b/>
          <w:i w:val="0"/>
          <w:color w:val="8E24AA"/>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เห้ยเพื่อน! อย่าเพิ่งซื้อ iPhone 16 นะเว้ย รอ iPhone 18 เลยดีกว่า...จริงดิ?!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เห็นข่าวนี้ใน TikTok แล้วถึงกับกุมขมับ! บอกว่าอย่าเพิ่งซื้อไอโฟนตอนนี้ ให้รอ iPhone 18 เลย คือแบบ...ใจเย็นพี่! iPhone 16 ยังไม่ทันเปิดตัวเลย! แต่มันก็สะท้อนเรื่องจริงนะ พวกเราเจอ 'ภาวะรอรุ่นต่อไป' กันตลอด พอจะซื้อ iPhone 15 ก็ เอ๊ะ 16 จะมาแล้ว พอ 16 มา ก็มีข่าวลือ 17 อีก มันเป็นลูปที่ไม่มีวันจบสิ้น! ใครเป็นบ้าง จะซื้อทีไรต้องชั่งใจทุกที!</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ใครอยู่ในลูปนรกนี้เหมือนกัน คอมเมนต์มาหน่อย! แล้วกด follow ไว้เลย จะได้ไม่พลาดข่าวจริง (ไม่ใช่ข่าวแกง) 🔥</w:t>
      </w:r>
    </w:p>
    <w:p>
      <w:pPr>
        <w:spacing w:before="0" w:after="40"/>
      </w:pPr>
      <w:r>
        <w:rPr>
          <w:rFonts w:ascii="Arial" w:hAnsi="Arial"/>
          <w:b w:val="0"/>
          <w:i/>
          <w:color w:val="888888"/>
          <w:sz w:val="16"/>
        </w:rPr>
        <w:t>⏱ 40s  📰 Droidsans  #iPhone18 #ข่าวไอที #ไอโฟน #เรื่องตลกไอที #Apple  💡 The 'Future-Proofing Fallacy' Satire: ใช้วงจรข่าวลือที่ไปไกล</w:t>
      </w:r>
    </w:p>
    <w:p>
      <w:pPr>
        <w:spacing w:before="80" w:after="80"/>
        <w:pBdr>
          <w:bottom w:val="single" w:sz="4" w:space="1" w:color="DDDDDD"/>
        </w:pBdr>
      </w:pPr>
    </w:p>
    <w:p>
      <w:pPr>
        <w:spacing w:before="160" w:after="40"/>
      </w:pPr>
      <w:r>
        <w:rPr>
          <w:rFonts w:ascii="Arial" w:hAnsi="Arial"/>
          <w:b/>
          <w:i w:val="0"/>
          <w:color w:val="8E24AA"/>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หลุด AirPods 4 อาจมี 2 รุ่น! แถมรุ่นนึงจะได้ฟีเจอร์ Pro ในราคาถูกลง?!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มีข่าวลือหนาหูมากว่า AirPods 4 ที่คาดว่าจะมาปลายปีนี้ อาจเปิดตัวพร้อมกัน 2 รุ่นเลย! ตามรายงานจากหลายแหล่งข่าว รุ่นนึงจะเป็นรุ่นเริ่มต้น ดีไซน์ใหม่หมดจด ก้านสั้นลง ได้เคสชาร์จ USB-C แต่อีกรุ่นจะเด็ดกว่า คืออาจได้ฟีเจอร์ตัดเสียงรบกวน Active Noise Cancellation มาด้วย! เหมือนเอาฟีเจอร์รุ่น Pro มาใส่ในรุ่นธรรมดาเลยอะ ถ้าราคาเปิดมาดีๆ นะ บอกเลยว่าตลาดหูฟังมีสะเทือน! แต่ย้ำนะว่านี่ยังเป็นแค่ข่าวลือ ต้องรอ Apple ยืนยันอีกทีนะ!</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ใครรอ AirPods 4 อยู่บ้าง? อยากได้ฟีเจอร์ไหนสุด คอมเมนต์มา! กด follow ไว้เลย เดี๋ยวมาอัปเดตให้ไวที่สุด 🔥</w:t>
      </w:r>
    </w:p>
    <w:p>
      <w:pPr>
        <w:spacing w:before="0" w:after="40"/>
      </w:pPr>
      <w:r>
        <w:rPr>
          <w:rFonts w:ascii="Arial" w:hAnsi="Arial"/>
          <w:b w:val="0"/>
          <w:i/>
          <w:color w:val="888888"/>
          <w:sz w:val="16"/>
        </w:rPr>
        <w:t>⏱ 45s  📰 อาตี๋รีวิว  #AirPods4 #ข่าวลือApple #หูฟังไร้สาย #ไอที #Apple  💡 The 'Entry-Level Upgrade' Signal: วิเคราะห์ข่าวลือเรื่อง Air</w:t>
      </w:r>
    </w:p>
    <w:p>
      <w:pPr>
        <w:spacing w:before="80" w:after="80"/>
        <w:pBdr>
          <w:bottom w:val="single" w:sz="4" w:space="1" w:color="DDDDDD"/>
        </w:pBdr>
      </w:pPr>
    </w:p>
    <w:p>
      <w:pPr>
        <w:spacing w:before="160" w:after="40"/>
      </w:pPr>
      <w:r>
        <w:rPr>
          <w:rFonts w:ascii="Arial" w:hAnsi="Arial"/>
          <w:b/>
          <w:i w:val="0"/>
          <w:color w:val="8E24AA"/>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เห็นข่าว Samsung จะทำมือถือให้อัปเดตนานๆ แล้วชาว iPhone อย่างเราต้องคิดหนักมั้ย?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เห็นข่าวลือจากฝั่ง Samsung ว่าเค้าจะทำรุ่นใหม่ที่เน้นความทนทาน อัปเดตซอฟต์แวร์ได้นานๆ ซึ่งเป็นเรื่องที่ดีมาก! แต่ในมุมคนใช้ iPhone มันก็มีคำถามนึงขึ้นมาเลยว่า...ต่อให้เครื่องเค้าจะดีแค่ไหน เราจะยอมทิ้ง AirDrop, iMessage ที่คุยกับเพื่อนในแก๊ง, หรือรูปใน iCloud ที่ซิงค์กันทุกเครื่องไปได้จริงเหรอ? ไอ้ความสะดวกของ Ecosystem นี่แหละคือโซ่ทองคำของจริง! มันไม่ใช่แค่เรื่องมือถือเครื่องเดียวแล้วอะ แต่มันคือทุกอย่างที่เชื่อมกันหมด</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ชาว iPhone คิดว่าไง? ถ้าค่ายอื่นทำสเปคดีกว่านี้จะย้ายค่ายมั้ย? คอมเมนต์มาแชร์กัน! กด follow ไว้เลยถ้าชอบคอนเทนต์แบบนี้ 🔥</w:t>
      </w:r>
    </w:p>
    <w:p>
      <w:pPr>
        <w:spacing w:before="0" w:after="40"/>
      </w:pPr>
      <w:r>
        <w:rPr>
          <w:rFonts w:ascii="Arial" w:hAnsi="Arial"/>
          <w:b w:val="0"/>
          <w:i/>
          <w:color w:val="888888"/>
          <w:sz w:val="16"/>
        </w:rPr>
        <w:t>⏱ 45s  📰 Droidsans  #iPhonevsSamsung #AppleEcosystem #ไอทีน่ารู้ #ย้ายค่าย #เทคโนโลยี  💡 The 'Ecosystem Gravity' Check: ใช้ข่าวนวัตกรรมของคู่แข่งเป็น</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1565C0"/>
          <w:sz w:val="26"/>
        </w:rPr>
        <w:t xml:space="preserve">  💼  มนุษย์เงินเดือน 25–35</w:t>
      </w:r>
    </w:p>
    <w:p>
      <w:pPr>
        <w:spacing w:before="40" w:after="0"/>
      </w:pPr>
    </w:p>
    <w:p>
      <w:pPr>
        <w:spacing w:before="160" w:after="40"/>
      </w:pPr>
      <w:r>
        <w:rPr>
          <w:rFonts w:ascii="Arial" w:hAnsi="Arial"/>
          <w:b/>
          <w:i w:val="0"/>
          <w:color w:val="1565C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AirPods 4 ราคาหลุด! แต่ก่อนจะกดซื้อ ถามตัวเอง 3 ข้อนี้ก่อนว่าคุ้มกับงานของคุณจริงมั้ย?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เห็นข่าวลือราคา AirPods 4 จากช่องอาตี๋รีวิวแล้วหลายคนอาจจะเตรียมตัวกดกันแล้ว แต่สำหรับคนทำงานอย่างเรา การอัปเกรดทุกครั้งคือการลงทุนครับ ลองใช้ 3 คำถามนี้ถามตัวเองก่อน</w:t>
        <w:br/>
        <w:br/>
        <w:t>ข้อแรก: ตัวปัจจุบันมีปัญหาอะไรที่กระทบงาน? ถ้าไมโครโฟนยังชัดตอนประชุม แบตเตอรี่ยังอยู่ได้ทั้งวัน การซื้อใหม่อาจเป็นแค่ 'ของอยากได้' ไม่ใช่ 'ของจำเป็น' ครับ</w:t>
        <w:br/>
        <w:br/>
        <w:t>ข้อสอง: ฟีเจอร์ใหม่ที่ลือกัน ช่วยให้ทำงานดีขึ้นจริงหรือ? เช่น ถ้ามีการตัดเสียงรบกวนที่ดีขึ้น มันจะช่วยให้คุณโฟกัสกับงานใน Co-working space ได้จริงมั้ย ประเมินผลกระทบกับงานของคุณจริงๆ ไม่ใช่แค่สเปคบนกระดาษ</w:t>
        <w:br/>
        <w:br/>
        <w:t>ข้อสุดท้าย: งบประมาณนี้ เอาไปทำอย่างอื่นคุ้มกว่ามั้ย? บางทีเงินจำนวนเท่ากัน อาจจะเอาไปซื้อแอปทำงานดีๆ หรือลงคอร์สเรียนที่ให้ผลตอบแทนกับอาชีพคุณได้มากกว่า</w:t>
        <w:br/>
        <w:br/>
        <w:t>ของใหม่น่าสนใจเสมอครับ แต่การตัดสินใจที่คุ้มค่าที่สุดคือการแก้ปัญหาที่เราเจออยู่จริง</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คุณใช้หูฟังรุ่นไหนทำงานอยู่ เจอปัญหาอะไรบ้าง คอมเมนต์มาแชร์กันครับ</w:t>
      </w:r>
    </w:p>
    <w:p>
      <w:pPr>
        <w:spacing w:before="0" w:after="40"/>
      </w:pPr>
      <w:r>
        <w:rPr>
          <w:rFonts w:ascii="Arial" w:hAnsi="Arial"/>
          <w:b w:val="0"/>
          <w:i/>
          <w:color w:val="888888"/>
          <w:sz w:val="16"/>
        </w:rPr>
        <w:t>⏱ 55s  📰 อาตี๋รีวิว  #AirPods4 #Apple #หูฟังไร้สาย #ทำงาน #มนุษย์เงินเดือน  💡 The 'Productivity Upgrade Litmus Test': แทนที่จะแค่รายงานข่า</w:t>
      </w:r>
    </w:p>
    <w:p>
      <w:pPr>
        <w:spacing w:before="80" w:after="80"/>
        <w:pBdr>
          <w:bottom w:val="single" w:sz="4" w:space="1" w:color="DDDDDD"/>
        </w:pBdr>
      </w:pPr>
    </w:p>
    <w:p>
      <w:pPr>
        <w:spacing w:before="160" w:after="40"/>
      </w:pPr>
      <w:r>
        <w:rPr>
          <w:rFonts w:ascii="Arial" w:hAnsi="Arial"/>
          <w:b/>
          <w:i w:val="0"/>
          <w:color w:val="1565C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โดนระงับบัญชีธนาคาร ใช้เงินตัวเองไม่ได้... เรื่องแบบนี้ iPhone ช่วยลดความเสี่ยงตั้งแต่ต้นทางได้อย่างไร?</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เห็นคลิปไวรัลจาก Droidsans ที่โดนอายัดบัญชีแล้วน่ากลัวมากครับ หนึ่งในสาเหตุหลักของปัญหานี้มักมาจากแอปอันตรายหรือการเข้าถึงข้อมูลโดยไม่ได้รับอนุญาต ซึ่งนี่คือจุดที่ ecosystem ของ Apple ถูกออกแบบมาเพื่อป้องกันตั้งแต่แรก</w:t>
        <w:br/>
        <w:br/>
        <w:t>อย่างแรกคือ App Store ครับ ทุกแอปต้องผ่านกระบวนการตรวจสอบที่เข้มงวดมาก ทำให้โอกาสที่จะมีแอปมัลแวร์แฝงตัวเข้ามาในเครื่องเรานั้นน้อยกว่าอย่างเห็นได้ชัด</w:t>
        <w:br/>
        <w:br/>
        <w:t>อย่างที่สองคือการยืนยันตัวตนด้วย Face ID หรือ Touch ID ข้อมูลชีวภาพของเราจะถูกเก็บไว้ในชิป Secure Enclave ที่เข้ารหัสและแยกส่วนไว้ในเครื่อง ไม่ได้ส่งขึ้น cloud ทำให้การปลอมแปลงเพื่อเข้าแอปธนาคารแทบเป็นไปไม่ได้เลย</w:t>
        <w:br/>
        <w:br/>
        <w:t>สุดท้ายคือการควบคุมสิทธิ์ครับ iOS จะถามเราทุกครั้งเมื่อแอปพยายามเข้าถึงข้อมูลที่ละเอียดอ่อน ทำให้เราเป็นคนควบคุมได้ทั้งหมดว่าแอปไหนจะเห็นอะไรในเครื่องเราได้บ้าง</w:t>
        <w:br/>
        <w:br/>
        <w:t>แน่นอนว่าไม่มีอะไรปลอดภัย 100% แต่การเลือกใช้แพลตฟอร์มที่มีโครงสร้างความปลอดภัยแน่นหนา ก็เหมือนการเลือกเก็บเงินไว้ในตู้เซฟที่แข็งแรงกว่าครับ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ใครเคยเจอปัญหาเกี่ยวกับความปลอดภัยของแอปในมือถือบ้าง คอมเมนต์มาแชร์กันหน่อยครับ</w:t>
      </w:r>
    </w:p>
    <w:p>
      <w:pPr>
        <w:spacing w:before="0" w:after="40"/>
      </w:pPr>
      <w:r>
        <w:rPr>
          <w:rFonts w:ascii="Arial" w:hAnsi="Arial"/>
          <w:b w:val="0"/>
          <w:i/>
          <w:color w:val="888888"/>
          <w:sz w:val="16"/>
        </w:rPr>
        <w:t>⏱ 60s  📰 Droidsans  #ความปลอดภัย #iPhone #Apple #ios #แอปธนาคาร  💡 The 'Digital Safe Deposit Box' Framework: เปลี่ยนจากการพูดเร</w:t>
      </w:r>
    </w:p>
    <w:p>
      <w:pPr>
        <w:spacing w:before="80" w:after="80"/>
        <w:pBdr>
          <w:bottom w:val="single" w:sz="4" w:space="1" w:color="DDDDDD"/>
        </w:pBdr>
      </w:pPr>
    </w:p>
    <w:p>
      <w:pPr>
        <w:spacing w:before="160" w:after="40"/>
      </w:pPr>
      <w:r>
        <w:rPr>
          <w:rFonts w:ascii="Arial" w:hAnsi="Arial"/>
          <w:b/>
          <w:i w:val="0"/>
          <w:color w:val="1565C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รอซื้อ iPhone 18 เลยดีมั้ย? การ 'รอ' อัปเกรดนานเกินไป อาจทำให้คุณเสียเงินมากกว่าที่คิดโดยไม่รู้ตัว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เห็นคลิปแซวขำๆ เรื่องรอ iPhone 18 จาก Droidsans แล้วครับ แต่ในโลกความจริง การรออัปเกรดนานเกินไปมี 'ต้นทุนค่าเสียโอกาส' ที่เราต้องจ่าย</w:t>
        <w:br/>
        <w:br/>
        <w:t>ข้อแรกคือ ต้นทุนด้านเวลา ถ้า iPhone เครื่องเก่าของคุณเริ่มช้า เปิดแอปค้าง แค่เสียเวลาสะสมวันละ 5 นาที หนึ่งปีก็คือ 30 ชั่วโมงแล้วครับ เวลาทำงานของเรามีค่ามากกว่านั้น</w:t>
        <w:br/>
        <w:br/>
        <w:t>ข้อสองคือ ต้นทุนคุณภาพงาน สมมติคุณต้องใช้มือถือถ่ายรูปหรือวิดีโอส่งงาน กล้องรุ่นใหม่ให้ไฟล์ที่ดีกว่ามาก การทนใช้กล้องเก่า อาจหมายถึงงานที่ดูโปรน้อยลง หรือต้องเสียเวลามานั่งแก้ไฟล์ทีหลัง</w:t>
        <w:br/>
        <w:br/>
        <w:t>ข้อที่สำคัญมาก คือ ต้นทุนความปลอดภัย รุ่นที่เก่ามากๆ อาจไม่ได้รับการอัปเดตความปลอดภัยล่าสุด ทำให้เสี่ยงต่อข้อมูลสำคัญรั่วไหล ซึ่งเป็นความเสี่ยงที่ประเมินค่าไม่ได้เลย</w:t>
        <w:br/>
        <w:br/>
        <w:t>ดังนั้นการรอรุ่นใหม่เป็นเรื่องปกติครับ แต่ลองชั่งน้ำหนักดูว่าสิ่งที่คุณ 'เสีย' ไประหว่างที่รอ มันคุ้มกับฟีเจอร์ใหม่ในอนาคตจริงๆ หรือเปล่า บางทีการอัปเกรดเป็นรุ่นปัจจุบันอาจเป็นการลงทุนที่ฉลาดที่สุดแล้วก็ได้</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คุณคิดว่าควรอัปเกรด iPhone ทุกกี่ปีถึงจะคุ้มที่สุด? คอมเมนต์บอกหน่อยครับ</w:t>
      </w:r>
    </w:p>
    <w:p>
      <w:pPr>
        <w:spacing w:before="0" w:after="40"/>
      </w:pPr>
      <w:r>
        <w:rPr>
          <w:rFonts w:ascii="Arial" w:hAnsi="Arial"/>
          <w:b w:val="0"/>
          <w:i/>
          <w:color w:val="888888"/>
          <w:sz w:val="16"/>
        </w:rPr>
        <w:t>⏱ 58s  📰 Droidsans  #iPhone16 #iPhone15 #อัปเกรด #ไอที #การลงทุน  💡 The 'Opportunity Cost of Waiting' Analysis: ใช้ข่าวที่เป็นกร</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2E7D32"/>
          <w:sz w:val="26"/>
        </w:rPr>
        <w:t xml:space="preserve">  📸  คนชอบถ่ายรูป / ช่างภาพ</w:t>
      </w:r>
    </w:p>
    <w:p>
      <w:pPr>
        <w:spacing w:before="40" w:after="0"/>
      </w:pPr>
    </w:p>
    <w:p>
      <w:pPr>
        <w:spacing w:before="160" w:after="40"/>
      </w:pPr>
      <w:r>
        <w:rPr>
          <w:rFonts w:ascii="Arial" w:hAnsi="Arial"/>
          <w:b/>
          <w:i w:val="0"/>
          <w:color w:val="2E7D32"/>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เห็นข่าวลือ iPhone 18 กันแล้วใช่ไหมครับ? แต่สำหรับคนถ่ายรูปอย่างเรา ปัญหาที่ใหญ่กว่าเลขรุ่น คือเรื่องของ 'ฟิสิกส์' 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นี่คือความจริงที่เลี่ยงไม่ได้: เซ็นเซอร์กล้องที่ใหญ่ขึ้น รับแสงได้ดีขึ้น แต่ก็ต้องการพื้นที่มากขึ้น ซึ่งมันสวนทางกับความบางของ iPhone ที่ทุกคนชอบ เทคโนโลยีอย่างเลนส์ Periscope ที่ลือกัน ช่วยแก้ปัญหาเรื่องการซูมในทางยาวได้ แต่ไม่ได้ช่วยให้เซ็นเซอร์หลักใหญ่ขึ้นแบบก้าวกระโดด นี่คือจุดที่วิศวกรรมของ Apple ต้องทำงานหนักที่สุดครับ เขาไม่ได้พยายามเอาชนะฟิสิกส์ด้วยขนาด แต่ใช้สมองกลอย่าง Computational Photography เข้าสู้แทน ทั้ง Photonic Engine และ Deep Fusion คือการใช้ AI ประมวลผลภาพในระดับพิกเซลก่อนที่คุณจะกดชัตเตอร์ซะอีก เพื่อชดเชยข้อจำกัดทางกายภาพของเลนส์และเซ็นเซอร์ นี่คือสมรภูมิที่แท้จริงของการพัฒนากล้องมือถือ ไม่ใช่แค่การเพิ่มเลขรุ่นเฉยๆ</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อยากรู้ว่า Apple จะใช้เทคโนโลยีอะไรมาทลายกำแพงฟิสิกส์ต่อไป กด save ไว้เลยครับ เดี๋ยวมาเจาะลึกเรื่อง stacked sensor ที่อาจจะมาในอนาคตกัน</w:t>
      </w:r>
    </w:p>
    <w:p>
      <w:pPr>
        <w:spacing w:before="0" w:after="40"/>
      </w:pPr>
      <w:r>
        <w:rPr>
          <w:rFonts w:ascii="Arial" w:hAnsi="Arial"/>
          <w:b w:val="0"/>
          <w:i/>
          <w:color w:val="888888"/>
          <w:sz w:val="16"/>
        </w:rPr>
        <w:t>⏱ 65s  📰 Droidsans  #iPhone18 #กล้องไอโฟน #ถ่ายภาพ #เทคโนโลยี #Apple  💡 The 'Physics vs. Pixels' Dilemma: ใช้ข่าวลือรุ่นอนาคตเป็นตัว</w:t>
      </w:r>
    </w:p>
    <w:p>
      <w:pPr>
        <w:spacing w:before="80" w:after="80"/>
        <w:pBdr>
          <w:bottom w:val="single" w:sz="4" w:space="1" w:color="DDDDDD"/>
        </w:pBdr>
      </w:pPr>
    </w:p>
    <w:p>
      <w:pPr>
        <w:spacing w:before="160" w:after="40"/>
      </w:pPr>
      <w:r>
        <w:rPr>
          <w:rFonts w:ascii="Arial" w:hAnsi="Arial"/>
          <w:b/>
          <w:i w:val="0"/>
          <w:color w:val="2E7D32"/>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เห็นข่าว AI Passport ที่เป็นกระแสกันอยู่ใช่ไหมครับ... แต่อย่าเพิ่งสับสน AI ตัวนั้นกับ AI อัจฉริยะที่อยู่ในกล้อง iPhone ของคุณนะ สองอย่างนี้ทำงานคนละเรื่องกันเลย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AI ที่เราเห็นในข่าวส่วนใหญ่เป็น 'Generative AI' คือการสร้างสิ่งใหม่ขึ้นมาจากข้อมูลที่เรียนรู้มา เหมือนจิตรกรวาดภาพจากจินตนาการ แต่ AI ในกล้อง iPhone คือ 'Computational Photography' ครับ หน้าที่ของมันเหมือนผู้เชี่ยวชาญในห้องล้างฟิล์มดิจิทัลที่ทำงานเรียลไทม์ มันไม่ได้ 'สร้าง' ภาพปลอม แต่ 'ตีความและปรับปรุง' ข้อมูลแสงจริงที่เข้ามาผ่านเลนส์และเซ็นเซอร์ให้ดีที่สุด อย่าง Deep Fusion ที่วิเคราะห์ภาพหลายๆ เฟรมในระดับพิกเซลเพื่อดึงรายละเอียดส่วนที่ดีที่สุดออกมารวมกัน หรือ Smart HDR 5 ที่จัดการส่วนมืดส่วนสว่างอย่างสมจริง ทั้งหมดนี้คือการใช้ AI เพื่อบันทึก 'ความจริง' ที่อยู่ตรงหน้าให้ใกล้เคียงกับที่ตามนุษย์เห็นที่สุด ไม่ใช่การสร้างภาพขึ้นมาใหม่ครับ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นี่เป็นแค่พื้นฐานครับ ใครอยากรู้ว่าเบื้องหลังภาพ ProRAW เทพๆ มันทำงานยังไง กด save ไว้เลย คลิปหน้าจะมาผ่าระบบ Photonic Engine ให้ดูกัน</w:t>
      </w:r>
    </w:p>
    <w:p>
      <w:pPr>
        <w:spacing w:before="0" w:after="40"/>
      </w:pPr>
      <w:r>
        <w:rPr>
          <w:rFonts w:ascii="Arial" w:hAnsi="Arial"/>
          <w:b w:val="0"/>
          <w:i/>
          <w:color w:val="888888"/>
          <w:sz w:val="16"/>
        </w:rPr>
        <w:t>⏱ 70s  📰 Droidsans  #ComputationalPhotography #iPhoneCamera #ถ่ายภาพด้วยมือถือ #AppleProRAW #AIPassport  💡 The 'Computational vs. Generative' Clarifier: ใช้กระแสข่าว G</w:t>
      </w:r>
    </w:p>
    <w:p>
      <w:pPr>
        <w:spacing w:before="80" w:after="80"/>
        <w:pBdr>
          <w:bottom w:val="single" w:sz="4" w:space="1" w:color="DDDDDD"/>
        </w:pBdr>
      </w:pPr>
    </w:p>
    <w:p>
      <w:pPr>
        <w:spacing w:before="160" w:after="40"/>
      </w:pPr>
      <w:r>
        <w:rPr>
          <w:rFonts w:ascii="Arial" w:hAnsi="Arial"/>
          <w:b/>
          <w:i w:val="0"/>
          <w:color w:val="2E7D32"/>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เห็นข่าวลือ AirPods 4 แล้วหลายคนอยากได้ แต่รู้ไหมครับว่าสำหรับคนทำวิดีโอ iPhone ในมือคุณตอนนี้มีฟีเจอร์ด้านเสียงที่โปรมากๆ ซ่อนอยู่ และมันอาจจะสำคัญกว่าหูฟังรุ่นใหม่อีก</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ผมกำลังพูดถึงการบันทึกวิดีโอด้วย 'Spatial Audio' หรือระบบเสียงรอบทิศทางครับ มันไม่ใช่แค่สเตอริโอซ้าย-ขวาธรรมดา แต่ iPhone จะใช้ไมโครโฟนหลายตัวบนเครื่องเพื่อจับทิศทางและบรรยากาศของเสียงรอบตัวเรา สร้างเป็น Soundscape แบบ 3 มิติ เวลากลับมาดูวิดีโอที่เราถ่ายด้วยหูฟังที่รองรับอย่าง AirPods Pro คุณจะได้ยินเสียงรถวิ่งจากซ้ายไปขวาตามภาพ หรือเสียงคนพูดจากทิศทางที่เขายืนอยู่จริงๆ มันเปลี่ยนวิดีโอธรรมดาให้มีมิติและความสมจริงสูงขึ้นมาก เป็นฟีเจอร์ระดับโปรที่ติดมากับเครื่องเลย ไม่ต้องซื้ออะไรเพิ่ม นี่คือการยกระดับงานวิดีโอจาก 'การดู' ไปสู่ 'การสร้างประสบการณ์' ให้ผู้ชมครับ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ใครอยากให้งานวิดีโอของคุณเสียงเทพเหมือนโปร덕ชั่นใหญ่ๆ กด save ไว้เลยครับ คลิปหน้าจะมาสอนเทคนิคการตั้งค่าและจัดวางตำแหน่งเพื่ออัด Spatial Audio ให้ได้คุณภาพสูงสุด</w:t>
      </w:r>
    </w:p>
    <w:p>
      <w:pPr>
        <w:spacing w:before="0" w:after="40"/>
      </w:pPr>
      <w:r>
        <w:rPr>
          <w:rFonts w:ascii="Arial" w:hAnsi="Arial"/>
          <w:b w:val="0"/>
          <w:i/>
          <w:color w:val="888888"/>
          <w:sz w:val="16"/>
        </w:rPr>
        <w:t>⏱ 60s  📰 อาตี๋รีวิว  #SpatialAudio #Videography #ถ่ายวิดีโอ #iPhoneTips #AirPods  💡 The 'From Listener to Creator' Pivot: ใช้ข่าวลือเกี่ยวกับอุป</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E65100"/>
          <w:sz w:val="26"/>
        </w:rPr>
        <w:t xml:space="preserve">  💰  งบน้อย อยากได้ iPhone</w:t>
      </w:r>
    </w:p>
    <w:p>
      <w:pPr>
        <w:spacing w:before="40" w:after="0"/>
      </w:pPr>
    </w:p>
    <w:p>
      <w:pPr>
        <w:spacing w:before="160" w:after="40"/>
      </w:pPr>
      <w:r>
        <w:rPr>
          <w:rFonts w:ascii="Arial" w:hAnsi="Arial"/>
          <w:b/>
          <w:i w:val="0"/>
          <w:color w:val="E6510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งบ 20,000 จะรอ iPhone 18 เลยดีมั้ย? อย่าเพิ่ง! ฟัง 1 เรื่องนี้ก่อน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เห็นข่าวลือ iPhone 18 แล้วอย่าเพิ่งตกใจนะครับ อันนั้นมันเป็นคอนเทนต์เอาฮา! แต่สำหรับคนงบน้อยที่อยากได้ iPhone จริงๆ การรอคือสิ่งที่ไม่คุ้มที่สุดครับ เพราะเงินเรามีค่าวันนี้!</w:t>
        <w:br/>
        <w:br/>
        <w:t>แทนที่จะรออะไรที่ยังมาไม่ถึง ลองมองสิ่งที่มีอยู่จริงดีกว่า ในงบหมื่นกลางๆ ถึงสองหมื่นตอนนี้ เราสามารถหา iPhone 13 มือสองสภาพดีๆ ได้สบายเลยนะ กล้องยังสวยมาก ชิปยังแรงเหลือๆ และที่สำคัญคือได้อัปเดต iOS ไปอีกหลายปี</w:t>
        <w:br/>
        <w:br/>
        <w:t>อย่าให้ข่าวลือสนุกๆ มาทำให้เราลังเลที่จะมีความสุขกับมือถือดีๆ ในวันนี้ครับ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ใครมีงบเท่าไหร่ อยากได้รุ่นไหน comment มาเลย เดี๋ยวช่วยแนะนำให้ครับ</w:t>
      </w:r>
    </w:p>
    <w:p>
      <w:pPr>
        <w:spacing w:before="0" w:after="40"/>
      </w:pPr>
      <w:r>
        <w:rPr>
          <w:rFonts w:ascii="Arial" w:hAnsi="Arial"/>
          <w:b w:val="0"/>
          <w:i/>
          <w:color w:val="888888"/>
          <w:sz w:val="16"/>
        </w:rPr>
        <w:t>⏱ 45s  📰 Droidsans  #ไอโฟน #iphoneมือสอง #ไอโฟน13 #งบน้อย #สอนให้รู้ว่า  💡 The 'Hype Antidote' Budget Guide: ใช้ข่าวลือสุดโต่งเป็นเครื่</w:t>
      </w:r>
    </w:p>
    <w:p>
      <w:pPr>
        <w:spacing w:before="80" w:after="80"/>
        <w:pBdr>
          <w:bottom w:val="single" w:sz="4" w:space="1" w:color="DDDDDD"/>
        </w:pBdr>
      </w:pPr>
    </w:p>
    <w:p>
      <w:pPr>
        <w:spacing w:before="160" w:after="40"/>
      </w:pPr>
      <w:r>
        <w:rPr>
          <w:rFonts w:ascii="Arial" w:hAnsi="Arial"/>
          <w:b/>
          <w:i w:val="0"/>
          <w:color w:val="E6510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เจอ iPhone ลดราคาแรงๆ วันที่ 5 เดือน 9? อย่าเพิ่งรีบซื้อ! เช็ค 3 ข้อนี้ก่อนเงินออกจากกระเป๋า</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เห็นข่าวจากอาตี๋รีวิวว่าจะมีลดราคาใหญ่ไฟกระพริบ! ดีใจด้วยครับสำหรับคนเล็ง iPhone อยู่ แต่เดี๋ยวก่อน! สำหรับคนงบน้อยอย่างเรา ต้องฉลาดซื้อครับ</w:t>
        <w:br/>
        <w:br/>
        <w:t>ก่อนกดจ่ายเงิน เช็ค 3 ข้อนี้ก่อน:</w:t>
        <w:br/>
        <w:t>1. ราคาที่ลดแล้ว เทียบกับราคามือสองสภาพนางฟ้า...อันไหนถูกกว่ากันแน่? บางทีมือสองอาจจะคุ้มกว่าเยอะ</w:t>
        <w:br/>
        <w:t>2. โปรผ่อน 0% มันทำให้เราเผลอจ่ายเกินงบที่ตั้งไว้รึเปล่า? ต้องมีสติ อย่าให้โปรมาล่อเรา</w:t>
        <w:br/>
        <w:t>3. รุ่นที่ลดราคา คือรุ่นที่เหมาะกับเราจริงๆ ใช่ไหม? หรือแค่ซื้อเพราะมันลดราคา? บางทีเพิ่มเงินอีกนิดอาจได้รุ่นที่ดีกว่า หรือลดเงินไปเอารุ่นรองลงมาอาจจะพอดีกับการใช้งานมากกว่า</w:t>
        <w:br/>
        <w:br/>
        <w:t>จำไว้ว่า 'ของลดราคา' ไม่ได้แปลว่า 'คุ้มค่า' เสมอไปนะครับ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ใครเล็งรุ่นไหนในวันเซลล์ไว้ comment งบมาเลย เดี๋ยวช่วยดูให้ว่าดีลนี้คุ้มจริงมั้ย!</w:t>
      </w:r>
    </w:p>
    <w:p>
      <w:pPr>
        <w:spacing w:before="0" w:after="40"/>
      </w:pPr>
      <w:r>
        <w:rPr>
          <w:rFonts w:ascii="Arial" w:hAnsi="Arial"/>
          <w:b w:val="0"/>
          <w:i/>
          <w:color w:val="888888"/>
          <w:sz w:val="16"/>
        </w:rPr>
        <w:t>⏱ 50s  📰 อาตี๋รีวิว  #ไอโฟน #โปรโมชั่น #iphone #ลดราคา #ซื้อของออนไลน์  💡 The 'Sale FOMO' Navigator: ไม่ได้แค่แจ้งข่าวโปรโมชั่น แต่เป็</w:t>
      </w:r>
    </w:p>
    <w:p>
      <w:pPr>
        <w:spacing w:before="80" w:after="80"/>
        <w:pBdr>
          <w:bottom w:val="single" w:sz="4" w:space="1" w:color="DDDDDD"/>
        </w:pBdr>
      </w:pPr>
    </w:p>
    <w:p>
      <w:pPr>
        <w:spacing w:before="160" w:after="40"/>
      </w:pPr>
      <w:r>
        <w:rPr>
          <w:rFonts w:ascii="Arial" w:hAnsi="Arial"/>
          <w:b/>
          <w:i w:val="0"/>
          <w:color w:val="E6510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งบ 25,000 ซื้อ Android รุ่นใหม่ที่เค้าว่าทนๆ หรือเอา iPhone มือสองดี? ฟัง 1 เหตุผลนี้อาจเปลี่ยนใจ</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 Samsung รุ่นใหม่ที่บอกว่าจะทนทาน อัปเดตนานๆ ก็น่าสนใจนะครับ แต่ถ้าเรามีงบเท่ากัน เช่น 25,000 บาท การเลือก iPhone 13 หรือ 14 มือสอง อาจให้ 'มูลค่า' ที่ต่างออกไป</w:t>
        <w:br/>
        <w:br/>
        <w:t>เหตุผลสำคัญข้อเดียวคือ 'Ecosystem' ครับ การซื้อ iPhone ไม่ใช่แค่การได้มือถือเครื่องเดียว แต่มันคือประตูสู่โลกของ Apple ทั้ง iMessage, AirDrop ที่คุยกับเพื่อนหรือส่งไฟล์งานสะดวกมาก, App Store ที่มีแอปคุณภาพสูง และการทำงานร่วมกับอุปกรณ์อื่นที่ลื่นไหลสุดๆ</w:t>
        <w:br/>
        <w:br/>
        <w:t>สิ่งเหล่านี้คือประสบการณ์ที่คุณได้ใช้ทันที และใช้ไปอีกหลายปีพร้อมการันตีอัปเดต iOS ที่สม่ำเสมอ มันคือการลงทุนในความสะดวกสบายระยะยาว ที่อาจจะคุ้มกว่าความทนทานของฮาร์ดแวร์ในอนาคตก็ได้ครับ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ถ้าเป็นเพื่อนๆ งบนี้จะเลือกทีมไหน เพราะอะไร? comment มาคุยกันหน่อยครับ</w:t>
      </w:r>
    </w:p>
    <w:p>
      <w:pPr>
        <w:spacing w:before="0" w:after="40"/>
      </w:pPr>
      <w:r>
        <w:rPr>
          <w:rFonts w:ascii="Arial" w:hAnsi="Arial"/>
          <w:b w:val="0"/>
          <w:i/>
          <w:color w:val="888888"/>
          <w:sz w:val="16"/>
        </w:rPr>
        <w:t>⏱ 55s  📰 Droidsans  #ไอโฟนvsแอนดรอย #iphoneมือสอง #ซื้อมือถือ #ไอที #ไอโฟน  💡 The 'Ecosystem Entry Cost' Analysis: เปลี่ยนมุมมองการเปรียบเ</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37474F"/>
          <w:sz w:val="26"/>
        </w:rPr>
        <w:t xml:space="preserve">  🏢  นักธุรกิจ / ผู้บริหาร</w:t>
      </w:r>
    </w:p>
    <w:p>
      <w:pPr>
        <w:spacing w:before="40" w:after="0"/>
      </w:pPr>
    </w:p>
    <w:p>
      <w:pPr>
        <w:spacing w:before="160" w:after="40"/>
      </w:pPr>
      <w:r>
        <w:rPr>
          <w:rFonts w:ascii="Arial" w:hAnsi="Arial"/>
          <w:b/>
          <w:i w:val="0"/>
          <w:color w:val="37474F"/>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บัญชีธนาคารของธุรกิจคุณอาจถูกระงับได้ในคลิกเดียว จากแอปที่คุณไม่เคยสงสัย ตามรายงานจาก Droidsans ที่มีผู้ใช้ถูกระงับบัญชีนาน 8 วัน นี่คือเหตุผลที่สถาปัตยกรรมความปลอดภัยของ iPhone คือประกันความเสี่ยงที่ดีที่สุดของคุณ</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ในยุคที่ธุรกรรมการเงินผ่านมือถือเป็นเรื่องปกติ ความเสี่ยงจากการถูกระงับบัญชีเพราะแอปพลิเคชันที่อาจมีช่องโหว่ ถือเป็นฝันร้ายของทุกธุรกิจ เพราะมันหมายถึงการหยุดชะงักของกระแสเงินสด</w:t>
        <w:br/>
        <w:br/>
        <w:t>แม้ไม่มีระบบใดปลอดภัย 100% แต่สถาปัตยกรรมของ iPhone ถูกออกแบบมาเพื่อลดความเสี่ยงนี้ตั้งแต่รากฐานครับ</w:t>
        <w:br/>
        <w:br/>
        <w:t>หนึ่งคือ App Store ที่มีกระบวนการตรวจสอบแอปที่เข้มงวด สองคือระบบ Sandboxing ที่จำกัดให้แต่ละแอปทำงานในพื้นที่ของตัวเอง ไม่สามารถเข้าถึงข้อมูลของแอปอื่นได้ และสามคือ Secure Enclave ชิปที่แยกออกมาเพื่อจัดการข้อมูลที่ละเอียดอ่อนที่สุดโดยเฉพาะ เช่น ข้อมูล Biometrics และรหัสผ่าน</w:t>
        <w:br/>
        <w:br/>
        <w:t>ชั้นป้องกันเหล่านี้ไม่ได้มีไว้แค่กันไวรัส แต่เพื่อลดพื้นผิวการโจมตี (Attack Surface) ที่อาจไปกระตุ้นระบบตรวจจับทุจริตของธนาคารโดยอัตโนมัติ การเลือกใช้ iPhone ในองค์กรจึงไม่ใช่แค่เรื่องความสะดวก แต่เป็นการลงทุนเพื่อรักษาความต่อเนื่องทางธุรกิจ (Business Continuity) 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ปกป้องทรัพย์สินของบริษัทคุณให้ดีที่สุด กด follow เพื่อเรียนรู้การใช้ Apple ecosystem สำหรับธุรกิจ</w:t>
      </w:r>
    </w:p>
    <w:p>
      <w:pPr>
        <w:spacing w:before="0" w:after="40"/>
      </w:pPr>
      <w:r>
        <w:rPr>
          <w:rFonts w:ascii="Arial" w:hAnsi="Arial"/>
          <w:b w:val="0"/>
          <w:i/>
          <w:color w:val="888888"/>
          <w:sz w:val="16"/>
        </w:rPr>
        <w:t>⏱ 65s  📰 Droidsans  #iPhoneSecurity #BusinessContinuity #AppleEcosystem #ผู้บริหาร #Cybersecurity  💡 The 'Operational Continuity' Security Argument: เชื่อมโยงควา</w:t>
      </w:r>
    </w:p>
    <w:p>
      <w:pPr>
        <w:spacing w:before="80" w:after="80"/>
        <w:pBdr>
          <w:bottom w:val="single" w:sz="4" w:space="1" w:color="DDDDDD"/>
        </w:pBdr>
      </w:pPr>
    </w:p>
    <w:p>
      <w:pPr>
        <w:spacing w:before="160" w:after="40"/>
      </w:pPr>
      <w:r>
        <w:rPr>
          <w:rFonts w:ascii="Arial" w:hAnsi="Arial"/>
          <w:b/>
          <w:i w:val="0"/>
          <w:color w:val="37474F"/>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ข้อมูลบริษัทของคุณกำลังถูกส่งไปให้ AI ประมวลผลบน Cloud ของใคร? กระแสข่าวโครงการ TH-AI Passport ชี้ให้เห็นถึงความเสี่ยงด้าน Data Sovereignty ที่ผู้บริหารมองข้ามไม่ได้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AI กำลังเปลี่ยนโลกธุรกิจ แต่โมเดล AI ส่วนใหญ่ทำงานบนคลาวด์ นั่นหมายถึงข้อมูลที่ละเอียดอ่อนขององค์กร ตั้งแต่เอกสารกลยุทธ์ งบการเงิน ไปจนถึงข้อมูลลูกค้า ต้องถูกส่งออกไปประมวลผลบนเซิร์ฟเวอร์ของบุคคลที่สาม ซึ่งสร้างความเสี่ยงมหาศาลต่อทรัพย์สินทางปัญญาและความเป็นส่วนตัว</w:t>
        <w:br/>
        <w:br/>
        <w:t>นี่คือจุดที่กลยุทธ์ของ Apple แตกต่างอย่างสิ้นเชิงครับ</w:t>
        <w:br/>
        <w:br/>
        <w:t>Apple Intelligence ถูกออกแบบมาโดยยึดหลัก On-Device Processing เป็นอันดับแรก การประมวลผลส่วนใหญ่จะเกิดขึ้นบนชิปใน iPhone หรือ Mac ของคุณเอง ข้อมูลจึงไม่เคยออกจากเครื่อง</w:t>
        <w:br/>
        <w:br/>
        <w:t>สำหรับงานที่ซับซ้อนเกินกว่าจะประมวลผลบนเครื่องได้ Apple ได้สร้าง Private Cloud Compute ซึ่งเป็นสถาปัตยกรรมคลาวด์ที่ออกแบบมาเพื่อความเป็นส่วนตัวโดยเฉพาะ โดยมีการเข้ารหัสขั้นสูงเพื่อรับประกันว่าแม้แต่ Apple เองก็ไม่สามารถเข้าถึงข้อมูลของคุณได้</w:t>
        <w:br/>
        <w:br/>
        <w:t>สำหรับองค์กร นี่คือการรับประกัน 'อธิปไตยของข้อมูล' (Data Sovereignty) ทำให้สามารถนำ AI มาใช้ได้อย่างเต็มศักยภาพ โดยไม่ต้องแลกกับความปลอดภัยของข้อมูลที่เป็นหัวใจของบริษัท</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เราเพื่ออัปเดตว่า Apple Intelligence จะเปลี่ยนเกมการทำงานในองค์กรได้อย่างไร</w:t>
      </w:r>
    </w:p>
    <w:p>
      <w:pPr>
        <w:spacing w:before="0" w:after="40"/>
      </w:pPr>
      <w:r>
        <w:rPr>
          <w:rFonts w:ascii="Arial" w:hAnsi="Arial"/>
          <w:b w:val="0"/>
          <w:i/>
          <w:color w:val="888888"/>
          <w:sz w:val="16"/>
        </w:rPr>
        <w:t>⏱ 70s  📰 Droidsans  #AppleIntelligence #DataPrivacy #AIforBusiness #ไอโฟน #DataSovereignty  💡 The 'Data Sovereignty' AI Play: ใช้ข่าว AI ที่เป็นกระแสในประ</w:t>
      </w:r>
    </w:p>
    <w:p>
      <w:pPr>
        <w:spacing w:before="80" w:after="80"/>
        <w:pBdr>
          <w:bottom w:val="single" w:sz="4" w:space="1" w:color="DDDDDD"/>
        </w:pBdr>
      </w:pPr>
    </w:p>
    <w:p>
      <w:pPr>
        <w:spacing w:before="160" w:after="40"/>
      </w:pPr>
      <w:r>
        <w:rPr>
          <w:rFonts w:ascii="Arial" w:hAnsi="Arial"/>
          <w:b/>
          <w:i w:val="0"/>
          <w:color w:val="37474F"/>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มีคนบอกให้รอ iPhone 18... ถ้านั่นเป็นเรื่องจริง ทีมของคุณต้องหยุดการพัฒนาไป 4 ปี ข่าวไวรัลแบบนี้ชี้ให้เห็น 'กับดัก' ที่ใหญ่ที่สุดในการวางแผนจัดซื้ออุปกรณ์ IT ขององค์กร</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การรอเทคโนโลยีใหม่ล่าสุดเป็นเรื่องปกติสำหรับผู้บริโภค แต่สำหรับธุรกิจ 'การรอ' คือต้นทุนค่าเสียโอกาสครับ</w:t>
        <w:br/>
        <w:br/>
        <w:t>ในขณะที่รออุปกรณ์รุ่นใหม่ในอีก 6 เดือน หรือ 1 ปีข้างหน้า อุปกรณ์ที่ทีมของคุณใช้อยู่ในปัจจุบันกำลังมีประสิทธิภาพลดลง แบตเตอรี่ที่เสื่อมสภาพทำให้การทำงานนอกสถานที่ติดขัด และที่สำคัญที่สุดคืออาจพลาดการอัปเดตด้านความปลอดภัยที่สำคัญ ซึ่งเป็นความเสี่ยงที่องค์กรยอมรับไม่ได้</w:t>
        <w:br/>
        <w:br/>
        <w:t>การตัดสินใจอัปเกรดอุปกรณ์ในองค์กร (Fleet Upgrade) ไม่ควรขึ้นอยู่กับกระแสข่าวลือ แต่ควรมาจาก 'รอบการอัปเกรดเชิงกลยุทธ์' (Strategic Refresh Cycle) ที่คำนวณจากต้นทุนรวมในการเป็นเจ้าของ (TCO), ข้อกำหนดด้านความปลอดภัย (Security Compliance) และผลตอบแทนจากการเพิ่มขึ้นของผลิตภาพ (Productivity Gains)</w:t>
        <w:br/>
        <w:br/>
        <w:t>บางครั้ง การลงทุนกับ iPhone 15 Pro ในวันนี้ เพื่อให้ทีมทำงานได้เต็มประสิทธิภาพ อาจให้ผลตอบแทนการลงทุน (ROI) ที่สูงกว่าการรอ iPhone 16 ที่ยังไม่แน่นอนครับ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วางแผน Tech Refresh Cycle ให้คุ้มค่าที่สุด กด follow สำหรับกลยุทธ์การใช้ iPhone ในองค์กร</w:t>
      </w:r>
    </w:p>
    <w:p>
      <w:pPr>
        <w:spacing w:before="0" w:after="40"/>
      </w:pPr>
      <w:r>
        <w:rPr>
          <w:rFonts w:ascii="Arial" w:hAnsi="Arial"/>
          <w:b w:val="0"/>
          <w:i/>
          <w:color w:val="888888"/>
          <w:sz w:val="16"/>
        </w:rPr>
        <w:t>⏱ 60s  📰 Droidsans  #iPhoneForBusiness #TechStrategy #TotalCostOfOwnership #Apple #ผู้บริหาร  💡 The 'Strategic Tech Refresh' Framework: ใช้ข่าวลือที่เกินจริ</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C62828"/>
          <w:sz w:val="26"/>
        </w:rPr>
        <w:t xml:space="preserve">  🔥  คนชอบข่าวลือ / leaks</w:t>
      </w:r>
    </w:p>
    <w:p>
      <w:pPr>
        <w:spacing w:before="40" w:after="0"/>
      </w:pPr>
    </w:p>
    <w:p>
      <w:pPr>
        <w:spacing w:before="160" w:after="40"/>
      </w:pPr>
      <w:r>
        <w:rPr>
          <w:rFonts w:ascii="Arial" w:hAnsi="Arial"/>
          <w:b/>
          <w:i w:val="0"/>
          <w:color w:val="C62828"/>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จอพับอาจมาช้ากว่า Samsung หลายปี… แต่นี่คือแผนที่ Apple วางไว้! Mark Gurman เพิ่งปล่อยข้อมูลเด็ดมา!</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มีรายงานล่าสุดจาก Mark Gurman นักข่าวสาย Apple ชื่อดัง เผยว่าเราอาจได้เห็น iPhone จอพับรุ่นแรกในปี 2026 หรืออีก 2 ปีข้างหน้า! และอาจจะใช้ชื่อว่า 'iPhone Ultra' ด้วยครับ</w:t>
        <w:br/>
        <w:br/>
        <w:t>หลายคนอาจจะบอกว่าช้าไปมั้ย? แต่การที่ Apple รอ คือการปล่อยให้คู่แข่งเจอปัญหาไปก่อน ทั้งเรื่องรอยพับ ความทนทานของจอ แล้ว Apple ก็เข้ามาทีหลังพร้อมกับเทคโนโลยีที่สมบูรณ์กว่า เหมือนที่เคยทำมาแล้วกับหลายๆ โปรดักต์</w:t>
        <w:br/>
        <w:br/>
        <w:t>ตามรายงานบอกว่า Apple กำลังทดสอบดีไซน์ที่บางเฉียบ และตั้งเป้าจะทำให้รอยพับบนจอน้อยที่สุดเท่าที่จะทำได้ นี่คือการรอเพื่อความสมบูรณ์แบบสไตล์ Apple 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อยากรู้ว่า iPhone จอพับตัวจริงจะเด็ดแค่ไหน? กด follow ไว้เลย มีข่าวหลุดมาอีกเมื่อไหร่ รู้ก่อนใครแน่นอน!</w:t>
      </w:r>
    </w:p>
    <w:p>
      <w:pPr>
        <w:spacing w:before="0" w:after="40"/>
      </w:pPr>
      <w:r>
        <w:rPr>
          <w:rFonts w:ascii="Arial" w:hAnsi="Arial"/>
          <w:b w:val="0"/>
          <w:i/>
          <w:color w:val="888888"/>
          <w:sz w:val="16"/>
        </w:rPr>
        <w:t>⏱ 45s  📰 iMod  #iPhoneจอพับ #iPhoneUltra #AppleLeaks #ไอโฟน #ข่าวลือ  💡 The 'Strategic Patience' Playbook: วิเคราะห์การเข้าสู่ตลาดจอ</w:t>
      </w:r>
    </w:p>
    <w:p>
      <w:pPr>
        <w:spacing w:before="80" w:after="80"/>
        <w:pBdr>
          <w:bottom w:val="single" w:sz="4" w:space="1" w:color="DDDDDD"/>
        </w:pBdr>
      </w:pPr>
    </w:p>
    <w:p>
      <w:pPr>
        <w:spacing w:before="160" w:after="40"/>
      </w:pPr>
      <w:r>
        <w:rPr>
          <w:rFonts w:ascii="Arial" w:hAnsi="Arial"/>
          <w:b/>
          <w:i w:val="0"/>
          <w:color w:val="C62828"/>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18 Pro อาจจะไม่มี 'สีดำ' ให้ซื้อแล้ว! ข่าวลือล่าสุดจากชิ้นส่วนที่หลุดออกมาจากโรงงาน!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ใครรอ iPhone 18 Pro อยู่ต้องฟังทางนี้! มีภาพหลุดชิ้นส่วนที่อ้างว่าเป็นของ iPhone 18 Pro ออกมา และข้อมูลที่น่าตกใจที่สุดคือ จากชิ้นส่วนที่เห็น ชี้ว่าอาจมีแค่ 3 สีให้เลือก และไม่มีสีดำหรือ Space Black ที่เป็นสียอดฮิตรวมอยู่ด้วย!</w:t>
        <w:br/>
        <w:br/>
        <w:t>ตามรายงานจาก MacRumors บอกว่านี่อาจเป็นครั้งแรกๆ ที่รุ่น Pro จะตัดสีคลาสสิคอย่างสีดำออกไปทั้งหมด ซึ่งถ้าเป็นเรื่องจริง อาจจะเป็นกลยุทธ์ของ Apple ที่อยากจะสร้างความแตกต่าง และทำให้คนเห็นปุ๊บก็รู้เลยว่านี่คือ iPhone รุ่นใหม่ล่าสุด</w:t>
        <w:br/>
        <w:br/>
        <w:t>แต่ยังไงก็ตาม นี่เป็นเพียงข้อมูลจากชิ้นส่วนชุดแรกๆ เท่านั้น อาจจะมีการเปลี่ยนแปลงได้เสมอครับ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สุดท้ายจะตัดสีดำจริงมั้ย? หรือจะมีสีใหม่มาแทน? กด follow ด่วน! เดี๋ยวมาอัปเดตให้ทันที!</w:t>
      </w:r>
    </w:p>
    <w:p>
      <w:pPr>
        <w:spacing w:before="0" w:after="40"/>
      </w:pPr>
      <w:r>
        <w:rPr>
          <w:rFonts w:ascii="Arial" w:hAnsi="Arial"/>
          <w:b w:val="0"/>
          <w:i/>
          <w:color w:val="888888"/>
          <w:sz w:val="16"/>
        </w:rPr>
        <w:t>⏱ 40s  📰 MacRumors  #iPhone18Pro #AppleLeaks #ไอโฟน18 #สีไอโฟนใหม่ #ข่าวไอที  💡 The 'Calculated Controversy' Color Strategy: วิเคราะห์ข่าวลื</w:t>
      </w:r>
    </w:p>
    <w:p>
      <w:pPr>
        <w:spacing w:before="80" w:after="80"/>
        <w:pBdr>
          <w:bottom w:val="single" w:sz="4" w:space="1" w:color="DDDDDD"/>
        </w:pBdr>
      </w:pPr>
    </w:p>
    <w:p>
      <w:pPr>
        <w:spacing w:before="160" w:after="40"/>
      </w:pPr>
      <w:r>
        <w:rPr>
          <w:rFonts w:ascii="Arial" w:hAnsi="Arial"/>
          <w:b/>
          <w:i w:val="0"/>
          <w:color w:val="C62828"/>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ดราม่าล่าสุด! นักปล่อยข่าวลือทะเลาะกันเองว่า iPhone 18 Pro จะมีสีเงินหรือไม่มีกันแน่?!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ตอนนี้ในวงการข่าวลือกำลังเดือดเลยครับ เมื่อนักปล่อยข่าว 2 ฝ่ายให้ข้อมูลสีของ iPhone 18 Pro ไม่ตรงกัน! ฝั่งนึงบอกว่าสีที่ 3 อาจจะเป็นสีเงิน (Silver) แต่ข้อมูลอีกฝั่งจากชิ้นส่วนที่หลุดมาก่อนหน้า กลับไม่มีวี่แววของสีดำหรือสีเงินเลย</w:t>
        <w:br/>
        <w:br/>
        <w:t>ปรากฏการณ์แบบนี้จริงๆ แล้วเป็นเรื่องปกติของการตามข่าวลือครับ มันสะท้อนให้เห็นว่าข้อมูลอาจจะมาจากคนละแหล่งใน Supply Chain เช่น คนนึงอาจจะได้ข้อมูลจากฝ่ายผลิตตัวเครื่อง แต่อีกคนอาจจะได้ข้อมูลจากฝ่ายผลิตชิ้นส่วนเล็กๆ ทำให้ข้อมูลที่ได้มายังไม่ตรงกัน 100%</w:t>
        <w:br/>
        <w:br/>
        <w:t>สถานการณ์แบบนี้ยิ่งทำให้การรอเปิดตัวจริงน่าตื่นเต้นขึ้นไปอีก ว่าสุดท้ายแล้วข้อมูลของใครจะเป็นจริง</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อยากรู้บทสรุปของสงครามข่าวลือครั้งนี้มั้ย? กด follow ไว้เลย เดี๋ยวผมตามติดแล้วมารายงานทันที!</w:t>
      </w:r>
    </w:p>
    <w:p>
      <w:pPr>
        <w:spacing w:before="0" w:after="40"/>
      </w:pPr>
      <w:r>
        <w:rPr>
          <w:rFonts w:ascii="Arial" w:hAnsi="Arial"/>
          <w:b w:val="0"/>
          <w:i/>
          <w:color w:val="888888"/>
          <w:sz w:val="16"/>
        </w:rPr>
        <w:t>⏱ 50s  📰 9to5Mac  #iPhone18Pro #AppleLeaks #ข่าวลือไอที #ไอโฟน #ดราม่าเทค  💡 The 'Supply Chain Echo' Decoder: ใช้ประเด็นที่นักปล่อยข่าวลื</w:t>
      </w:r>
    </w:p>
    <w:p>
      <w:pPr>
        <w:spacing w:before="80" w:after="80"/>
        <w:pBdr>
          <w:bottom w:val="single" w:sz="4" w:space="1" w:color="DDDDDD"/>
        </w:pBdr>
      </w:pPr>
    </w:p>
    <w:p>
      <w:pPr>
        <w:spacing w:before="160" w:after="0"/>
      </w:pPr>
    </w:p>
    <w:p>
      <w:pPr>
        <w:spacing w:before="0" w:after="120"/>
        <w:jc w:val="center"/>
      </w:pPr>
      <w:r>
        <w:rPr>
          <w:rFonts w:ascii="Arial" w:hAnsi="Arial"/>
          <w:b w:val="0"/>
          <w:i/>
          <w:color w:val="AAAAAA"/>
          <w:sz w:val="16"/>
        </w:rPr>
        <w:t>Generated by TikTok Farming Pipeline  •  Next step: Script QC Agent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