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</w:pPr>
      <w:r>
        <w:rPr>
          <w:rFonts w:ascii="Arial" w:hAnsi="Arial"/>
          <w:b/>
          <w:i w:val="0"/>
          <w:color w:val="1A1A2E"/>
          <w:sz w:val="40"/>
        </w:rPr>
        <w:t>🚀 TikTok Farming — Script Report</w:t>
      </w:r>
    </w:p>
    <w:p>
      <w:pPr>
        <w:spacing w:before="0" w:after="40"/>
      </w:pPr>
      <w:r>
        <w:rPr>
          <w:rFonts w:ascii="Arial" w:hAnsi="Arial"/>
          <w:b w:val="0"/>
          <w:i w:val="0"/>
          <w:color w:val="666666"/>
          <w:sz w:val="18"/>
        </w:rPr>
        <w:t>Run: 04 Sep 2026  07:55 ICT  •  18 scripts  •  6 clusters  •  Gemini 2.5 Pro</w:t>
      </w:r>
    </w:p>
    <w:p>
      <w:pPr>
        <w:spacing w:before="80" w:after="80"/>
        <w:pBdr>
          <w:bottom w:val="single" w:sz="4" w:space="1" w:color="7c4dff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8E24AA"/>
          <w:sz w:val="26"/>
        </w:rPr>
        <w:t xml:space="preserve">  🎮  Gen Z / นักเรียน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ใครทีมสี Silver บ้าง? ฟังแล้วอาจมีจึ้ก! เพราะลือกันว่า iPhone 16 Pro จะไม่มีสีเงินอีกต่อไปแล้ว!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ช็อควงการคนรักสีคลาสสิก! มีข่าวลือหนาหูจากวงใน บอกว่า iPhone 16 Pro และ Pro Max ที่จะเปิดตัวปลายปีนี้ อาจจะตัดสี Natural Titanium และ Blue Titanium ออก แล้วแทนที่ด้วยสีใหม่สุดปัง!</w:t>
        <w:br/>
        <w:br/>
        <w:t>สีที่ลือกันว่าจะมาแทนคือสี 'Space Black' ที่จะมาในฟีลดำเข้มกว่าเดิม ดุดันไม่เกรงใจใคร และการกลับมาของสีในตำนานอย่าง 'Rose' หรือ Rose Gold ในเวอร์ชันไทเทเนียม! คิดดูดิ สีชมพูไทเทเนียมจะลูกคุณขนาดไหน!</w:t>
        <w:br/>
        <w:br/>
        <w:t>ส่วนสี White กับ Black Titanium ยังน่าจะอยู่เหมือนเดิมนะ แต่อันนี้ยังเป็นแค่ข่าวลือนะทุกคน! ต้องรอ Apple ประกาศอีกที!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เพื่อนๆ อยากได้สีไหนกันเมนต์มาหน่อย! แล้วกดฟอลไว้เลย เดี๋ยวมาอัปเดตข่าวหลุดใหม่ๆ ให้ฟัง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40s  📰 อาตี๋รีวิว  #iphone16pro #iphone16 #ข่าวไอที #ไอโฟน #Apple  💡 The 'Identity Expression' Color Trend Analysis: วิเคราะห์ข่า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งบไม่ถึง AirPods Pro แต่อยากได้ฟีเจอร์ตัดเสียงรบกวน? ฟังทางนี้! AirPods 4 อาจมีเซอร์ไพรส์!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ชาวเราที่เล็งหูฟังใหม่อยู่มีเฮ! เพราะมีข่าวลือว่า AirPods 4 ที่กำลังจะมา อาจจะไม่ได้มีแค่รุ่นเดียว แต่อาจเปิดตัวพร้อมกัน 2 รุ่นเลย!</w:t>
        <w:br/>
        <w:br/>
        <w:t>ตามรายงานจากอาตี๋รีวิว รุ่นแรกก็จะเป็นรุ่นอัปเกรดปกติ แต่อีกรุ่นนี่แหละคือตัวตึง! เพราะลือกันว่าจะมีฟีเจอร์ Active Noise Cancellation หรือ ANC แบบเดียวกับที่มีใน AirPods Pro มาให้ด้วย! ใช่แล้ว ฟังไม่ผิด! ฟีเจอร์ตัดเสียงตัวท็อปในราคาที่น่าจะสบายกระเป๋ากว่ารุ่นโปรเยอะ!</w:t>
        <w:br/>
        <w:br/>
        <w:t>ถ้ามาจริงนี่คือปังมากนะ เหมาะกับนักเรียนนักศึกษาสุดๆ ที่อยากได้หูฟังไว้โฟกัสตอนอ่านหนังสือหรือฟังเพลงในที่ดังๆ แต่ทั้งหมดนี้ยังไม่ยืนยัน 100% นะครับ รอลุ้นกัน!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ถ้ามี ANC ในราคาเบาๆ จริงจะซื้อป่ะ? กดฟอลไว้เลย ถ้าเปิดตัวจริงจะรีบมารีวิวให้ดู!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#airpods4 #airpods #หูฟังไร้สาย #นักศึกษา #Apple  💡 The 'Feature Democratization' Signal: ตีความข่าวลือเรื่อง Ai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8E24AA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เห็นข่าวคนโดนระงับแอปธนาคารแล้วใจหายป่ะ? ถ้าเกิดกับเราจะทำไง? มาดูทริคเอาตัวรอดด้วย iPhone กัน!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เห็นข่าวไวรัลคนใช้เงินตัวเองไม่ได้เป็นอาทิตย์แล้วน่ากลัวมาก! แต่ถ้าเกิดเหตุการณ์ฉุกเฉินแบบนี้ขึ้นมาจริงๆ อย่าเพิ่งแพนิค! iPhone ในมือเรานี่แหละคือตัวช่วยชีวิต</w:t>
        <w:br/>
        <w:br/>
        <w:t>อย่างแรกเลย Apple Wallet! ถ้าผูกบัตรเดบิตหรือเครดิตอื่นไว้ ก็ยังใช้แตะจ่ายเงินตามร้านสะดวกซื้อได้อยู่ ไม่ต้องใช้เงินสด</w:t>
        <w:br/>
        <w:br/>
        <w:t>สองคือ Notes App! ใช้เก็บข้อมูลสำคัญที่ล็อกด้วย Face ID ได้ เช่น เลขบัญชีเพื่อนสนิทหรือครอบครัว เผื่อต้องให้ใครโอนเงินให้ก่อน ปลอดภัยกว่าแคปจอเยอะ!</w:t>
        <w:br/>
        <w:br/>
        <w:t>สุดท้าย ถ้าเน็ตมือถือใช้ไม่ได้หรือไม่มีเงินโทรออก ลองหา Wi-Fi ฟรีตามร้านกาแฟ แล้วใช้ iMessage หรือ FaceTime โทรหาคนที่บ้านขอความช่วยเหลือได้เลย! นี่คือข้อดีของ Ecosystem เค้าล่ะ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ใครมีทริคเอาตัวรอดเด็ดๆ อีกมาแชร์กัน! กดฟอลไว้เลย จะเอาทริค iPhone ดีๆ แบบนี้มาบอกอีกเพียบ 🔥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Droidsans  #ทริคไอโฟน #รอบรู้ไอที #เตือนภัย #แอปธนาคาร #Apple  💡 The 'Digital Lifeline' Toolkit: เปลี่ยนมุมมองจาก 'การป้องกัน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1565C0"/>
          <w:sz w:val="26"/>
        </w:rPr>
        <w:t xml:space="preserve">  💼  มนุษย์เงินเดือน 25–35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สีไอโฟนที่คุณเลือก อาจทำให้ราคาขายต่อต่างกันเป็นพัน! ล่าสุดมีข่าวลือว่า iPhone 16 Pro จะไม่มีสี Silver แล้วจริงมั้ย?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มีรายงานที่ยังไม่ยืนยันออกมาจากวงการซัพพลายเชนนะครับว่า Apple อาจจะตัดสีเงิน หรือ Silver ออกจากไลน์ iPhone 16 Pro ในปีนี้ แล้วหันไปใช้สีใหม่อย่าง Space Black และ Rose Titanium แทน</w:t>
        <w:br/>
        <w:br/>
        <w:t>เรื่องนี้สำคัญกับคนทำงานอย่างเรายังไง? ปกติแล้วสีคลาสสิกอย่าง ขาว/เงิน และ ดำ/เทา มักจะเป็นสีที่ราคาขายต่อค่อนข้างนิ่งและมีความต้องการในตลาดมือสองสูง เพราะเป็นสีที่ใช้ได้ทุกเพศทุกวัย การตัดสีเงินออก อาจจะทำให้สีที่มาใหม่กลายเป็นที่ต้องการสูงในช่วงแรก แต่ในระยะยาว สีคลาสสิกที่เหลืออยู่อย่าง Space Black อาจจะกลายเป็นตัวเลือกที่ปลอดภัยที่สุดสำหรับคนที่มองเรื่องราคาขายต่อเป็นหลักครับ</w:t>
        <w:br/>
        <w:br/>
        <w:t>ดังนั้นถ้าคุณเป็นคนนึงที่เปลี่ยนมือถือบ่อย การเลือกสีอาจจะไม่ใช่แค่เรื่องความสวยงาม แต่อาจเป็นส่วนหนึ่งของการวางแผนการเงินเล็กๆ ได้เลยครับ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ปกติเลือกไอโฟนสีอะไรกันครับ? แล้วคิดว่าสีไหนราคาตกน้อยที่สุด? คอมเมนต์มาคุยกันได้เลย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55s  📰 อาตี๋รีวิว  #iPhone16Pro #ไอโฟน #Apple #ข่าวไอที #ขายต่อไอโฟน  💡 The 'Resale Value' Color Theory: วิเคราะห์ข่าวลือเรื่องสีของ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เงินในบัญชีตัวเอง แต่ใช้ไม่ได้ 8 วัน! ถ้าเรื่องนี้เกิดกับคุณตอนต้องจ่ายบิลสำคัญ จะกระทบงานแค่ไหน? มาดูว่า iPhone ช่วยลดความเสี่ยงนี้ได้ยังไง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จากข่าวไวรัลล่าสุดที่มีคนโดนระงับบัญชีธนาคาร ทำให้เห็นว่าความปลอดภัยทางการเงินสำคัญแค่ไหน แม้เราจะป้องกันตัวดีแล้ว แต่ความเสี่ยงจากแอปหรือมัลแวร์ก็ยังมีอยู่</w:t>
        <w:br/>
        <w:br/>
        <w:t>ในฐานะเครื่องมือทำงาน iPhone ถูกออกแบบมาเพื่อลดความเสี่ยงพวกนี้โดยเฉพาะครับ อย่างแรกคือ App Store ที่มีกระบวนการตรวจสอบแอปเข้มงวดมาก ทำให้โอกาสเจอแอปดูดเงินน้อยลง อย่างที่สองคือ Face ID ที่ใช้ยืนยันธุรกรรม มันปลอดภัยกว่ารหัสผ่าน เพราะปลอมแปลงได้ยาก และสุดท้ายคือ Apple Pay เวลาเราจ่ายเงิน ระบบจะสร้างเลขบัตรชั่วคราวขึ้นมา ร้านค้าจะไม่เห็นเลขบัตรจริงของเราเลย</w:t>
        <w:br/>
        <w:br/>
        <w:t>แน่นอนว่าไม่มีอะไรปลอดภัย 100% แต่การเลือกระบบปิดที่มีความปลอดภัยสูงแบบนี้ ก็เหมือนการซื้อประกันเพื่อรักษาความต่อเนื่องทางการเงินและการทำงานของเราครับ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ใครเคยเจอประสบการณ์เฉียดๆ แบบนี้บ้าง? หรือถ้ามีคำถามเรื่องความปลอดภัยของ iPhone คอมเมนต์ถามได้เลยครับ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60s  📰 Droidsans  #iPhoneTips #ความปลอดภัย #ApplePay #มนุษย์เงินเดือน #การเงิน  💡 The 'Financial Downtime' Prevention Tool: เชื่อมโยงฟีเจอร์คว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1565C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AirPods 4 รุ่นใหม่อาจมีตัดเสียงรบกวนในราคาที่ถูกลง! แต่ก่อนจะตัดสินใจอัปเกรด ลองตอบ 3 คำถามนี้เพื่อเช็คว่าคุณต้องการมันจริงหรือเปล่า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มีข่าวลือว่า AirPods 4 ที่กำลังจะมา อาจมีถึง 2 รุ่น และหนึ่งในนั้นอาจมาพร้อมฟีเจอร์ตัดเสียงรบกวน หรือ ANC ในราคาที่เข้าถึงง่ายขึ้น ซึ่งน่าสนใจมากสำหรับคนทำงานที่ต้องการสมาธิ</w:t>
        <w:br/>
        <w:br/>
        <w:t>แต่เดี๋ยวก่อนครับ เพื่อให้แน่ใจว่าเป็นการลงทุนที่คุ้มค่า ลองถามตัวเอง 3 ข้อนี้ครับ</w:t>
        <w:br/>
        <w:t>1. สภาพแวดล้อม: คุณต้องประชุมออนไลน์ หรือนั่งทำงานในที่เสียงดังบ่อยแค่ไหน? ถ้าเกินครึ่งหนึ่งของเวลาทำงาน ฟีเจอร์ ANC อาจเปลี่ยนชีวิตการทำงานของคุณได้เลย</w:t>
        <w:br/>
        <w:t>2. ปัญหาปัจจุบัน: หูฟังที่คุณใช้อยู่ตอนนี้ เป็นอุปสรรคต่อการทำงานจริง ๆ หรือเปล่า? หรือเป็นแค่ความรู้สึก 'อยากได้ของใหม่' เฉยๆ</w:t>
        <w:br/>
        <w:t>3. ความคุ้มค่า: งบประมาณที่ต้องจ่ายเพิ่มสำหรับ ANC แลกกับ Productivity และสมาธิที่ได้กลับคืนมา คุณว่ามันคุ้มค่าหรือไม่?</w:t>
        <w:br/>
        <w:br/>
        <w:t>การตอบคำถามเหล่านี้จะช่วยให้คุณตัดสินใจได้ว่า นี่คือการอัปเกรดที่จำเป็น หรือเป็นแค่ของที่อยากได้ครับ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ตอนนี้ใช้หูฟังอะไรทำงานกันอยู่ครับ? แล้วคิดว่าฟีเจอร์ตัดเสียงรบกวนจำเป็นสำหรับคุณมั้ย? คอมเมนต์บอกหน่อยครับ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58s  📰 อาตี๋รีวิว  #AirPods4 #หูฟังไร้สาย #Apple #ทำงาน #Gadget  💡 The 'Productivity Bottleneck' Test for Accessories: สร้าง Fr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2E7D32"/>
          <w:sz w:val="26"/>
        </w:rPr>
        <w:t xml:space="preserve">  📸  คนชอบถ่ายรูป / ช่างภาพ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เห็นข่าวลือว่า iPhone 16 Pro จะไม่มีสี Silver แล้ว...แต่เรื่องที่ช่างภาพแบบเราๆ ควรรู้มากกว่าสี คือการอัปเกรดชิ้นเลนส์ที่อาจจะมาแก้ปัญหานี้ครับ (โชว์วิดีโอที่มีปัญหา Lens Flare ชัดๆ)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ตามรายงานจากอาตี๋รีวิว พูดถึงข่าวลือเรื่องสีใหม่ แต่สำหรับคนถ่ายรูปจริงจัง อีกกระแสข่าวลือที่น่าสนใจกว่ามากคือ Apple อาจจะใช้เทคโนโลยีเคลือบผิวเลนส์แบบใหม่ที่เรียกว่า Atomic Layer Deposition (ALD) เพื่อลดแสงสะท้อนบนหน้าเลนส์โดยเฉพาะครับ </w:t>
        <w:br/>
        <w:br/>
        <w:t>สำหรับช่างภาพจะรู้ดีว่าปัญหานี้เรียกว่า Lens Flare หรือ Ghosting ซึ่งเกิดบ่อยมากเวลาถ่ายย้อนแสงหรือถ่ายตอนกลางคืนที่มีแหล่งกำเนิดแสงจ้าๆ ในเฟรม เทคโนโลยีนี้ทำงานคล้ายกับ Nano Coating บนเลนส์กล้อง Mirrorless หรือ DSLR แพงๆ เลยครับ นี่คือการแก้ปัญหาที่ตัว Hardware โดยตรง ไม่ใช่แค่ใช้ Software ลบออกทีหลัง ซึ่งหมายความว่าไฟล์ดิบอย่าง ProRAW ที่ได้จะสะอาดขึ้น เก็บรายละเอียดในส่วนมืดและส่วนสว่างได้ดีขึ้นโดยไม่มีแสงแปลกๆ มาปนเปื้อน เป็นอัปเกรดเล็กๆ ที่ส่งผลกับคุณภาพของไฟล์อย่างมหาศาลครับ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เซฟคลิปนี้ไว้เลยครับ ถ้า iPhone 16 Pro เปิดตัวจริงเมื่อไหร่ ผมจะเอามาทดสอบเรื่อง Lens Flare เทียบกับรุ่นเก่าให้ดูแบบช็อตต่อช็อตเลย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อาตี๋รีวิว  #iPhone16Pro #กล้องไอโฟน #เทคนิคถ่ายภาพ #ช่างภาพ #AppleProRAW  💡 The 'Surface vs. Substance' Lens Analysis: แทนที่จะโฟกัสข่าว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เห็นข่าวลือ iPhone 17 กันแล้ว...แต่สิ่งที่กำลังจะเปลี่ยนการถ่ายภาพ Telephoto บน iPhone ไปตลอดกาล มันอาจจะมาใน iPhone 16 Pro ทั้งสองรุ่นปีนี้เลยครับ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 xml:space="preserve">ข่าวลืออนาคตไกลๆ อย่าง iPhone 17 อาจจะยังไม่นิ่ง แต่ข้อมูลจาก Supply Chain ที่ค่อนข้างชัดเจนสำหรับ iPhone 16 Pro คือการนำเลนส์ Tetraprism 5x optical zoom มาใส่ให้ทั้งในรุ่น Pro และ Pro Max ครับ </w:t>
        <w:br/>
        <w:br/>
        <w:t xml:space="preserve">หลักการทำงานของมันคืออะไร? ปกติเลนส์ซูมยาวๆ ต้องการพื้นที่ในตัวเครื่องเยอะ ซึ่งเป็นไปได้ยากในมือถือ แต่ Tetraprism จะใช้ปริซึมชนิดพิเศษ 'พับ' หรือสะท้อนแสงถึง 4 ครั้งก่อนที่แสงจะตกกระทบเซ็นเซอร์ ทำให้สามารถสร้างทางยาวโฟกัสเทียบเท่าเลนส์ 120mm ได้ในพื้นที่จำกัด </w:t>
        <w:br/>
        <w:br/>
        <w:t>สำหรับช่างภาพ นี่คือ Game-changer ครับ เพราะมันหมายถึงการได้ Compression ที่สวยงามขึ้นเวลาถ่าย Portrait ทำให้ฉากหลังละลายและตัวแบบดูโดดเด่นขึ้น และยังสามารถดึงวัตถุที่อยู่ไกลๆ เข้ามาได้โดยไม่เสียความคมชัดเหมือนการใช้ Digital Zoom มันคือการนำหลักการของเลนส์ Periscope มาพัฒนาไปอีกขั้นโดย Apple 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ใครที่กำลังรออัปเกรด iPhone เพราะเรื่องการซูมโดยเฉพาะ กดเซฟคลิปนี้ไว้เลยครับ เดี๋ยววันเปิดตัวผมจะมาเจาะลึกเปรียบเทียบระยะ 120mm กับเลนส์บนกล้อง Mirrorless ให้ดู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70s  📰 อาตี๋รีวิว  #iPhone16Pro #Tetraprism #ถ่ายภาพบุคคล #กล้องไอโฟน #เทคนิคถ่ายภาพ  💡 The 'Long Zoom' Reality Check: ใช้ข่าวลือที่ไกลเกินจริง (iPh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2E7D32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ช่วงนี้ทุกคนกำลังพูดถึง AI ที่ 'สร้าง' รูปภาพได้...แต่รู้ไหมครับว่า AI ในกล้อง iPhone ที่เราใช้กันอยู่ทุกวัน มีเป้าหมายที่ตรงกันข้ามอย่างสิ้นเชิง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จากข่าว AI Passport ที่เป็นกระแส จะเห็นว่า AI สมัยใหม่เก่งเรื่องการ 'Generate' หรือสร้างสิ่งใหม่ขึ้นมาจากคำสั่ง แต่ปรัชญาของ AI ในกล้อง iPhone อย่าง Deep Fusion และ Photonic Engine คือการ 'Preserve Reality' หรือรักษารายละเอียดของโลกความจริงเอาไว้ให้ได้มากที่สุดครับ</w:t>
        <w:br/>
        <w:br/>
        <w:t>ทุกครั้งที่เรากดชัตเตอร์ iPhone ไม่ได้ถ่ายแค่ภาพเดียว แต่มันบันทึกหลายๆ ภาพที่ค่าแสงต่างกันเก็บไว้ใน Buffer ล่วงหน้า จากนั้น AI จะเข้ามาวิเคราะห์ข้อมูลแบบพิกเซลต่อพิกเซลจากทุกภาพ แล้วเลือกเอาส่วนที่ดีที่สุด เช่น รายละเอียดในเงามืดจากภาพที่สว่าง และรายละเอียดในส่วนสว่างจากภาพที่มืด มารวมกันเป็นภาพสุดท้าย</w:t>
        <w:br/>
        <w:br/>
        <w:t>กระบวนการนี้เรียกว่า Computational Photography มันไม่ใช่การ 'สร้าง' ภาพจากจินตนาการ แต่คือการ 'สังเคราะห์ความจริง' ที่แม่นยำขึ้นจากข้อมูลภาพถ่ายจริงๆ หลายใบ เพื่อเอาชนะข้อจำกัดทางฟิสิกส์ของเซ็นเซอร์ขนาดเล็กในมือถือครับ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ใครอยากดึงศักยภาพสูงสุดของ AI กล้อง iPhone ออกมาใช้ เซฟคลิปนี้ไว้เลยครับ คลิปหน้าผมจะมาสอน workflow การถ่ายด้วย Apple ProRAW เพื่อควบคุมข้อมูลภาพได้แบบเต็มเม็ดเต็มหน่วย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75s  📰 Droidsans  #ComputationalPhotography #AiPhone #DeepFusion #AppleProRAW #กล้องไอโฟน  💡 The 'Photographic Truth' AI Philosophy: ใช้กระแสข่าวเรื่อง G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E65100"/>
          <w:sz w:val="26"/>
        </w:rPr>
        <w:t xml:space="preserve">  💰  งบน้อย อยากได้ iPhone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เห็นข่าวลือ iPhone 17 จะลดราคาแรง? แล้วจะรออีก 3 ปีเหรอ? มาดูงบหมื่นกลางๆ วันนี้ซื้ออะไรได้บ้างดีกว่า!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เพื่อนๆ เห็นข่าวลือ iPhone 17 กันแล้วใช่ไหมครับ คือมันน่าสนใจมากนะ แต่...นั่นมันอีกหลายปีเลย! การรอไปเรื่อยๆ บางทีเราก็เสียโอกาสใช้เทคโนโลยีดีๆ ในวันนี้นะครับ</w:t>
        <w:br/>
        <w:br/>
        <w:t>เอาจริง งบประมาณ 15,000 บาท ตอนนี้ก็หา iPhone ดีๆ ได้แล้วนะ อย่าง iPhone 13 เครื่องมือสองสภาพสวยๆ นี่คือตัวเลือกที่ฉลาดมาก กล้องยังเทพ, ชิป A15 Bionic ยังแรงเหลือๆ ใช้ได้อีกยาวๆ 3-4 ปีสบายๆ เลยครับ</w:t>
        <w:br/>
        <w:br/>
        <w:t>การมีมือถือดีๆ ใช้ทำงาน ถ่ายรูปสวยๆ วันนี้ อาจจะคุ้มกว่าการรอความหวังในอนาคตก็ได้นะ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ใครมีงบเท่าไหร่ หรือลังเลรุ่นไหนอยู่ คอมเมนต์มาเลย เดี๋ยวช่วยดูให้ครับ!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อาตี๋รีวิว  #ไอโฟน #iphone13 #ไอโฟนมือสอง #ผ่อนไอโฟน #งบน้อย  💡 The 'Present Value' Reality Check: ใช้ข่าวลือเกี่ยวกับผลิตภั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AirPods 4 รุ่นใหม่ลือว่าราคาแค่ 3 พันกว่าบาท! น่าโดนมาก! แต่เดี๋ยวก่อน... iPhone ที่จะใช้คู่กัน พร้อมรึยัง?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เห็นข่าวลือราคา AirPods 4 แล้วหลายคนคงอยากจัดเลยใช่ไหมครับ แต่แป๊บนึงนะ! ประสบการณ์ Apple ที่ดีที่สุด มันเริ่มจากโทรศัพท์ของเราครับ</w:t>
        <w:br/>
        <w:br/>
        <w:t>หูฟังจะเทพแค่ไหน ถ้ามือถือเราช้าหรือแบตหมดไว มันก็ไม่สุดอยู่ดี แทนที่จะเอาเงินไปลงกับอุปกรณ์เสริมก่อน ลองมองหา iPhone ดีๆ เป็นเครื่องหลักให้ชีวิตง่ายขึ้นดีกว่าไหม?</w:t>
        <w:br/>
        <w:br/>
        <w:t>งบหมื่นกว่าบาทตอนนี้ ได้ iPhone 13 มือสองที่ยังใช้งานได้ดีเยี่ยม กล้องสวย เล่นเกมลื่น ใช้ได้เต็มประสิทธิภาพกับอุปกรณ์เสริมทุกอย่างใน Ecosystem การลงทุนกับเครื่องหลักก่อน เป็นการใช้เงินที่ฉลาดกว่าในระยะยาวนะครับ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อยากให้ช่วยจัดเซ็ต iPhone พร้อมอุปกรณ์เสริมในงบเท่าไหร่ ลองคอมเมนต์งบรวมมาได้เลย!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อาตี๋รีวิว  #AirPods4 #ไอโฟน #Apple #หูฟังไร้สาย #นักศึกษา  💡 The 'Ecosystem Foundation' Priority: ใช้กระแสข่าวของอุปกรณ์เ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E65100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เห็นข่าวคนโดนระงับบัญชีธนาคารแล้วใจหาย... ถ้าเกิดกับเราตอนเงินเหลือน้อยๆ จะทำไง? มือถือที่ใช้ทำธุรกรรมต้องไว้ใจได้จริงๆ นะ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เรื่องเงินเรื่องทองนี่ซีเรียสมากนะครับ ยิ่งช่วงไหนงบจำกัด ทุกบาททุกสตางค์คือสำคัญ จะโอนเงินจ่ายบิลวินาทีสุดท้าย แอปธนาคารต้องห้ามค้าง โทรศัพท์ต้องไม่รวนเด็ดขาด</w:t>
        <w:br/>
        <w:br/>
        <w:t>นี่คือจุดที่ iPhone ทำได้ดีมากๆ คือเรื่องความเสถียรของระบบ iOS ครับ มันไม่ใช่แค่เรื่องความปลอดภัยจากไวรัสนะ แต่เป็นความน่าเชื่อถือในการใช้งานทุกๆ วัน แอปไม่เด้ง ไม่ค้างมั่วๆ ให้เราหัวเสีย</w:t>
        <w:br/>
        <w:br/>
        <w:t>การลงทุนกับ iPhone มือสองที่ยังได้อัปเดตซอฟต์แวร์อยู่เรื่อยๆ อย่าง iPhone 13 ขึ้นไป มันเหมือนซื้อความสบายใจ ให้เราจัดการเรื่องเงินได้แบบไม่สะดุดครับ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ใครใช้ iPhone จัดการเรื่องเงินเป็นหลักบ้าง? รู้สึกอุ่นใจขึ้นไหม คอมเมนต์มาคุยกันครับ!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Droidsans  #แอปธนาคาร #ไอโฟน #การเงิน #เตือนภัย #ios  💡 The 'Everyday Reliability' Mandate: เชื่อมโยงข่าวไวรัลด้านคว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37474F"/>
          <w:sz w:val="26"/>
        </w:rPr>
        <w:t xml:space="preserve">  🏢  นักธุรกิจ / ผู้บริหาร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บัญชีธนาคารโดนระงับ 8 วัน ใช้เงินตัวเองไม่ได้... วิดีโอนี้บน TikTok กำลังเป็นไวรัล และนี่คือความเสี่ยงทางธุรกิจที่คุณอาจมองข้าม เมื่อใช้มือถือที่ไม่ใช่ iPhone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ตามรายงานจากช่อง Droidsans มีกรณีผู้ใช้งานถูกระงับบัญชีธนาคารผ่านแอปบนมือถือ ทำให้ไม่สามารถทำธุรกรรมได้นานถึง 8 วัน นี่ไม่ใช่แค่ปัญหาส่วนตัว แต่คือความเสี่ยงร้ายแรงต่อการดำเนินงานของธุรกิจ (Operational Risk)</w:t>
        <w:br/>
        <w:br/>
        <w:t>สาเหตุหลักมักมาจากมัลแวร์หรือแอปพลิเคชันที่ไม่ปลอดภัย ซึ่งสามารถเข้าถึงข้อมูลทางการเงินได้ง่ายบนแพลตฟอร์มที่มีความเปิดกว้างสูง</w:t>
        <w:br/>
        <w:br/>
        <w:t>นี่คือจุดที่ iPhone สร้างความแตกต่างอย่างชัดเจน ด้วยสถาปัตยกรรมความปลอดภัยแบบปิด (Walled Garden) ทุกแอปใน App Store ต้องผ่านกระบวนการตรวจสอบที่เข้มงวด ระบบปฏิบัติการ iOS ยังมีการแบ่งส่วนข้อมูล (Sandboxing) ที่ป้องกันไม่ให้แอปหนึ่งเข้าถึงข้อมูลของอีกแอปหนึ่งได้</w:t>
        <w:br/>
        <w:br/>
        <w:t>สำหรับผู้บริหาร การเลือกใช้ iPhone ในองค์กรจึงไม่ใช่แค่เรื่องของภาพลักษณ์ แต่เป็นการลงทุนในเครื่องมือที่ช่วยลดความเสี่ยงทางการเงินและรักษาความต่อเนื่องทางธุรกิจ (Business Continuity) ที่ประเมินค่าไม่ได้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ถ้าความต่อเนื่องทางธุรกิจของคุณสำคัญ Follow เราไว้สำหรับ Apple ecosystem tips เพื่อองค์กรโดยเฉพาะ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65s  📰 Droidsans  #iPhoneSecurity #CyberSecurity #ธุรกิจ #AppleEcosystem #ผู้บริหาร  💡 The Cost of Platform Risk: เชื่อมโยงเหตุการณ์จริงที่กระทบการ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โครงการ AI ของไทยกำลังเป็นประเด็น แต่สำหรับผู้บริหาร คำถามที่สำคัญกว่าคือ: ข้อมูลธุรกิจที่ละเอียดอ่อนของคุณ ถูกส่งไปประมวลผลที่ไหน?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ล่าสุดช่อง Droidsans ได้รีวิวโครงการ TH-AI Passport ซึ่งเป็นตัวอย่างของ AI ที่ประมวลผลบนคลาวด์ (Cloud-based AI) ซึ่งหมายถึงข้อมูลที่เราป้อนเข้าไป จะถูกส่งออกจากเครื่องไปยังเซิร์ฟเวอร์ภายนอก</w:t>
        <w:br/>
        <w:br/>
        <w:t>ลองนึกภาพตาม หากพนักงานของคุณใช้ AI ลักษณะนี้ในการสรุปอีเมลลูกค้า วิเคราะห์ข้อมูลการเงิน หรือร่างแผนกลยุทธ์ ข้อมูลที่เป็นความลับสุดยอดของบริษัทก็จะถูกส่งออกไปเช่นกัน ซึ่งก่อให้เกิดความเสี่ยงด้านความปลอดภัยและการรั่วไหลของข้อมูลอย่างมหาศาล</w:t>
        <w:br/>
        <w:br/>
        <w:t>นี่คือจุดที่แนวทางของ Apple แตกต่างอย่างสิ้นเชิง ด้วย Apple Intelligence ที่เน้นการประมวลผลบนตัวอุปกรณ์ (On-Device AI) เป็นหลัก ข้อมูลสำคัญจึงไม่ได้ออกจาก iPhone ของคุณ ทำให้มั่นใจได้ในเรื่อง Data Privacy และ Data Sovereignty อย่างสูงสุด</w:t>
        <w:br/>
        <w:br/>
        <w:t>สำหรับองค์กรที่ให้ความสำคัญกับการควบคุมข้อมูล การเลือกใช้สถาปัตยกรรมแบบ On-Device ของ Apple จึงไม่ใช่แค่ทางเลือก แต่เป็นนโยบายเชิงกลยุทธ์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อยากรู้ว่า Apple Intelligence จะเปลี่ยนการทำงานในองค์กรคุณได้อย่างปลอดภัยได้อย่างไร? Follow เราเลย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68s  📰 Droidsans  #AppleIntelligence #AI #DataPrivacy #iPhone #ธุรกิจ  💡 The On-Device Intelligence Divide: ใช้ข่าวโครงการ AI ในประเท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37474F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มีข่าวลือว่า iPhone รุ่นใหม่อาจไม่มีสีเงินอีกต่อไป... ผู้บริหารส่วนใหญ่มองข้ามข่าวแบบนี้ แต่จริงๆ แล้วมันมี 'สัญญาณ' เชิงกลยุทธ์ซ่อนอยู่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ตามรายงานข่าวลือล่าสุดที่ช่อง อาตี๋รีวิว นำเสนอ ประเด็นเรื่องสีของ iPhone อาจดูเป็นเรื่องเล็กน้อยสำหรับผู้บริโภค แต่สำหรับมุมมองธุรกิจ เราสามารถเรียนรู้ที่จะแยก 'สัญญาณ (Signal)' ออกจาก 'สิ่งรบกวน (Noise)' ได้</w:t>
        <w:br/>
        <w:br/>
        <w:t>'Noise' ในที่นี้คือ 'สีอะไรจะหายไป' ซึ่งไม่มีผลต่อประสิทธิภาพการทำงาน</w:t>
        <w:br/>
        <w:br/>
        <w:t xml:space="preserve">แต่ 'Signal' หรือสัญญาณเชิงกลยุทธ์ที่ซ่อนอยู่คือ: </w:t>
        <w:br/>
        <w:t>1. SKU Simplification: การลดความหลากหลายของสี คือการลดความซับซ้อนในการผลิต การจัดการสต็อก และซัพพลายเชน ซึ่งเป็นหลักการที่ทุกธุรกิจขนาดใหญ่ใช้เพื่อเพิ่มประสิทธิภาพ</w:t>
        <w:br/>
        <w:t>2. Focus on Core Innovation: ทรัพยากรที่จำกัดถูกนำไปใช้กับสิ่งที่สำคัญกว่า เช่น การพัฒนาชิป, ระบบความปลอดภัย, และซอฟต์แวร์ ไม่ใช่แค่ความสวยงามภายนอก</w:t>
        <w:br/>
        <w:br/>
        <w:t>การมองข่าวเทคโนโลยีด้วยเลนส์แบบนี้ จะช่วยให้ผู้นำองค์กรสามารถตัดสินใจเลือกใช้เทคโนโลยีโดยอิงจากปัจจัยพื้นฐานที่ส่งผลต่อธุรกิจจริงๆ ไม่ใช่แค่กระแส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Follow เราเพื่อเรียนรู้วิธีวิเคราะห์ข่าว Apple ในมุมมองเชิงกลยุทธ์สำหรับธุรกิจ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62s  📰 อาตี๋รีวิว  #Apple #iPhone #TechStrategy #ธุรกิจ #ผู้บริหาร  💡 The 'Signal vs. Noise' Framework for Tech Leaks: ใช้ข่าวลือท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240" w:after="0"/>
      </w:pPr>
    </w:p>
    <w:p>
      <w:pPr>
        <w:spacing w:before="40" w:after="40"/>
        <w:shd w:val="clear" w:color="auto" w:fill="EDE7F6"/>
      </w:pPr>
      <w:r>
        <w:rPr>
          <w:rFonts w:ascii="Arial" w:hAnsi="Arial"/>
          <w:b/>
          <w:i w:val="0"/>
          <w:color w:val="C62828"/>
          <w:sz w:val="26"/>
        </w:rPr>
        <w:t xml:space="preserve">  🔥  คนชอบข่าวลือ / leaks</w:t>
      </w:r>
    </w:p>
    <w:p>
      <w:pPr>
        <w:spacing w:before="40" w:after="0"/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1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คุณอาจยังไม่รู้ว่า Apple ซุ่มทำ iPhone จอพับอยู่! และนี่อาจเป็นครั้งแรกที่ใช้ชื่อว่า 'Ultra' บน iPhone!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มีข่าวลือหนาหูมากครับว่า Apple กำลังพัฒนา iPhone จอพับรุ่นแรกอยู่ โดยอาจจะใช้ชื่อว่า 'iPhone Ultra' เพื่อวางตำแหน่งให้เป็นรุ่นท็อปสุด แพงกว่า Pro Max ไปอีกขั้นเลย! ตามรายงานจาก iPhonemod บอกว่าดีไซน์อาจจะคล้ายกับจอพับของ Samsung แต่แน่นอนว่า Apple ต้องใส่ฟีเจอร์เด็ดๆ และทำให้มันทนทานกว่าเดิมแน่ๆ แต่ทั้งหมดนี้ยังเป็นแค่ข่าวลือที่ยังไม่ได้รับการยืนยันนะครับ ต้องรอติดตามกันยาวๆ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อยากรู้ว่า iPhone จอพับจะเปิดตัวเมื่อไหร่? กด follow ไว้เลย เดี๋ยวมีข้อมูลใหม่รีบมาอัปเดตทันที!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45s  📰 iMod  #iPhoneUltra #ไอโฟนจอพับ #Apple #ข่าวลือ #iPhone  💡 The 'Ultra' Tier Signal: วิเคราะห์การใช้ชื่อ 'Ultra' ที่หลุด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2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iPhone 18 Pro อาจมี 4 อัปเกรดใหญ่ที่ทำให้คุณต้องอยากเปลี่ยนเครื่อง! แต่ราคาก็อาจจะขึ้นตามไปด้วย!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นี่คือสรุปข่าวลือ iPhone 18 Pro จาก iPhonemod นะครับ! อย่างแรกเลยคือชิปใหม่ A20 Pro ที่แรงขึ้นแน่นอน สองคืออาจมีสีใหม่มาให้เลือก สามคือกล้องที่ลือกันว่าจะสามารถปรับรูรับแสงได้ ทำให้ถ่ายรูปในที่แสงน้อยได้ดีขึ้นอีกระดับ และสี่คือแบตเตอรี่ที่อาจจะใหญ่ขึ้น แก้ปัญหาที่หลายคนบ่นกัน แต่ที่สำคัญคือ...ทั้งหมดนี้อาจทำให้ Apple ต้องขึ้นราคา iPhone 18 Pro ด้วย! ข้อมูลทั้งหมดนี้ยังไม่ยืนยันนะครับ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คิดว่าถ้าสเปคมาแบบนี้จริง จะยอมจ่ายเพิ่มมั้ย? คอมเมนต์มาคุยกัน แล้วกด follow ไว้รออัปเดตข่าวจริง!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50s  📰 iMod  #iPhone18Pro #ไอโฟน18 #AppleRumors #A20Pro #ข่าวไอที  💡 The 'Pain Point Payoff' Synthesis: สังเคราะห์ข่าวลือแต่ละชิ้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40"/>
      </w:pPr>
      <w:r>
        <w:rPr>
          <w:rFonts w:ascii="Arial" w:hAnsi="Arial"/>
          <w:b/>
          <w:i w:val="0"/>
          <w:color w:val="C62828"/>
          <w:sz w:val="18"/>
        </w:rPr>
        <w:t>Script 3 / 3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🎣 Hook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2"/>
        </w:rPr>
        <w:t>เกมเมอร์เตรียมเฮ! ข้อมูลหลุดชิป iPhone 18 Pro เผยอาจมี GPU ถึง 7-core พร้อม RAM ที่เร็วกว่าเดิม!</w:t>
      </w:r>
    </w:p>
    <w:p>
      <w:pPr>
        <w:spacing w:before="40" w:after="40"/>
        <w:shd w:val="clear" w:color="auto" w:fill="F3E5F5"/>
      </w:pPr>
      <w:r>
        <w:rPr>
          <w:rFonts w:ascii="Arial" w:hAnsi="Arial"/>
          <w:b/>
          <w:i w:val="0"/>
          <w:color w:val="6B2FA0"/>
          <w:sz w:val="16"/>
        </w:rPr>
        <w:t>📝 Body</w:t>
      </w:r>
    </w:p>
    <w:p>
      <w:pPr>
        <w:spacing w:before="0" w:after="80"/>
        <w:ind w:left="170"/>
      </w:pPr>
      <w:r>
        <w:rPr>
          <w:rFonts w:ascii="Arial" w:hAnsi="Arial"/>
          <w:b w:val="0"/>
          <w:i w:val="0"/>
          <w:sz w:val="20"/>
        </w:rPr>
        <w:t>ใครเป็นสายเล่นเกมบนมือถือต้องฟังทางนี้เลย! มีรายงานจาก 9to5Mac อ้างว่า Leaker ได้ปล่อยข้อมูลชิป A20 Pro ที่จะใช้ใน iPhone 18 Pro ว่าอาจจะมีการอัปเกรด GPU เป็น 7-core เลยทีเดียว! แถมยังมาพร้อมกับ RAM ที่เร็วขึ้นกว่าเดิมด้วย ซึ่งถ้าเป็นเรื่องจริง จะหมายความว่าการเล่นเกมกราฟิกโหดๆ จะลื่นขึ้นมาก ภาพสวยขึ้น และการทำงานแอปโปรต่างๆ อย่างตัดต่อวิดีโอก็จะเร็วขึ้นแบบรู้สึกได้เลย แต่ย้ำอีกครั้งว่านี่เป็นเพียงข้อมูลที่ยังไม่ได้รับการยืนยันนะครับ</w:t>
      </w:r>
    </w:p>
    <w:p>
      <w:pPr>
        <w:spacing w:before="40" w:after="40"/>
        <w:shd w:val="clear" w:color="auto" w:fill="E8EAF6"/>
      </w:pPr>
      <w:r>
        <w:rPr>
          <w:rFonts w:ascii="Arial" w:hAnsi="Arial"/>
          <w:b/>
          <w:i w:val="0"/>
          <w:color w:val="283593"/>
          <w:sz w:val="16"/>
        </w:rPr>
        <w:t>📣 CTA</w:t>
      </w:r>
    </w:p>
    <w:p>
      <w:pPr>
        <w:spacing w:before="0" w:after="80"/>
        <w:ind w:left="170"/>
      </w:pPr>
      <w:r>
        <w:rPr>
          <w:rFonts w:ascii="Arial" w:hAnsi="Arial"/>
          <w:b/>
          <w:i w:val="0"/>
          <w:sz w:val="20"/>
        </w:rPr>
        <w:t>ใครรอชิปใหม่ไปเล่นเกมบ้าง? กด follow ไว้เลย มีข้อมูลหลุดเรื่องชิปมาอีกเดี๋ยวรีบมารายงาน!</w:t>
      </w:r>
    </w:p>
    <w:p>
      <w:pPr>
        <w:spacing w:before="0" w:after="40"/>
      </w:pPr>
      <w:r>
        <w:rPr>
          <w:rFonts w:ascii="Arial" w:hAnsi="Arial"/>
          <w:b w:val="0"/>
          <w:i/>
          <w:color w:val="888888"/>
          <w:sz w:val="16"/>
        </w:rPr>
        <w:t>⏱ 48s  📰 9to5Mac  #iPhone18Pro #ชิปA20 #Apple #เกมเมอร์ #iPhoneLeaks  💡 The 'On-Device AI' Horsepower Play: ตีความข่าวลือเรื่องการอั</w:t>
      </w:r>
    </w:p>
    <w:p>
      <w:pPr>
        <w:spacing w:before="80" w:after="80"/>
        <w:pBdr>
          <w:bottom w:val="single" w:sz="4" w:space="1" w:color="DDDDDD"/>
        </w:pBdr>
      </w:pPr>
    </w:p>
    <w:p>
      <w:pPr>
        <w:spacing w:before="160" w:after="0"/>
      </w:pPr>
    </w:p>
    <w:p>
      <w:pPr>
        <w:spacing w:before="0" w:after="120"/>
        <w:jc w:val="center"/>
      </w:pPr>
      <w:r>
        <w:rPr>
          <w:rFonts w:ascii="Arial" w:hAnsi="Arial"/>
          <w:b w:val="0"/>
          <w:i/>
          <w:color w:val="AAAAAA"/>
          <w:sz w:val="16"/>
        </w:rPr>
        <w:t>Generated by TikTok Farming Pipeline  •  Next step: Script QC Agent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