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05 Sep 2026  07:50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ใครทีมสีเงินเตรียมอกหัก! ข่าวลือล่าสุดบอกว่า iPhone 16 อาจจะไม่มีสี Silver แล้วนะเว้ย!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ช็อคสุด! ตามรายงานจากช่องอาตี๋รีวิว คือมีข่าวลือว่าไลน์อัป iPhone 16 Pro ปีนี้อาจจะตัดสีเงิน Silver ที่เป็นสีคลาสสิคออกไปเลย! คือสีนี้อยู่กับเรามานานมากนะเว้ย แล้วคิดดูดิว่า Apple จะตัดออกทำไม? หรือเค้าอยากจะดันสีใหม่อย่าง Rose Titanium กับ Space Black ให้ปังสุดๆ? หรือนี่คือแผนการตลาดขั้นเทพ!? ตัดออกไปปีสองปี แล้วเอาคัมแบ็คกลับมาขายใหม่เป็น 'Classic Silver Edition' ให้คนแห่ไปซื้ออีกรอบ! โคตรฉลาดเลยนะเอาดีๆ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เพื่อนๆ คิดว่าไง Apple แค่เบื่อหรือมีแผนซ่อนอยู่? คอมเมนต์มาหน่อย! แล้วกด follow ไว้เลย เดี๋ยวสีจริงเปิดตัวเมื่อไหร่จะรีบมาอัปเดต! 🔥</w:t>
      </w:r>
    </w:p>
    <w:p>
      <w:pPr>
        <w:spacing w:before="0" w:after="40"/>
      </w:pPr>
      <w:r>
        <w:rPr>
          <w:rFonts w:ascii="Arial" w:hAnsi="Arial"/>
          <w:b w:val="0"/>
          <w:i/>
          <w:color w:val="888888"/>
          <w:sz w:val="16"/>
        </w:rPr>
        <w:t>⏱ 40s  📰 อาตี๋รีวิว  #iPhone16 #Apple #ไอโฟน #ข่าวไอที #มือถือ  💡 The 'Nostalgia Bait' Strategy: วิเคราะห์ข่าวลือการตัดสีคลาสส</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Siri กำลังจะมีคู่แข่งที่ฉลาดกว่าเป็นล้านเท่า!? รู้จัก Project Astra ของ OpenAI ยัง?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งานนี้ Siri มีหนาวแน่! ล่าสุด Droidsans เค้าเล่าเรื่อง AI ตัวใหม่ชื่อ 'Astra' จาก OpenAI ที่สร้าง ChatGPT นั่นแหละ บอกเลยว่าโคตรโกง! มันไม่ใช่แค่พิมพ์คุยนะเว้ย แต่มันมองเห็นภาพผ่านกล้องได้แบบเรียลไทม์! คือเราแค่ส่องกล้องไปที่อะไรก็ได้แล้วถามว่า 'นี่คืออะไร?' หรือ 'แก้โจทย์เลขข้อนี้ดิ๊' มันตอบได้หมด! ลองคิดภาพถ้า AI เทพขนาดนี้มาอยู่ใน iPhone เราดิ... ชีวิตจะสบายขึ้นเบอร์ไหน? ถึงแม้จะยังไม่มีข่าวยืนยันว่ามันจะมาบน iPhone นะ แต่ศึก AI ครั้งนี้สนุกแน่!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อยากให้ AI แบบไหนอยู่ใน iPhone? ทีม Siri คนเดิม เพิ่มเติมความเก่ง หรือทีม Astra ตัวตึงคนใหม่? เมนต์มา! กด follow ไว้เลย มีข่าว AI บน iPhone จะรีบมาเล่าให้ฟัง!</w:t>
      </w:r>
    </w:p>
    <w:p>
      <w:pPr>
        <w:spacing w:before="0" w:after="40"/>
      </w:pPr>
      <w:r>
        <w:rPr>
          <w:rFonts w:ascii="Arial" w:hAnsi="Arial"/>
          <w:b w:val="0"/>
          <w:i/>
          <w:color w:val="888888"/>
          <w:sz w:val="16"/>
        </w:rPr>
        <w:t>⏱ 45s  📰 Droidsans  #AppleIntelligence #OpenAI #Astra #Siri #ไอโฟน  💡 The 'AI Sidekick' Showdown: เปลี่ยนข่าวเทคโนโลยี AI ที่ซับซ้</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งบจำกัดแต่อยากได้หูฟังใหม่? ถ้า AirPods 4 เปิดตัวมาจริง จะซื้อเลยหรือรอมือสองดี!?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ชาวเราที่มีงบจำกัดฟังทางนี้! ตอนนี้มีข่าวลือหนาหูมากจากช่องอาตี๋รีวิว ว่า AirPods 4 อาจจะเปิดตัวเร็วๆ นี้ในราคาที่จับต้องได้ง่ายขึ้น! แต่ประเด็นมันอยู่ตรงนี้...ถ้า AirPods 4 เปิดตัวมาในราคานั้นจริงๆ มันจะไปใกล้เคียงกับราคา AirPods Pro รุ่นก่อนๆ ที่เริ่มลดราคาแล้วไง! ทีนี้ก็เกิดอาการรักพี่เสียดายน้องเลยดิ จะเลือกของใหม่แกะกล่อง ฟีเจอร์สดๆ หรือจะยอมเอารุ่นโปรที่เก่ากว่าหน่อย แต่ได้ฟีเจอร์จัดเต็มอย่าง Active Noise Cancellation? เป็นปัญหาโลกแตกของคนงบน้อยสุดๆ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ถ้าเป็นนาย นายจะเลือกอะไรระหว่าง 'ใหม่ล่าสุด' กับ 'โปรสุดคุ้ม'? คอมเมนต์มาแชร์กัน! กด follow ไว้เลย เดี๋ยวมีข้อมูลเพิ่มจะมาช่วยวิเคราะห์ให้! 🔥</w:t>
      </w:r>
    </w:p>
    <w:p>
      <w:pPr>
        <w:spacing w:before="0" w:after="40"/>
      </w:pPr>
      <w:r>
        <w:rPr>
          <w:rFonts w:ascii="Arial" w:hAnsi="Arial"/>
          <w:b w:val="0"/>
          <w:i/>
          <w:color w:val="888888"/>
          <w:sz w:val="16"/>
        </w:rPr>
        <w:t>⏱ 42s  📰 อาตี๋รีวิว  #AirPods4 #Apple #หูฟังไร้สาย #ไอโฟน #ของมันต้องมี  💡 The 'Student Budget' Upgrade Dilemma: แปลงข่าวลือเรื่องราคาผ</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มีเวลาตัดสินใจแค่ 7 วัน! ถ้ากำลังจะซื้อมือถือใหม่ Samsung อาจไม่ใช่ตัวเลือกที่คุ้มที่สุดอีกต่อไป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ข่าวด่วนจาก Droidsans ครับ แหล่งข่าววงในยืนยันว่า Samsung เตรียมปรับขึ้นราคามือถือในไทยภายในสัปดาห์หน้า</w:t>
        <w:br/>
        <w:br/>
        <w:t>สำหรับคนทำงานที่กำลังชั่งใจระหว่าง iPhone กับ Samsung นี่คือจุดเปลี่ยนสำคัญเลยครับ เพราะปัจจัยเรื่อง 'ราคา' ที่เคยเป็นข้อได้เปรียบของฝั่ง Samsung อาจจะลดลง</w:t>
        <w:br/>
        <w:br/>
        <w:t>การขึ้นราคารอบนี้ ทำให้เราต้องกลับมาคิดถึง 'ต้นทุนระยะยาว' (Commitment Cost) ของการเลือกใช้แต่ละระบบปฏิบัติการ ไม่ใช่แค่ราคาเครื่องตอนซื้อ แต่รวมถึงราคาขายต่อ ความเสถียรของราคาในอนาคต ซึ่งเป็นจุดที่ iPhone ทำได้ดีมาตลอด</w:t>
        <w:br/>
        <w:br/>
        <w:t>ถ้าคุณกำลังจะอัปเกรดมือถือ Samsung อยู่แล้ว อาจจะต้องรีบตัดสินใจในสัปดาห์นี้ แต่ถ้าคุณอยู่ฝั่ง iPhone หรือกำลังลังเลที่จะย้ายมา ข่าวนี้ยิ่งตอกย้ำความคุ้มค่าในระยะยาวของ Apple มากขึ้นไปอีกครับ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ใครกำลังลังเลระหว่าง iPhone กับ Samsung อยู่ คอมเมนต์มาคุยกันได้เลยครับ</w:t>
      </w:r>
    </w:p>
    <w:p>
      <w:pPr>
        <w:spacing w:before="0" w:after="40"/>
      </w:pPr>
      <w:r>
        <w:rPr>
          <w:rFonts w:ascii="Arial" w:hAnsi="Arial"/>
          <w:b w:val="0"/>
          <w:i/>
          <w:color w:val="888888"/>
          <w:sz w:val="16"/>
        </w:rPr>
        <w:t>⏱ 55s  📰 Droidsans  #iPhoneVsSamsung #ซัมซุง #ไอโฟน #ข่าวไอที #มนุษย์เงินเดือน  💡 The 'Commitment Cost' Crossroad: วิเคราะห์ข่าวการขึ้นราคาของ</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ทำงานสะดุดเพราะเสียงรอบข้างวันละกี่ครั้ง? ข่าวลือ AirPods 4 รุ่นใหม่อาจเป็นคำตอบในราคาที่คาดไม่ถึง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อาตี๋รีวิวเพิ่งมีข้อมูลหลุดมาครับว่า AirPods 4 รุ่นใหม่ที่กำลังจะเปิดตัว อาจมีราคาที่เข้าถึงง่ายมากๆ</w:t>
        <w:br/>
        <w:br/>
        <w:t>แต่ก่อนจะพูดเรื่องราคา ลองมาทำ 'Productivity Friction Audit' กันซัก 1 นาทีครับ ลองนึกดูว่าในแต่ละวัน คุณเสียสมาธิไปกับอะไรบ้าง? เสียงเพื่อนร่วมงานในออฟฟิศ? เสียงดังในร้านกาแฟตอนประชุมออนไลน์? หรือเสียงรถตอนคุยงานสำคัญระหว่างเดินทาง?</w:t>
        <w:br/>
        <w:br/>
        <w:t>สิ่งเหล่านี้คือ 'Friction' หรือแรงเสียดทานที่ลดประสิทธิภาพการทำงานของคุณโดยไม่รู้ตัว</w:t>
        <w:br/>
        <w:br/>
        <w:t>ข่าวลือของ AirPods 4 ไม่ใช่แค่เรื่องหูฟังใหม่ราคาดีครับ แต่มันอาจเป็นเครื่องมือที่เข้ามาช่วย 'ซื้อ' สมาธิและเวลาของคุณกลับคืนมาโดยเฉพาะ ถ้ามีฟีเจอร์ตัดเสียงรบกวนในราคาที่ถูกลงจริง มันคือการลงทุนเพื่อลดแรงเสียดทานในการทำงานที่คุ้มค่ามากครับ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คุณเจอปัญหาเสียงรบกวนตอนทำงานที่ไหนบ่อยที่สุด? คอมเมนต์มาแชร์กันหน่อยครับ</w:t>
      </w:r>
    </w:p>
    <w:p>
      <w:pPr>
        <w:spacing w:before="0" w:after="40"/>
      </w:pPr>
      <w:r>
        <w:rPr>
          <w:rFonts w:ascii="Arial" w:hAnsi="Arial"/>
          <w:b w:val="0"/>
          <w:i/>
          <w:color w:val="888888"/>
          <w:sz w:val="16"/>
        </w:rPr>
        <w:t>⏱ 50s  📰 อาตี๋รีวิว  #AirPods4 #Apple #หูฟังไร้สาย #wfh #ทำงาน  💡 The 'Productivity Friction' Audit: เปลี่ยนมุมมองจากการพิจารณ</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ถ้าพรุ่งนี้แอปธนาคารหลักของคุณใช้ไม่ได้ 8 วัน... คุณจะเอาตัวรอดยังไง?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หลายคนน่าจะเห็นข่าวไวรัลจากช่อง Droidsans ที่มีคนโดนระงับบัญชีธนาคาร ใช้เงินตัวเองไม่ได้นานถึง 8 วัน เรื่องนี้สะท้อนปัญหาที่น่ากลัวมากสำหรับคนทำงาน คือ 'Single Point of Failure' หรือการพึ่งพาระบบใดระบบหนึ่งมากเกินไป</w:t>
        <w:br/>
        <w:br/>
        <w:t>พอแอปหลักล่ม ทุกอย่างก็จบ... แต่ถ้าคุณใช้ iPhone นี่คือจุดที่ Ecosystem ของ Apple จะเข้ามาช่วยสร้าง 'ความยืดหยุ่น' ให้ชีวิตการเงินของคุณครับ</w:t>
        <w:br/>
        <w:br/>
        <w:t>ถึงแอปธนาคารจะเข้าไม่ได้ แต่ถ้าคุณผูกบัตรไว้กับ Apple Pay คุณยังสามารถใช้จ่ายที่ร้านค้าได้ตามปกติ, บัตรโดยสารใน Apple Wallet ยังใช้เดินทางได้, ข้อมูลสำคัญต่างๆ ก็ถูกเก็บไว้อย่างปลอดภัยใน Notes ที่ซิงค์ข้ามอุปกรณ์</w:t>
        <w:br/>
        <w:br/>
        <w:t>นี่ไม่ใช่แค่เรื่องความสะดวกสบาย แต่มันคือการออกแบบระบบชีวิตดิจิทัลของคุณให้มีทางสำรอง ลดความเสี่ยงเมื่อระบบหลักเกิดปัญหาขึ้นมาจริงๆ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นอกจากแอปธนาคาร คุณใช้ Apple Pay หรือ Wallet บ่อยแค่ไหน? คอมเมนต์บอกกันหน่อยครับ</w:t>
      </w:r>
    </w:p>
    <w:p>
      <w:pPr>
        <w:spacing w:before="0" w:after="40"/>
      </w:pPr>
      <w:r>
        <w:rPr>
          <w:rFonts w:ascii="Arial" w:hAnsi="Arial"/>
          <w:b w:val="0"/>
          <w:i/>
          <w:color w:val="888888"/>
          <w:sz w:val="16"/>
        </w:rPr>
        <w:t>⏱ 60s  📰 Droidsans  #รอบรู้ไอที #ความปลอดภัย #ApplePay #iPhoneTricks #การเงิน  💡 The 'Single Point of Failure' Resilience Test: ใช้ข่าวปัญหาแ</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 Close-up ของ iPhone สี Silver/White Titanium] สีที่เที่ยงตรงที่สุดบน iPhone สำหรับช่างภาพ อาจจะไม่มีอีกแล้ว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มีข่าวลือจากช่องอาตี๋รีวิวว่า iPhone รุ่นต่อไปอาจจะตัดสีเงิน หรือ Silver ออกไป ซึ่งสำหรับคนถ่ายรูปอย่างเราๆ มันไม่ใช่แค่เรื่องความสวยงามครับ แต่สี Silver หรือ White Titanium เนี่ย มันคือสีที่ใกล้เคียงกับ 'สีเทากลาง' หรือ Neutral Gray ที่สุดบนตัวเครื่อง ทำให้มันเป็นจุดอ้างอิงสีแบบเร็วๆ ได้เลยในบางสถานการณ์</w:t>
        <w:br/>
        <w:br/>
        <w:t>การที่ Apple อาจจะตัดสีนี้ออก แล้วไปเน้นสีอย่าง Space Black หรือ Rose อาจจะเป็นสัญญาณการเปลี่ยนมุมมองต่อคำว่า 'Pro' ครับ จากเดิมที่เน้นความคลาสสิก เที่ยงตรง เป็นกลาง (Neutral) ไปสู่การเป็นเครื่องมือที่สะท้อนตัวตน (Expressive) มากขึ้น</w:t>
        <w:br/>
        <w:br/>
        <w:t>แน่นอนว่านี่เป็นแค่ข่าวลือที่ยังไม่ยืนยันนะครับ แต่ก็น่าคิดว่าทิศทางของดีไซน์ จะส่งผลต่อการรับรู้ของกลุ่มผู้ใช้งานมืออาชีพยังไงในระยะยาว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คุณทีมสีไหน Silver หรือสีใหม่ๆ? กด save โพสต์นี้ไว้เลย เดี๋ยวถ้ามีข่าวลือเรื่องสเปคกล้องจริงๆ หลุดมา จะรีบมาเจาะลึกให้ทันทีครับ</w:t>
      </w:r>
    </w:p>
    <w:p>
      <w:pPr>
        <w:spacing w:before="0" w:after="40"/>
      </w:pPr>
      <w:r>
        <w:rPr>
          <w:rFonts w:ascii="Arial" w:hAnsi="Arial"/>
          <w:b w:val="0"/>
          <w:i/>
          <w:color w:val="888888"/>
          <w:sz w:val="16"/>
        </w:rPr>
        <w:t>⏱ 60s  📰 อาตี๋รีวิว  #iPhone16 #Apple #ไอโฟน #ช่างภาพ #ถ่ายรูป  💡 The 'Professional Palette' Identity Shift: วิเคราะห์ข่าวลือเ</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[ภาพเปรียบเทียบ: ภาพถ่ายบุคคลจาก iPhone ที่สมจริง VS ภาพแฟนตาซีจาก AI] AI จะทำให้ภาพถ่าย 'จริง' ขึ้น หรือ 'ปลอม' ลง? นี่คือสิ่งที่คนถ่ายรูปต้องรู้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ช่วงนี้มีข่าว AI อย่าง GPT-6 Astra ที่ฉลาดจนน่าทึ่ง ทำให้หลายคนเริ่มถามว่าแล้วทิศทางของ AI ในกล้องจะเป็นยังไงต่อ? คำตอบคือ AI มีสองเส้นทางที่ต่างกันอย่างสิ้นเชิงครับ</w:t>
        <w:br/>
        <w:br/>
        <w:t>AI แบบ Astra คือ Generative AI ที่เน้น 'สร้าง' สิ่งใหม่จากศูนย์ แต่ AI ในกล้อง iPhone ทำงานตรงกันข้ามโดยสิ้นเชิง มันคือ 'Computational Photography' ที่มีเป้าหมายเพื่อ 'รักษาสภาพความเป็นจริง' ให้สมบูรณ์ที่สุด</w:t>
        <w:br/>
        <w:br/>
        <w:t>ยกตัวอย่าง Photonic Engine ใน iPhone มันจะประมวลผลข้อมูลจากเซ็นเซอร์ตั้งแต่ไฟล์ยังไม่ถูกบีบอัด เพื่อเก็บรายละเอียดแสงและสีให้ได้มากที่สุด หรือ Deep Fusion ที่วิเคราะห์ภาพระดับพิกเซลต่อพิกเซลเพื่อดึง Texture ออกมาให้คมชัดที่สุด ทั้งหมดนี้คือการใช้ AI เพื่อเอาชนะข้อจำกัดของฮาร์ดแวร์ ให้ได้ภาพที่ใกล้เคียงกับที่ตาเห็นที่สุด ไม่ใช่การสร้างภาพจากจินตนาการครับ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อนาคต AI กับการถ่ายภาพน่าสนใจมาก กด save ไว้เลย เดี๋ยวคลิปหน้ามาเจาะลึก workflow การถ่าย Apple ProRAW ที่ดึงพลังของ AI ออกมาใช้ได้เต็มที่ครับ</w:t>
      </w:r>
    </w:p>
    <w:p>
      <w:pPr>
        <w:spacing w:before="0" w:after="40"/>
      </w:pPr>
      <w:r>
        <w:rPr>
          <w:rFonts w:ascii="Arial" w:hAnsi="Arial"/>
          <w:b w:val="0"/>
          <w:i/>
          <w:color w:val="888888"/>
          <w:sz w:val="16"/>
        </w:rPr>
        <w:t>⏱ 65s  📰 Droidsans  #ComputationalPhotography #iPhoneCamera #AppleProRAW #AI #ถ่ายภาพไอโฟน  💡 The 'Computational Integrity' vs. 'Generative Fantasy' Divid</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[ภาพข่าวไวรัลหัวข้อ 'iPhone 17 ลดเยอะ'] เห็นข่าวลือ iPhone 17 แล้วอย่าเพิ่งตื่นเต้น! มาดูกันว่าอัปเกรดกล้องแบบไหนที่เรียกว่า 'ก้าวกระโดด' จริงๆ</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ช่วงนี้อาจจะเห็นข่าวจากบางช่องอย่างอาตี๋รีวิว ที่พาดหัวเรื่อง iPhone 17 ซึ่งมันยังอีกไกลมากครับ แต่สำหรับคนถ่ายรูปอย่างเรา มันทำให้เกิดคำถามสำคัญว่า อัปเกรดแบบไหนกันแน่ ที่เราควรจะรอ?</w:t>
        <w:br/>
        <w:br/>
        <w:t>การอัปเกรดกล้องมือถือให้เรียกว่า 'ก้าวกระโดด' จริงๆ ต้องดู 3 อย่างนี้ครับ</w:t>
        <w:br/>
        <w:t>1. ขนาดเซ็นเซอร์: ถ้ามีข่าวลือว่า Apple จะใช้เซ็นเซอร์ขนาดใหญ่ขึ้นอย่างชัดเจน เช่น ขยับไปใกล้เคียง 1 นิ้ว อันนี้เรื่องใหญ่ครับ เพราะมันหมายถึง Dynamic Range และการละลายหลังที่ดีขึ้นแบบผิดหูผิดตา</w:t>
        <w:br/>
        <w:t>2. เทคโนโลยีเลนส์: ไม่ใช่แค่เพิ่มระยะซูม แต่ต้องเป็นเทคโนโลยีใหม่ เช่น การใช้เลนส์ที่มี 'รูรับแสงแบบปรับได้' (Variable Aperture) หรือ 'Liquid Lens' ที่ทำให้โฟกัสเร็วขึ้นมาก</w:t>
        <w:br/>
        <w:t>3. ชิปประมวลผลภาพ (ISP): ถ้าชิปใหม่สามารถประมวลผลฟีเจอร์ที่ไม่เคยมีมาก่อนได้ เช่น ถ่าย ProRAW แบบไม่มี Shutter Lag เลย อันนี้ถึงจะเรียกว่าเปลี่ยนเกมครับ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ข่าวลือมีมาเรื่อยๆ แต่ถ้ายังไม่มี 3 อย่างนี้ ก็อาจจะยังไม่คุ้มอัปเกรด กด save ไว้เลย ถ้ามีข่าวลือสเปคกล้องจริงๆ หลุดมา ผมจะมาวิเคราะห์ให้ทันที</w:t>
      </w:r>
    </w:p>
    <w:p>
      <w:pPr>
        <w:spacing w:before="0" w:after="40"/>
      </w:pPr>
      <w:r>
        <w:rPr>
          <w:rFonts w:ascii="Arial" w:hAnsi="Arial"/>
          <w:b w:val="0"/>
          <w:i/>
          <w:color w:val="888888"/>
          <w:sz w:val="16"/>
        </w:rPr>
        <w:t>⏱ 70s  📰 อาตี๋รีวิว  #iPhone17 #iPhone16Pro #Apple #กล้องไอโฟน #ข่าวลือ  💡 The 'Generational Leap' Technical Benchmark: ใช้ข่าวลือที่ไก</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 20,000 กำลังจะซื้อ Samsung อยู่รึเปล่า? เบรคก่อน! เพราะมีข่าวว่าสัปดาห์หน้าราคาจะขึ้นแล้ว!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ใครที่กำลังเล็งมือถือ Android ในงบนี้ต้องรีบคิดเลยนะ เพราะมีรายงานจาก Droidsans ว่า Samsung อาจจะปรับราคาขึ้นในไทยเร็วๆ นี้! ทีนี้คำถามคือ...จะรีบซื้อตอนนี้ หรือจะหันมาดูตัวเลือกที่ราคานิ่งกว่าอย่าง iPhone ดี?</w:t>
        <w:br/>
        <w:br/>
        <w:t>ในงบประมาณใกล้เคียงกัน เรายังสามารถหา iPhone มือสองสภาพดี หรือเครื่อง Refurbished ได้สบายๆ เลยนะ อย่าง iPhone 13 เนี่ย ราคาลงมาเยอะแล้ว แต่ยังใช้งานได้อีกยาวๆ ชิปแรง กล้องสวย แถมราคาขายต่อก็ยังดีกว่าด้วย</w:t>
        <w:br/>
        <w:br/>
        <w:t>การที่ราคา iPhone ค่อนข้างนิ่ง ทำให้เราวางแผนงบได้ง่ายกว่า ไม่ต้องมาลุ้นว่าจะขึ้นราคาเมื่อไหร่ ถือเป็นตัวเลือกที่ปลอดภัยสำหรับคนงบน้อยเลย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ถ้ามีงบสองหมื่นตอนนี้ จะรีบไปซื้อ Samsung หรือเปลี่ยนใจมา iPhone? คอมเมนต์งบมา เดี๋ยวช่วยแนะนำรุ่นที่เหมาะที่สุดให้!</w:t>
      </w:r>
    </w:p>
    <w:p>
      <w:pPr>
        <w:spacing w:before="0" w:after="40"/>
      </w:pPr>
      <w:r>
        <w:rPr>
          <w:rFonts w:ascii="Arial" w:hAnsi="Arial"/>
          <w:b w:val="0"/>
          <w:i/>
          <w:color w:val="888888"/>
          <w:sz w:val="16"/>
        </w:rPr>
        <w:t>⏱ 48s  📰 Droidsans  #iphone #samsung #ไอโฟนมือสอง #ไอโฟน #มือถือน่าใช้  💡 The 'Safe Haven' Investment Strategy: ใช้ข่าวความผันผวนของรา</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 AirPods 4 ราคาใหม่แล้วใช่ไหม? แต่ถ้ามีงบจำกัดจริงๆ เงินก้อนแรกควรลงกับอะไรกันแน่?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ตามข่าวลือจากอาตี๋รีวิว AirPods 4 อาจจะมาในราคาที่เข้าถึงง่ายขึ้น ซึ่งก็ดีมากๆ เลยนะ แต่ขอพูดแบบตรงๆ สำหรับคนงบน้อย...โทรศัพท์ต้องมาก่อนเสมอ!</w:t>
        <w:br/>
        <w:br/>
        <w:t>ลองคิดดูนะ การมีหูฟังเทพๆ แต่ใช้กับโทรศัพท์ที่เริ่มช้า แบตหมดเร็ว มันก็ไม่สุดใช่ไหม? บางทีการเอาเงินส่วนที่จะซื้อหูฟัง ไปเพิ่มงบเพื่อขยับรุ่น iPhone ให้ใหม่ขึ้น อาจจะคุ้มกว่าในระยะยาว</w:t>
        <w:br/>
        <w:br/>
        <w:t>เช่น แทนที่จะซื้อมือถือราคา 15,000 แล้วซื้อหูฟังอีก 5,000 ลองมองหา iPhone รุ่นที่ดีขึ้นในงบ 20,000 ไปเลยทีเดียว ประสบการณ์ใช้งานโดยรวมจะดีกว่าแบบเห็นได้ชัด แล้วหูฟังค่อยเก็บเงินซื้อทีหลังก็ได้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ใครเคยลังเลระหว่างอัปเกรดเครื่องกับซื้อของอย่างอื่นบ้าง? คอมเมนต์งบที่มีมาเลย เดี๋ยวช่วยจัดลำดับความสำคัญให้ว่าอะไรคุ้มสุด!</w:t>
      </w:r>
    </w:p>
    <w:p>
      <w:pPr>
        <w:spacing w:before="0" w:after="40"/>
      </w:pPr>
      <w:r>
        <w:rPr>
          <w:rFonts w:ascii="Arial" w:hAnsi="Arial"/>
          <w:b w:val="0"/>
          <w:i/>
          <w:color w:val="888888"/>
          <w:sz w:val="16"/>
        </w:rPr>
        <w:t>⏱ 52s  📰 อาตี๋รีวิว  #airpods #iphone #ไอโฟน #ผ่อนไอโฟน #วางแผนการเงิน  💡 The 'Core vs. Periphery' Budgeting Framework: สร้างกรอบความค</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มีคนพูดถึงโปร iPhone 17 แล้ว! แต่จะรออีก 2 ปีเลยเหรอ? มาดูงบหมื่นกว่าบาทวันนี้ดีกว่า ว่าได้อะไรที่คุ้มกว่าการรอ!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เห็นข่าวลือโปรโมชั่น iPhone 17 จากช่องอาตี๋รีวิวแล้วใช่ไหมครับ...ฟังดูน่าสนใจนะ แต่เดี๋ยวก่อน นั่นมันอีกตั้ง 2 ปีเลยนะ!</w:t>
        <w:br/>
        <w:br/>
        <w:t>การ 'รอ' แปลว่าเราต้องทนใช้เครื่องเก่าที่อาจจะช้า แบตเสื่อม หรือกล้องไม่สวยไปอีก 700 กว่าวันเลยนะ! ค่าเสียโอกาสตรงนี้อาจจะมากกว่าส่วนลดที่เราจะได้ในอนาคตอีก</w:t>
        <w:br/>
        <w:br/>
        <w:t>กลับมาที่ปัจจุบันดีกว่า งบประมาณหมื่นกลางๆ ถึงสองหมื่นตอนนี้ เราสามารถหา iPhone 13 หรือ 14 เครื่องมือสองสภาพนางฟ้าได้สบายๆ ซึ่งมันดีพอให้เราใช้งานได้ลื่นๆ ถ่ายรูปสวยๆ ลง TikTok ได้แบบไม่อายใคร ไปอีกหลายปีเลยนะ ใช้ชีวิตให้เต็มที่วันนี้ดีกว่า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 'รอ' รุ่นใหม่อยู่บ้าง? คอมเมนต์งบมา เดี๋ยวจะบอกว่ารุ่นปัจจุบันตัวไหนคุ้มสุด ไม่ต้องรอแล้ว!</w:t>
      </w:r>
    </w:p>
    <w:p>
      <w:pPr>
        <w:spacing w:before="0" w:after="40"/>
      </w:pPr>
      <w:r>
        <w:rPr>
          <w:rFonts w:ascii="Arial" w:hAnsi="Arial"/>
          <w:b w:val="0"/>
          <w:i/>
          <w:color w:val="888888"/>
          <w:sz w:val="16"/>
        </w:rPr>
        <w:t>⏱ 45s  📰 อาตี๋รีวิว  #iphone17 #ไอโฟน #iphoneมือสอง #ซื้อไอโฟน #สอนให้รู้ว่า  💡 The 'Opportunity Cost of Waiting' Analysis: เปลี่ยนมุมมองจาก</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8 วันที่ใช้เงินตัวเองไม่ได้เพราะแอปธนาคารมีปัญหา... นี่คือความเสี่ยงด้าน Business Continuity ที่ผู้บริหารมองข้ามไม่ได้ และ iPhone คือเครื่องมือบริหารความเสี่ยงของคุณ</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จากข่าวไวรัลล่าสุดที่คนโดนระงับบัญชี ทำให้เห็นว่าเมื่อระบบภายนอกที่เราพึ่งพาล่มลง 'อุปกรณ์' ที่อยู่ในมือเราจะกลายเป็นเครื่องมือที่สำคัญที่สุดในการกู้วิกฤต</w:t>
        <w:br/>
        <w:br/>
        <w:t>นี่คือจุดที่สถาปัตยกรรมของ iPhone สร้างความแตกต่างให้ผู้บริหารครับ</w:t>
        <w:br/>
        <w:br/>
        <w:t>หนึ่งคือความเสถียรของ iOS ที่ลดความเสี่ยงที่แอปจะค้างหรือล่มในช่วงเวลาสำคัญ สองคือ Secure Enclave ที่แยกข้อมูลสำคัญทางการเงินและการยืนยันตัวตนออกจากระบบปฏิบัติการหลัก ทำให้ต่อให้เกิดปัญหากับแอป แต่ข้อมูล credential ของคุณยังคงปลอดภัยสูงสุด</w:t>
        <w:br/>
        <w:br/>
        <w:t>ในภาวะวิกฤต ความสามารถในการสื่อสาร สั่งการ และเข้าถึงข้อมูลสำรองได้อย่างต่อเนื่อง คือหัวใจของการบริหาร และความน่าเชื่อถือของ iPhone ไม่ใช่แค่ฟีเจอร์ แต่เป็นหลักประกันความต่อเนื่องในการดำเนินงานของคุณ</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ถ้าอยากรู้ว่า Apple ecosystem ช่วยบริหารความต่อเนื่องทางธุรกิจได้อย่างไร</w:t>
      </w:r>
    </w:p>
    <w:p>
      <w:pPr>
        <w:spacing w:before="0" w:after="40"/>
      </w:pPr>
      <w:r>
        <w:rPr>
          <w:rFonts w:ascii="Arial" w:hAnsi="Arial"/>
          <w:b w:val="0"/>
          <w:i/>
          <w:color w:val="888888"/>
          <w:sz w:val="16"/>
        </w:rPr>
        <w:t>⏱ 65s  📰 Droidsans  #iPhoneบริหารธุรกิจ #BusinessContinuity #AppleEcosystem #Security #ผู้บริหาร  💡 The Business Continuity Imperative: เปลี่ยนมุมมองจากความปลอด</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Samsung เตรียมขึ้นราคามือถือ... แต่นี่อาจเป็นข่าวดีสำหรับฝ่ายจัดซื้อที่เลือกใช้ iPhone และนี่คือเหตุผลด้าน TCO</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การปรับขึ้นราคาของคู่แข่ง เป็นตัวกระตุ้นให้องค์กรต้องกลับมาทบทวนต้นทุนการเป็นเจ้าของอุปกรณ์ หรือ Total Cost of Ownership (TCO) อย่างจริงจัง ไม่ใช่แค่ดูราคาซื้อตั้งต้น</w:t>
        <w:br/>
        <w:br/>
        <w:t>แม้ราคาเริ่มต้นของ iPhone อาจจะสูงกว่า แต่สำหรับองค์กรแล้ว iPhone มักจะมี TCO ที่ต่ำกว่าในระยะยาว 2-3 ปี ด้วยเหตุผลหลัก 3 ข้อ:</w:t>
        <w:br/>
        <w:br/>
        <w:t>1.  **Resale Value:** iPhone มีมูลค่าขายต่อสูงที่สุดในตลาดอย่างมีนัยสำคัญ เมื่อครบอายุการใช้งาน องค์กรสามารถขายเครื่องเก่าเพื่อลดต้นทุนในการจัดหาเครื่องใหม่ได้มากกว่า</w:t>
        <w:br/>
        <w:t>2.  **Security &amp; Management:** ด้วยระบบปฏิบัติการเดียวและการจัดการผ่าน MDM ที่ทำได้ลึก ทำให้ต้นทุนด้านความปลอดภัยและการดูแลรักษาระบบต่ำกว่าอย่างชัดเจน</w:t>
        <w:br/>
        <w:t>3.  **Productivity:** Ecosystem ที่ทำงานร่วมกันอย่างไร้รอยต่อระหว่าง iPhone, Mac และ iPad ช่วยลดเวลาที่สูญเสียไปกับปัญหาทางเทคนิค และเพิ่มประสิทธิภาพการทำงานของพนักงาน</w:t>
        <w:br/>
        <w:br/>
        <w:t>ดังนั้น การตัดสินใจเลือกอุปกรณ์สำหรับองค์กรจึงต้องมองให้ไกลกว่าป้ายราคาครับ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ถ้าอยากเข้าใจ ROI ที่แท้จริงของ iPhone ในองค์กร</w:t>
      </w:r>
    </w:p>
    <w:p>
      <w:pPr>
        <w:spacing w:before="0" w:after="40"/>
      </w:pPr>
      <w:r>
        <w:rPr>
          <w:rFonts w:ascii="Arial" w:hAnsi="Arial"/>
          <w:b w:val="0"/>
          <w:i/>
          <w:color w:val="888888"/>
          <w:sz w:val="16"/>
        </w:rPr>
        <w:t>⏱ 70s  📰 Droidsans  #iPhoneforBusiness #TCO #AppleROI #ผู้บริหาร #การลงทุน  💡 The Total Cost of Ownership (TCO) Re-evaluation: ใช้ข่าวการข</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 อย่าง GPT-6 Astra กำลังจะฉลาดจนน่ากลัว แต่สำหรับธุรกิจแล้ว ความเสี่ยงที่น่ากลัวกว่าคือข้อมูลบริษัทของคุณจะไปอยู่ที่ไหน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ข่าวการมาของ AI ที่ทรงพลังอย่าง GPT-6 Astra ทำให้หลายองค์กรตื่นตัว แต่ก็มาพร้อมกับคำถามสำคัญด้าน Data Governance</w:t>
        <w:br/>
        <w:br/>
        <w:t>AI ส่วนใหญ่ในปัจจุบันทำงานบน Cloud หมายความว่าทุกคำสั่ง ทุกไฟล์ หรือทุกข้อมูลที่คุณป้อนเข้าไป จะถูกส่งไปประมวลผลบนเซิร์ฟเวอร์ของบุคคลที่สาม ซึ่งเป็นความเสี่ยงมหาศาลสำหรับข้อมูลความลับของบริษัท</w:t>
        <w:br/>
        <w:br/>
        <w:t>นี่คือจุดที่ปรัชญา On-Device AI ของ Apple จะกลายเป็นยุทธศาสตร์ที่สำคัญสำหรับองค์กรในอนาคต</w:t>
        <w:br/>
        <w:br/>
        <w:t>Apple กำลังพัฒนาให้ AI ทำงานและประมวลผลอยู่บนชิปภายใน iPhone หรือ Mac ของคุณโดยตรง ข้อมูลสำคัญอย่างอีเมลภายใน, เอกสารกลยุทธ์, หรือสรุปการประชุม จะไม่ถูกส่งออกไปข้างนอก นี่ไม่ใช่แค่เรื่อง Privacy แต่เป็น 'กลยุทธ์การควบคุมข้อมูล' (Data Containment Strategy) เพื่อป้องกันทรัพย์สินทางปัญญาและลดความเสี่ยงด้าน Compliance</w:t>
        <w:br/>
        <w:br/>
        <w:t>การเลือกแพลตฟอร์มจึงไม่ใช่แค่เรื่องเทคโนโลยี แต่เป็นเรื่องของการบริหารความเสี่ยงองค์กรครับ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ถ้าอยากรู้ว่า Apple จะใช้ On-Device AI สร้างความได้เปรียบให้ธุรกิจคุณได้อย่างไร</w:t>
      </w:r>
    </w:p>
    <w:p>
      <w:pPr>
        <w:spacing w:before="0" w:after="40"/>
      </w:pPr>
      <w:r>
        <w:rPr>
          <w:rFonts w:ascii="Arial" w:hAnsi="Arial"/>
          <w:b w:val="0"/>
          <w:i/>
          <w:color w:val="888888"/>
          <w:sz w:val="16"/>
        </w:rPr>
        <w:t>⏱ 75s  📰 Droidsans  #OnDeviceAI #DataGovernance #AppleSecurity #AIforBusiness #iPhone  💡 The Corporate AI 'Containment Strategy': ใช้กระแสข่าว AI 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 แผนที่ลับ iPhone ถึงปี 2028! Apple ซุ่มทำจอพับที่ใหญ่กว่าเดิม และนี่ไม่ใช่แค่มือถือ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คุณอาจยังไม่รู้ว่านี่คือภาพใหญ่ที่ Apple วางแผนไว้! ล่าสุด 9to5Mac รายงานถึง Roadmap ที่หลุดออกมา เผยให้เห็นแผนการพัฒนา iPhone ไปอีกหลายปีข้างหน้า ไฮไลท์สำคัญคือ Apple กำลังพัฒนาอุปกรณ์จอพับที่ใหญ่กว่า iPhone Fold ที่เคยลือกัน และอาจจะไม่ใช่แค่มือถือด้วยซ้ำ! นอกจากนี้ ในแผนที่ยังระบุถึงการ 'ปรับโฉมครั้งใหญ่ที่สุด' สำหรับ iPhone รุ่นในอนาคต ซึ่งบอกใบ้ว่าเรากำลังจะเจอกับการเปลี่ยนแปลงที่ยิ่งใหญ่กว่าแค่การอัปเกรดกล้องหรือชิป นี่คือการมองข้ามช็อตไปหลายปีเลยทีเดียวครับ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อยากรู้ก่อนใครว่า Apple จะเปิดตัวอะไรอีก? กด follow ไว้เลย อัปเดตทันทีที่มีข้อมูลใหม่ 🔔</w:t>
      </w:r>
    </w:p>
    <w:p>
      <w:pPr>
        <w:spacing w:before="0" w:after="40"/>
      </w:pPr>
      <w:r>
        <w:rPr>
          <w:rFonts w:ascii="Arial" w:hAnsi="Arial"/>
          <w:b w:val="0"/>
          <w:i/>
          <w:color w:val="888888"/>
          <w:sz w:val="16"/>
        </w:rPr>
        <w:t>⏱ 45s  📰 9to5Mac  #iPhoneleak #Apple #ไอโฟนจอพับ #ข่าวไอที #ข่าวลือ  💡 The 'Strategic Timeline' Reveal: แทนที่จะรายงานข่าวลือแต่ละช</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จอพับอาจใช้ชื่อ 'Ultra' และนี่คือเหตุผลว่าทำไมมันจะแพงกว่า Pro Max เยอะมาก!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เตรียมเงินในกระเป๋าไว้เลย! มีรายงานล่าสุดจาก MacRumors ที่น่าสนใจมาก บอกว่า iPhone จอพับรุ่นแรก อาจจะไม่ได้มาในชื่อ Fold แต่อาจจะใช้ชื่อว่า 'iPhone Ultra' ซึ่งคำว่า Ultra ไม่ได้มาเล่นๆ เหมือนที่เราเห็นใน Apple Watch Ultra มันหมายถึงวัสดุที่ทนทานกว่า, ฟีเจอร์ที่เหนือกว่า และที่สำคัญคือการสร้างระดับราคาใหม่ที่สูงกว่า Pro Max ไปอีกขั้น! นี่เป็นสัญญาณว่า Apple ไม่ได้มองว่ามันเป็นแค่ iPhone อีกรุ่น แต่เป็นอุปกรณ์ระดับท็อปเทียร์สำหรับตลาดเฉพาะกลุ่มโดยเฉพาะ ซึ่งแน่นอนว่าราคาก็จะ Ultra ตามไปด้วยครับ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iPhone Ultra มาจริง จะเก็บเงินซื้อมั้ย? คอมเมนต์บอกหน่อย แล้วกด follow ไว้รอข่าวเปิดตัว!</w:t>
      </w:r>
    </w:p>
    <w:p>
      <w:pPr>
        <w:spacing w:before="0" w:after="40"/>
      </w:pPr>
      <w:r>
        <w:rPr>
          <w:rFonts w:ascii="Arial" w:hAnsi="Arial"/>
          <w:b w:val="0"/>
          <w:i/>
          <w:color w:val="888888"/>
          <w:sz w:val="16"/>
        </w:rPr>
        <w:t>⏱ 40s  📰 MacRumors  #iPhoneUltra #iPhoneจอพับ #ไอโฟน #AppleEvent #ข่าวลือไอโฟน  💡 The 'Tier Inflation' Strategy: วิเคราะห์ข่าวลือเรื่องชื่อ 'U</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จำความตื่นเต้นตอน iPhone X เปิดตัวได้มั้ย? ข่าวลือล่าสุดบอกว่า iPhone 20 จะเปลี่ยนโลกอีกครั้ง!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ใครที่ทันยุค iPhone X เปิดตัวคงจำความรู้สึกนั้นได้ การที่ปุ่มโฮมหายไปและมี Face ID เข้ามามันคือการเปลี่ยนแปลงครั้งใหญ่... และตอนนี้ MacRumors รายงานว่าเราอาจจะได้เจอความรู้สึกแบบนั้นอีกครั้งกับ iPhone 20! ข่าวลือระบุว่า iPhone 20 จะเป็นการ 'ปรับปรุงครั้งใหญ่ที่สุดนับตั้งแต่ iPhone X' ซึ่งแปลว่าเราอาจจะได้เห็นการเปลี่ยนแปลงที่ไม่ใช่แค่ดีไซน์เล็กๆ น้อยๆ แต่อาจจะเป็นการเปลี่ยนวิธีที่เราใช้งานมือถือไปเลย เช่น กล้องใต้จอแบบเนียนๆ หรือดีไซน์แบบไร้พอร์ตโดยสมบูรณ์ ถึงจะอีกนาน แต่ก็น่าตื่นเต้นมากว่า Apple กำลังจะสร้างมาตรฐานใหม่อีกครั้งครับ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คิดว่า iPhone 20 จะมีอะไรที่เปลี่ยนโลก? กด follow ไว้เลย เดี๋ยวมีข้อมูลใหม่มารีบเล่าให้ฟัง!</w:t>
      </w:r>
    </w:p>
    <w:p>
      <w:pPr>
        <w:spacing w:before="0" w:after="40"/>
      </w:pPr>
      <w:r>
        <w:rPr>
          <w:rFonts w:ascii="Arial" w:hAnsi="Arial"/>
          <w:b w:val="0"/>
          <w:i/>
          <w:color w:val="888888"/>
          <w:sz w:val="16"/>
        </w:rPr>
        <w:t>⏱ 50s  📰 MacRumors  #iPhone20 #AppleRumor #iPhoneX #ไอโฟน #เทคโนโลยี  💡 The 'Generational Leap' Narrative: สร้างเรื่องราวโดยอ้างอิงถ</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