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06 Sep 2026  07:46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ใครใช้ iPhone สีเงินอยู่บ้าง? ฟังทางนี้ด่วน! เพราะมือถือในมือคุณอาจจะกลายเป็นแรร์ไอเท็ม!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ช็อควงการ! มีข่าวลือหนาหูมากจากช่อง อาตี๋รีวิว ว่า Apple อาจจะตัดสี Silver หรือสีเงินสุดคลาสสิกออกจากไลน์อัพ iPhone รุ่นใหม่! คือมันเป็นสีที่แบบ...มินิมอลตลอดกาลอะแก! ถ้าข่าวนี้เป็นจริงนะ ใครที่ใช้ iPhone 15 Pro สี Natural Titanium หรือรุ่นก่อนๆ ที่เป็นโทนสีเงินอยู่ คือเตรียมตัวเลย ของในมืออาจจะกลายเป็นรุ่นสุดท้ายที่มีสีนี้ให้เห็น! ใครที่กำลังจะซื้อแล้วลังเลอยู่ อาจจะต้องรีบตัดสินใจแล้วนะ ก่อนจะไม่มีให้ซื้อ!</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ใครทีมสี Silver ยกมือในคอมเมนต์หน่อย! แล้วกด follow ไว้เลย ถ้ามีข่าวสีใหม่หลุดมา จะรีบมาบอก!</w:t>
      </w:r>
    </w:p>
    <w:p>
      <w:pPr>
        <w:spacing w:before="0" w:after="40"/>
      </w:pPr>
      <w:r>
        <w:rPr>
          <w:rFonts w:ascii="Arial" w:hAnsi="Arial"/>
          <w:b w:val="0"/>
          <w:i/>
          <w:color w:val="888888"/>
          <w:sz w:val="16"/>
        </w:rPr>
        <w:t>⏱ 38s  📰 อาตี๋รีวิว  #iPhone #Apple #ไอโฟน #ข่าวไอที #iphone16  💡 The 'Last Chance' Collector's Item: เปลี่ยนข่าวร้ายเรื่องการ</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Siri ต้องมีหนาวอะงานนี้! เจอคู่แข่ง AI ตัวใหม่ชื่อ Astra ที่โคตรฉลาด!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เพื่อนๆ ดูนี่! ช่อง Droidsans เค้าไปเจอ AI ตัวใหม่จาก OpenAI ชื่อ Astra ที่แบบ...อัจฉริยะไปอีกขั้น! แค่ใช้กล้องมือถือส่องไปรอบๆ มันก็เข้าใจได้หมดเลยว่าเห็นอะไรอยู่ คือเก่งเวอร์! ลองนึกภาพดิถ้า AI แบบนี้มาอยู่ใน iPhone ของเราอะ... Siri ที่ตอนนี้อาจจะเก่งแค่ตั้งนาฬิกาปลุก ต้องโดนทิ้งห่างไปไกลแน่ๆ! แต่แบบนี้ก็ดีนะ! เหมือนเป็นการกดดันให้ Apple ต้องรีบอัปเกรด Siri ให้เทพขึ้นสู้ใน iOS รุ่นใหม่! สงคราม AI บนมือถือเริ่มแล้ว!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อยากให้ Siri เก่งขึ้นเรื่องไหนมากที่สุด? คอมเมนต์มาแชร์กัน! แล้วกด follow ไว้เลย จะได้ไม่พลาดอัปเดต!</w:t>
      </w:r>
    </w:p>
    <w:p>
      <w:pPr>
        <w:spacing w:before="0" w:after="40"/>
      </w:pPr>
      <w:r>
        <w:rPr>
          <w:rFonts w:ascii="Arial" w:hAnsi="Arial"/>
          <w:b w:val="0"/>
          <w:i/>
          <w:color w:val="888888"/>
          <w:sz w:val="16"/>
        </w:rPr>
        <w:t>⏱ 42s  📰 Droidsans  #Siri #AppleIntelligence #Astra #ไอโฟน #ios18  💡 The 'Siri Glow-Up' Challenge: สร้างเรื่องราวการแข่งขันที่เข้</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จะเป็นมือถือที่เกิดมาเพื่อชาว TikTok โดยเฉพาะเลยปะ?!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แกรรร ข่าวลือ iPhone 18 มาอีกแล้ว! แล้วรอบนี้เหมือนจะทำมาเพื่อชาวคอนเทนต์ครีเอเตอร์แบบเราๆ สุดๆ! ตามรายงานจากช่อง Droidsans นะ มีข่าวลือว่ากล้องจะอัปเกรดแบบจัดเต็มอีกแล้ว ถ่ายวิดีโอในที่แสงน้อยคือปังขึ้นไปอีก! แล้วชิปตัวใหม่ที่แรงขึ้นแบบทะลุโลกเนี่ย ลองนึกภาพดิว่าเราไลฟ์ไปพร้อมกับเล่นเกมได้แบบไม่กระตุกเลย มันจะจึ้งขนาดไหน! เหมือน Apple กำลังสร้างเครื่องมือทำคอนเทนต์ที่ดีที่สุดให้เราเลยอะ ถ้าสเปคออกมาตามนี้จริงนะ บอกเลยว่าปัง!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iPhone 18 ออกมาแบบนี้จริงจะซื้อไหม? คอมเมนต์มาเลย! แล้วกด follow ไว้รออัปเดตข่าวหลุดแบบเรียลไทม์!</w:t>
      </w:r>
    </w:p>
    <w:p>
      <w:pPr>
        <w:spacing w:before="0" w:after="40"/>
      </w:pPr>
      <w:r>
        <w:rPr>
          <w:rFonts w:ascii="Arial" w:hAnsi="Arial"/>
          <w:b w:val="0"/>
          <w:i/>
          <w:color w:val="888888"/>
          <w:sz w:val="16"/>
        </w:rPr>
        <w:t>⏱ 40s  📰 Droidsans  #iPhone18 #ไอโฟน18 #Apple #ข่าวลือ #tiktokuni  💡 The 'Ultimate Content Creator' Blueprint: ตีความข่าวลือสเปคท</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แค่ 1 สัปดาห์ ราคา Samsung กำลังจะขึ้น! นี่คือจังหวะที่ iPhone จะคุ้มกว่าจริงไหม?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มีรายงานด่วนจาก Droidsans ว่า Samsung ประเทศไทยเตรียมปรับขึ้นราคามือถือภายในสัปดาห์หน้า นี่เป็นปัจจัยใหม่ที่คนทำงานต้องคิดเลยครับ เวลาเราเทียบ iPhone กับ Samsung ปกติจะดูที่สเปคกับราคาปัจจุบัน แต่ข่าวนี้ทำให้การวางแผนเปลี่ยนไป</w:t>
        <w:br/>
        <w:br/>
        <w:t>จุดเด่นของ iPhone คือราคาที่ค่อนข้างนิ่งและคาดเดาได้ จะปรับอีกทีก็ตอนเปิดตัวรุ่นใหม่เลย ทำให้เราวางแผนการเงินง่ายกว่า ไม่ต้องรีบซื้อเพราะกลัวราคาจะขึ้นพรุ่งนี้</w:t>
        <w:br/>
        <w:br/>
        <w:t>สำหรับคนที่กำลังลังเล การที่ราคาฝั่งหนึ่งกำลังจะผันผวน อาจทำให้ iPhone ที่ราคานิ่ง กลายเป็นตัวเลือกที่สบายใจกว่าในระยะยาวในแง่ของการตัดสินใจซื้อ ไม่ต้องมานั่งลุ้นว่าซื้อวันนี้จะถูกกว่าพรุ่งนี้ไหม คุณว่าจริงไหมครับ?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ใครกำลังลังเลระหว่างสองแบรนด์นี้อยู่ คอมเมนต์บอกหน่อยว่าเล็งรุ่นไหนไว้?</w:t>
      </w:r>
    </w:p>
    <w:p>
      <w:pPr>
        <w:spacing w:before="0" w:after="40"/>
      </w:pPr>
      <w:r>
        <w:rPr>
          <w:rFonts w:ascii="Arial" w:hAnsi="Arial"/>
          <w:b w:val="0"/>
          <w:i/>
          <w:color w:val="888888"/>
          <w:sz w:val="16"/>
        </w:rPr>
        <w:t>⏱ 50s  📰 Droidsans  #samsung #iphone #ไอโฟน #มือถือน่าใช้ #ข่าวไอที  💡 The 'Financial Predictability' Advantage: ชี้ให้เห็นว่าวงจรร</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AirPods 4 ราคาอาจจะถูกลงจริง! แต่คนทำงานควรซื้อ หรือรอตัว Pro ดีกว่า?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ตามข่าวลือล่าสุดจากช่องอาตี๋รีวิว บอกว่า AirPods 4 อาจจะมาในราคาที่เข้าถึงง่ายขึ้น ซึ่งเป็นข่าวดีนะครับ แต่สำหรับคนทำงานที่เน้น Productivity เราอาจจะต้องคิดมากกว่าแค่เรื่องราคา</w:t>
        <w:br/>
        <w:br/>
        <w:t>คำถามสำคัญคือ ฟีเจอร์ที่หายไปเพื่อแลกกับราคาที่ถูกลงคืออะไร? ถ้าเป็น Active Noise Cancelling หรือ ANC นี่คือเรื่องใหญ่เลย เพราะ ANC เป็นเครื่องมือสำคัญที่ช่วยให้เรามีสมาธิในการทำงาน ไม่ว่าจะในออฟฟิศที่เสียงดัง หรือตอนนั่งทำงานนอกสถานที่</w:t>
        <w:br/>
        <w:br/>
        <w:t>ดังนั้นการตัดสินใจอาจจะไม่ใช่แค่ 'ถูกกว่า' แต่เป็นการเลือกระหว่าง 'ประหยัดเงินตอนนี้' กับ 'ลงทุนเพื่อ Productivity ที่ดีขึ้นในระยะยาว' ถ้างานของคุณต้องการสมาธิสูงๆ การเพิ่มเงินสำหรับรุ่น Pro อาจจะคุ้มค่ากว่าในที่สุดครับ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สำหรับคุณแล้ว ฟีเจอร์ตัดเสียงรบกวน หรือ ANC จำเป็นต่อการทำงานไหม? คอมเมนต์แชร์กันหน่อยครับ</w:t>
      </w:r>
    </w:p>
    <w:p>
      <w:pPr>
        <w:spacing w:before="0" w:after="40"/>
      </w:pPr>
      <w:r>
        <w:rPr>
          <w:rFonts w:ascii="Arial" w:hAnsi="Arial"/>
          <w:b w:val="0"/>
          <w:i/>
          <w:color w:val="888888"/>
          <w:sz w:val="16"/>
        </w:rPr>
        <w:t>⏱ 55s  📰 อาตี๋รีวิว  #airpods #airpods4 #หูฟังไร้สาย #apple #ไอที  💡 The 'Productivity ROI' Calculation: เปลี่ยนมุมมองจากการเปรีย</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3 ข่าวลือ iPhone 18 ที่อาจทำให้ iPhone 16 ของคุณตกรุ่นทันทีที่ซื้อ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หลายคนกำลังรอ iPhone 16 แต่ Droidsans รายงานข่าวลือของ iPhone 18 ที่ไกลกว่านั้น ซึ่งน่าสนใจมากครับ ข้อมูลนี้ยังไม่ยืนยันนะครับ แต่บอกเราได้อย่างหนึ่งว่า Apple อาจจะมีการเปลี่ยนแปลงครั้งใหญ่ในอีก 2 ปีข้างหน้า</w:t>
        <w:br/>
        <w:br/>
        <w:t>การรู้เทรนด์ในอนาคต ทำให้เราวางแผนอัปเกรดปัจจุบันได้ดีขึ้น ถ้าการเปลี่ยนแปลงครั้งใหญ่จริงๆ จะมาในรุ่น 18 นั่นอาจหมายความว่า iPhone 16 จะเป็นการอัปเกรดที่ต่อยอดจาก 15 ไม่ใช่การยกเครื่องใหม่ทั้งหมด</w:t>
        <w:br/>
        <w:br/>
        <w:t>ดังนั้น ถ้าคุณใช้ iPhone 13 หรือ 14 อยู่ การอัปเกรดมาเป็น iPhone 15 หรือรอ 16 ปลายปีนี้ อาจเป็นการตัดสินใจที่คุ้มค่าที่สุดในรอบ 2-3 ปีนี้ ก่อนที่ Apple จะเปลี่ยนดีไซน์หรือเทคโนโลยีครั้งใหญ่จริงๆ ครับ เป็นการซื้อความสดใหม่ในรอบที่เหมาะสม</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คุณคิดว่าฟีเจอร์ไหนสำคัญที่สุดในการอัปเกรดครั้งหน้า? คอมเมนต์บอกเลยครับ</w:t>
      </w:r>
    </w:p>
    <w:p>
      <w:pPr>
        <w:spacing w:before="0" w:after="40"/>
      </w:pPr>
      <w:r>
        <w:rPr>
          <w:rFonts w:ascii="Arial" w:hAnsi="Arial"/>
          <w:b w:val="0"/>
          <w:i/>
          <w:color w:val="888888"/>
          <w:sz w:val="16"/>
        </w:rPr>
        <w:t>⏱ 60s  📰 Droidsans  #iphone18 #iphone16 #อัปเกรดไอโฟน #ข่าวลือ #apple  💡 The 'Upgrade Horizon' Planning Tool: ใช้ข่าวลือในอนาคตที่ไกล</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มีข่าวลือจาก Droidsans ว่า iPhone 18 อาจมีรุ่น 'Ultra'… แต่มันไม่ใช่แค่เรื่องจอใหญ่ขึ้น แต่มันอาจจะเปลี่ยนไฟล์ ProRAW ที่ช่างภาพใช้กันอยู่ไปตลอดกาล</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ทุกวันนี้เวลาเราถ่าย Apple ProRAW เราได้ไฟล์ดิบที่ยืดหยุ่นมากๆ บวกกับข้อมูลจาก computational photography อย่าง Deep Fusion หรือ Photonic Engine เข้าไปด้วยแล้ว</w:t>
        <w:br/>
        <w:br/>
        <w:t>แต่ลองจินตนาการตามนะครับ ถ้าชื่อ 'Ultra' มันหมายถึง 'Ultra Data' ในไฟล์ ProRAW ล่ะ? ตามรายงานที่หลุดออกมา มันอาจไม่ใช่แค่การอัปเกรดสเปคกล้องธรรมดา แต่อาจเป็นการยกเครื่องสถาปัตยกรรมไฟล์ภาพใหม่ทั้งหมด</w:t>
        <w:br/>
        <w:br/>
        <w:t>หมายความว่าในไฟล์ ProRAW ไฟล์เดียว เราอาจจะได้ข้อมูลความลึก (Depth Map) ที่ละเอียดกว่าเดิมหลายเท่า, ได้ Subject Mask ที่แยกวัตถุมาให้พร้อมใช้งาน หรือแม้กระทั่งข้อมูลแสงเงาที่ถูกประมวลผลแยกเลเยอร์มาให้เลย</w:t>
        <w:br/>
        <w:br/>
        <w:t>ถ้ามันเกิดขึ้นจริง มันจะเปลี่ยน workflow การแต่งรูปบน Lightroom หรือการเกรดสีวิดีโอบน Final Cut ไปอย่างสิ้นเชิง เพราะเราจะมีข้อมูลมหาศาลให้ทำงานด้วยตั้งแต่ต้นทาง นี่คือการเบลอเส้นแบ่งระหว่างภาพถ่ายกับ CGI เข้าไปอีกขั้นเลย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แน่นอนว่านี่ยังเป็นแค่ข่าวลือนะครับ แต่ถ้ามาจริงนี่คือเรื่องใหญ่ของวงการช่างภาพเลย กด save คลิปนี้ไว้ก่อน เดี๋ยวมีข้อมูลอัปเดตจะรีบมาเจาะลึกให้ฟัง</w:t>
      </w:r>
    </w:p>
    <w:p>
      <w:pPr>
        <w:spacing w:before="0" w:after="40"/>
      </w:pPr>
      <w:r>
        <w:rPr>
          <w:rFonts w:ascii="Arial" w:hAnsi="Arial"/>
          <w:b w:val="0"/>
          <w:i/>
          <w:color w:val="888888"/>
          <w:sz w:val="16"/>
        </w:rPr>
        <w:t>⏱ 65s  📰 Droidsans  #iPhone18Ultra #AppleProRAW #ComputationalPhotography #ช่างภาพ #ไอโฟน  💡 The 'Computational Raw' Evolution: วิเคราะห์ข่าวลือรุ่น 'Ult</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 AI อย่าง GPT-6 Astra ที่กำลังไวรัลแล้วน่าทึ่งมากใช่มั้ยครับ... แต่นี่คือเหตุผลว่าทำไม AI แบบนั้นถึงไม่เหมาะที่จะอยู่ในกล้องสำหรับช่างภาพ</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AI ที่เราเห็นในข่าวจาก Droidsans มันคือ Generative AI หรือ AI เชิงสร้างสรรค์ หน้าที่ของมันคือ 'สร้าง' สิ่งใหม่ๆ ขึ้นมา ซึ่งหมายความว่าผลลัพธ์ของมัน 'ไม่ตายตัว' หรือ non-deterministic</w:t>
        <w:br/>
        <w:br/>
        <w:t>แต่หัวใจของ AI ในกล้อง iPhone อย่าง Photonic Engine หรือ Smart HDR มันทำงานตรงกันข้ามเลยครับ มันเป็น AI แบบ 'Deterministic' คือถูกออกแบบมาให้ 'ตีความและสร้างภาพความเป็นจริงขึ้นมาใหม่' ให้แม่นยำและสม่ำเสมอที่สุดเท่าที่ฮาร์ดแวร์จะทำได้</w:t>
        <w:br/>
        <w:br/>
        <w:t>สำหรับช่างภาพ ความสม่ำเสมอ (Consistency) คือเรื่องคอขาดบาดตาย เราคาดหวังว่าการกดชัตเตอร์ในสภาพแสงเดิม จะต้องได้ไฟล์ที่มี White Balance, Contrast, และ Color Science ที่เหมือนเดิมทุกครั้ง เพื่อให้คุมโทนงานทั้งเซ็ตได้</w:t>
        <w:br/>
        <w:br/>
        <w:t>ถ้ากล้องใช้ Generative AI ในการประมวลผลภาพหลัก การถ่ายภาพรัว (burst mode) อาจจะได้สีผิวของนางแบบที่เพี้ยนไปทีละนิดในแต่ละเฟรม ซึ่งเป็นสิ่งที่ยอมรับไม่ได้ในงานโปรดักชัน นี่คือความแตกต่างเชิงเทคนิคที่สำคัญมากครับ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ใครทำงานที่ต้องคุมคุณภาพสีเป๊ะๆ น่าจะเข้าใจประเด็นนี้ดี กด save ไว้เลยครับ คลิปหน้าจะมาทดสอบความนิ่งของ Color Science ใน iPhone ให้ดูกันแบบช็อตต่อช็อต</w:t>
      </w:r>
    </w:p>
    <w:p>
      <w:pPr>
        <w:spacing w:before="0" w:after="40"/>
      </w:pPr>
      <w:r>
        <w:rPr>
          <w:rFonts w:ascii="Arial" w:hAnsi="Arial"/>
          <w:b w:val="0"/>
          <w:i/>
          <w:color w:val="888888"/>
          <w:sz w:val="16"/>
        </w:rPr>
        <w:t>⏱ 70s  📰 Droidsans  #iPhoneCamera #Astra #ComputationalPhotography #ถ่ายภาพ #ปรัชญาApple  💡 The 'Deterministic vs. Generative' Processing Model: ใช้ข่าว</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ถ่ายรูปกลางป่าที่ไม่มีสัญญาณอินเทอร์เน็ต... แล้ว AI สุดฉลาดในกล้อง iPhone ของเรามันทำงานได้ยังไง?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ช่วงนี้เราเห็นข่าวโครงการ AI ที่ต้องพึ่งพาระบบคลาวด์เยอะมาก อย่างเช่น TH-AI Passport ที่เป็นประเด็น ซึ่ง AI พวกนี้ต้องส่งข้อมูลกลับไปประมวลผลที่เซิร์ฟเวอร์ถึงจะทำงานได้</w:t>
        <w:br/>
        <w:br/>
        <w:t>แต่นี่คือจุดแข็งที่สำคัญที่สุดอย่างหนึ่งของกล้อง iPhone สำหรับช่างภาพสายลุยครับ เพราะกระบวนการประมวลผลภาพถ่ายทั้งหมด ตั้งแต่ Deep Fusion, Smart HDR, ไปจนถึง Photonic Engine มันเกิดขึ้น 'บนตัวเครื่อง' หรือ On-Device ทั้งหมด 100%</w:t>
        <w:br/>
        <w:br/>
        <w:t>พลังทั้งหมดมาจากชิปและ Neural Engine ที่อยู่ในมือเรา มันไม่ต้องการอินเทอร์เน็ตแม้แต่ K เดียว นี่คือสิ่งที่เรียกว่า 'Field-Ready' advantage หรือความได้เปรียบเมื่อใช้งานภาคสนามจริง</w:t>
        <w:br/>
        <w:br/>
        <w:t>ไม่ว่าคุณจะอยู่บนยอดดอยที่ไม่มีสัญญาณ หรืออยู่ใต้น้ำที่ต่อเน็ตไม่ได้ คุณจะยังได้ภาพถ่ายคุณภาพสูงสุดที่ผ่านการประมวลผลเต็มรูปแบบเสมอ ความเร็วและความสม่ำเสมอของผลลัพธ์ไม่ถูกลดทอนลงเลย นี่คือความน่าเชื่อถือที่ช่างภาพมืออาชีพมองหาครับ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ความเสถียรในการทำงานสำคัญกว่าฟีเจอร์หวือหวาเสมอ กด save ไว้เลยครับ เดี๋ยวคลิปหน้าจะมาเจาะลึกว่า On-Device Processing มันส่งผลดีกับไฟล์วิดีโอ ProRes Log ยังไง</w:t>
      </w:r>
    </w:p>
    <w:p>
      <w:pPr>
        <w:spacing w:before="0" w:after="40"/>
      </w:pPr>
      <w:r>
        <w:rPr>
          <w:rFonts w:ascii="Arial" w:hAnsi="Arial"/>
          <w:b w:val="0"/>
          <w:i/>
          <w:color w:val="888888"/>
          <w:sz w:val="16"/>
        </w:rPr>
        <w:t>⏱ 60s  📰 Droidsans  #iPhoneTips #OnDeviceAI #ช่างภาพมืออาชีพ #ถ่ายไงได้งี้ #Apple  💡 The 'Field-Ready' Processing Advantage: ใช้ข่าว AI บนคลาวด์เ</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15,000 คิดจะซื้อ Samsung อยู่รึเปล่า? เบรคก่อน! มีข่าวว่าราคาอาจจะขึ้นสัปดาห์หน้าแล้ว!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ใครที่กำลังจะซื้อมือถือใหม่ โดยเฉพาะฝั่ง Samsung อาจจะต้องรีบตัดสินใจหน่อยนะครับ เพราะล่าสุด Droidsans รายงานว่า Samsung ในไทยเตรียมจะขึ้นราคามือถือภายในสัปดาห์หน้าแล้ว! แต่ถ้าใครยังลังเลอยู่ นี่อาจจะเป็นโอกาสดีที่จะลองมองอีกทางเลือกนึงที่ราคา 'นิ่ง' กว่า นั่นก็คือ iPhone มือสองครับ ในงบประมาณ 15,000 บาทเท่ากันตอนนี้ เราสามารถหา iPhone 13 สภาพดีๆ ได้เลย ซึ่งข้อดีคือมันยังใช้งานได้ลื่นไหล อัปเดต iOS ได้อีกหลายปี และที่สำคัญคือราคาขายต่อแข็งมาก ทำให้ในระยะยาวอาจจะคุ้มค่ากว่าการรีบซื้อ Android ตอนนี้เพื่อหนีราคาที่กำลังจะขึ้นก็ได้ครับ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 อยากให้ช่วยแนะนำ iPhone รุ่นที่คุ้มที่สุด คอมเมนต์งบของตัวเองมาได้เลย เดี๋ยวช่วยดูให้ครับ!</w:t>
      </w:r>
    </w:p>
    <w:p>
      <w:pPr>
        <w:spacing w:before="0" w:after="40"/>
      </w:pPr>
      <w:r>
        <w:rPr>
          <w:rFonts w:ascii="Arial" w:hAnsi="Arial"/>
          <w:b w:val="0"/>
          <w:i/>
          <w:color w:val="888888"/>
          <w:sz w:val="16"/>
        </w:rPr>
        <w:t>⏱ 48s  📰 Droidsans  #iphoneมือสอง #samsung #iphonevsandroid #ไอโฟน #มือถือน่าใช้  💡 The 'Safe Haven Asset' Argument: ใช้ข่าวความผันผวนของราคาคู่</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มีเงินไม่ถึง 5,000 ก็อาจจะได้ใช้ AirPods ตัดเสียงรบกวนแล้ว? ถ้าข่าวนี้จริง บอกเลยว่าน่าสนใจมาก!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ปกติถ้าจะใช้ฟีเจอร์ตัดเสียงรบกวนเทพๆ ของ Apple ก็ต้องจ่ายหนักไปถึง AirPods Pro ใช่ไหมครับ แต่ล่าสุดช่องอาตี๋รีวิวมีข่าวลือว่า AirPods 4 ที่กำลังจะเปิดตัว อาจจะมีรุ่นที่ใส่ฟีเจอร์ตัดเสียงรบกวน (ANC) มาให้ในราคาที่เข้าถึงง่ายขึ้นเยอะ! ข่าวลือนะครับ ยังไม่ยืนยัน! แต่มันน่าสนใจตรงนี้ครับ สำหรับคนงบน้อยที่อยากเข้า Ecosystem ของ Apple ถ้าเราซื้อมือถือ Android เครื่องใหม่หมื่นต้นๆ แล้วต้องไปซื้อหูฟังแยกอีก แต่ถ้าข่าวนี้จริง เราอาจจะเก็บเงินซื้้อ iPhone 13 มือสอง แล้วเพิ่มอีกนิดหน่อยเพื่อรอซื้อ AirPods 4 รุ่นใหม่ตัวนี้ มันอาจจะทำให้เราได้ประสบการณ์การใช้งานที่ครบเครื่องและพรีเมียมกว่าในงบที่ไม่ต่างกันมากก็ได้นะ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ถ้าข่าวลือนี้เป็นจริง จะซื้อกันไหม? ใครมีงบสำหรับ iPhone เท่าไหร่ คอมเมนต์มาเลย เดี๋ยวช่วยแนะนำรุ่นที่เหมาะให้ครับ!</w:t>
      </w:r>
    </w:p>
    <w:p>
      <w:pPr>
        <w:spacing w:before="0" w:after="40"/>
      </w:pPr>
      <w:r>
        <w:rPr>
          <w:rFonts w:ascii="Arial" w:hAnsi="Arial"/>
          <w:b w:val="0"/>
          <w:i/>
          <w:color w:val="888888"/>
          <w:sz w:val="16"/>
        </w:rPr>
        <w:t>⏱ 52s  📰 อาตี๋รีวิว  #airpods #airpods4 #ไอโฟน #หูฟังไร้สาย #ข่าวไอที  💡 The 'Ecosystem Entry Point' Re-evaluation: ใช้ข่าวลือเรื่องอ</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มือถือราคา 0 บาท มีอยู่จริง! แต่จะคุ้มกว่าการกำเงิน 8,000 ไปซื้อ iPhone มือสองจริงเหรอ? มาคิดกัน!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เห็นข่าวไวรัลจากช่องอาตี๋รีวิวกันรึยังครับ? Samsung Galaxy A07 4G ราคา 0 บาท! ฟังดูดีลดีสุดๆ ไปเลยใช่ไหมครับ ได้มือถือฟรีๆ ใครๆ ก็ชอบ แต่เดี๋ยวก่อน...อยากชวนคิดในระยะยาวครับ มือถือระดับเริ่มต้นแบบนี้ พอใช้ไปหนึ่งปีอาจจะเริ่มช้า อัปเดตอาจจะไม่ได้ไปต่อ แล้วก็แทบไม่มีราคาขายต่อเลย แต่ถ้าเราลองกำเงินซัก 8,000-9,000 บาท ไปหาซื้อ iPhone 13 mini มือสองสภาพดีๆ เราจะได้ชิปที่ยังแรงมาก กล้องสวยๆ ได้อัปเดต iOS ไปอีกหลายปี แถมตอนจะเปลี่ยนเครื่องใหม่ก็ยังขายต่อได้ราคาอีกนะ มันคือการเลือกระหว่าง 'ของฟรี' ที่อายุการใช้งานแบบพรีเมียมอาจจะสั้น กับ 'การลงทุน' เล็กน้อยเพื่อประสบการณ์ที่ดีกว่าและยาวนานกว่าครับ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เพื่อนๆ คิดว่าแบบไหนคุ้มกว่ากัน? คอมเมนต์มาคุยกันหน่อย! หรือใครมีงบเท่าไหร่ อยากได้ iPhone รุ่นไหน บอกมาได้เลยครับ!</w:t>
      </w:r>
    </w:p>
    <w:p>
      <w:pPr>
        <w:spacing w:before="0" w:after="40"/>
      </w:pPr>
      <w:r>
        <w:rPr>
          <w:rFonts w:ascii="Arial" w:hAnsi="Arial"/>
          <w:b w:val="0"/>
          <w:i/>
          <w:color w:val="888888"/>
          <w:sz w:val="16"/>
        </w:rPr>
        <w:t>⏱ 55s  📰 อาตี๋รีวิว  #iphoneมือสอง #มือถือราคาถูก #samsung #ไอโฟน #ของฟรีไม่มีในโลก  💡 The 'Hidden Cost of Free' Analysis: ใช้ข่าวมือถือราคา 0 บาทเ</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มีรายงานจาก Droidsans ว่า Samsung เตรียมขึ้นราคามือถือ นี่ไม่ใช่แค่ข่าวราคา แต่เป็นบทพิสูจน์ว่าทำไม iPhone ถึงเป็น 'สินทรัพย์' ที่มั่นคงกว่าสำหรับธุรกิจ</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สำหรับองค์กร การจัดซื้ออุปกรณ์ไม่ได้มองแค่ราคาขาย แต่เรามองที่ 'ต้นทุนรวมในการเป็นเจ้าของ' หรือ Total Cost of Ownership ซึ่งรวมถึงค่าบำรุงรักษา, ความปลอดภัย, และที่สำคัญคือ 'มูลค่าคงเหลือ' ตอนขายต่อ</w:t>
        <w:br/>
        <w:br/>
        <w:t>ข่าวความผันผวนของราคาจากฝั่งคู่แข่ง ตอกย้ำถึงความเสี่ยงในการวางแผนงบประมาณระยะยาว ในขณะที่ iPhone มีโครงสร้างราคาที่คาดการณ์ได้และมูลค่าขายต่อที่สูงกว่าในตลาดอย่างสม่ำเสมอ</w:t>
        <w:br/>
        <w:br/>
        <w:t>นี่ทำให้ iPhone ไม่ใช่แค่โทรศัพท์ แต่เป็นสินทรัพย์ของบริษัทที่มีความเสถียรด้านมูลค่า ช่วยให้ฝ่ายการเงินและไอทีสามารถคำนวณ ROI และวางแผนการอัปเกรดรอบใหม่ได้อย่างแม่นยำ การเลือก iPhone จึงเป็นการตัดสินใจที่ช่วยลดความเสี่ยงทางการเงินให้กับองค์กรครับ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ไว้ถ้าอยากรู้ว่าการลงทุนใน Apple ecosystem ช่วยลดต้นทุนรวมขององค์กรได้อย่างไร</w:t>
      </w:r>
    </w:p>
    <w:p>
      <w:pPr>
        <w:spacing w:before="0" w:after="40"/>
      </w:pPr>
      <w:r>
        <w:rPr>
          <w:rFonts w:ascii="Arial" w:hAnsi="Arial"/>
          <w:b w:val="0"/>
          <w:i/>
          <w:color w:val="888888"/>
          <w:sz w:val="16"/>
        </w:rPr>
        <w:t>⏱ 60s  📰 Droidsans  #iPhoneธุรกิจ #AppleEcosystem #ผู้บริหาร #การลงทุน #TCO  💡 The 'Asset Value Stability' Argument: ใช้ข่าวความผันผวนของรา</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OpenAI เปิดตัว Astra เอไอที่ทรงพลังจนน่ากลัว แต่สำหรับผู้บริหารที่ใช้ iPhone คำถามสำคัญกว่าคือ: มันจะทำงานร่วมกับ Apple Intelligence ที่ฝังในเครื่องได้อย่างไร?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Astra คือ AI รูปแบบใหม่ที่สามารถสนทนาผ่านวิดีโอแบบเรียลไทม์ได้ ซึ่งแสดงถึงพลังของ AI บนคลาวด์ที่ประมวลผลอย่างมหาศาล แต่นี่คือจุดที่ผู้บริหารต้องพิจารณาครับ</w:t>
        <w:br/>
        <w:br/>
        <w:t>กลยุทธ์ของ Apple เน้น 'On-Device AI' หรือ Apple Intelligence ที่ประมวลผลข้อมูลส่วนตัวของเรา เช่น อีเมล, ปฏิทิน, รายชื่อติดต่อ บนตัวเครื่องโดยตรงเพื่อความเป็นส่วนตัวและความปลอดภัยสูงสุด</w:t>
        <w:br/>
        <w:br/>
        <w:t xml:space="preserve">ดังนั้น องค์กรจะต้องเลือกระหว่าง: </w:t>
        <w:br/>
        <w:t xml:space="preserve">1. AI ทั่วไป (Generalist) ที่ทรงพลังอย่าง Astra ซึ่งอาจต้องส่งข้อมูลไปประมวลผลข้างนอก </w:t>
        <w:br/>
        <w:t>2. AI แบบบูรณาการ (Integrated) ของ Apple ที่เข้าใจบริบทการทำงานของเราอย่างลึกซึ้งและปลอดภัย</w:t>
        <w:br/>
        <w:br/>
        <w:t>การตัดสินใจนี้จะส่งผลโดยตรงต่อ Workflow, ประสิทธิภาพ และนโยบายความปลอดภัยข้อมูลของทั้งองค์กรครับ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เพื่ออัปเดตว่า AI จะเปลี่ยนวิธีการทำงานของผู้บริหารบน iPhone ได้อย่างไร</w:t>
      </w:r>
    </w:p>
    <w:p>
      <w:pPr>
        <w:spacing w:before="0" w:after="40"/>
      </w:pPr>
      <w:r>
        <w:rPr>
          <w:rFonts w:ascii="Arial" w:hAnsi="Arial"/>
          <w:b w:val="0"/>
          <w:i/>
          <w:color w:val="888888"/>
          <w:sz w:val="16"/>
        </w:rPr>
        <w:t>⏱ 65s  📰 Droidsans  #AppleIntelligence #AI #OpenAI #ผู้บริหาร #Productivity  💡 The 'Integrated vs. Generalist AI' Dilemma: วางกรอบข่าว AI ใ</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ข่าวลือ iPhone 18 อาจยังไกล แต่สำหรับองค์กรที่มีแผนจัดซื้ออุปกรณ์หลายร้อยเครื่อง นี่คือสัญญาณสำคัญที่ต้องใช้ในการวางแผนงบประมาณปีหน้าแล้ว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การจัดซื้ออุปกรณ์ในระดับองค์กรไม่ใช่การตามกระแส แต่คือการวางแผน 'รอบการอัปเกรด' หรือ Corporate Refresh Cycle ให้สอดคล้องกับเทคโนโลยีและงบประมาณ</w:t>
        <w:br/>
        <w:br/>
        <w:t>ตามรายงานข่าวลือจาก Droidsans ที่พูดถึง iPhone 18 รุ่นใหม่ที่อาจมีชื่อว่า 'Ultra' เป็นครั้งแรก ชี้ให้เห็นถึงโอกาสที่จะมีการอัปเกรดครั้งใหญ่ในอีก 2 ปีข้างหน้า</w:t>
        <w:br/>
        <w:br/>
        <w:t>สำหรับฝ่ายไอทีและผู้บริหาร นี่คือจุดตัดสินใจเชิงกลยุทธ์ครับ: เราจะลงทุนกับ iPhone รุ่นปัจจุบันเพื่อตอบสนองความต้องการระยะสั้น หรือจะยืดอายุการใช้งานของเครื่องเดิมออกไปอีกหนึ่งปี เพื่อรอจัดสรรงบประมาณให้กับการอัปเกรดครั้งใหญ่ ที่อาจมาพร้อมเทคโนโลยีที่เปลี่ยนเกมสำหรับธุรกิจ เช่น AI ที่ทรงพลังขึ้น หรือฟีเจอร์เฉพาะทางอื่นๆ</w:t>
        <w:br/>
        <w:br/>
        <w:t>การวิเคราะห์ข่าวลือในมุมนี้ ช่วยให้เราวางแผนการลงทุนด้านเทคโนโลยีได้อย่างมีประสิทธิภาพสูงสุด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ไว้เพื่อวางแผนการใช้ Apple ecosystem ในองค์กรอย่างคุ้มค่าที่สุด</w:t>
      </w:r>
    </w:p>
    <w:p>
      <w:pPr>
        <w:spacing w:before="0" w:after="40"/>
      </w:pPr>
      <w:r>
        <w:rPr>
          <w:rFonts w:ascii="Arial" w:hAnsi="Arial"/>
          <w:b w:val="0"/>
          <w:i/>
          <w:color w:val="888888"/>
          <w:sz w:val="16"/>
        </w:rPr>
        <w:t>⏱ 70s  📰 Droidsans  #iPhone18 #Apple #วางแผนธุรกิจ #ITStrategy #ผู้บริหาร  💡 The 'Corporate Refresh Cycle' Signal: ตีความข่าวลือ iPhone 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Ultra อาจมีของน้อยกว่าที่คิด! ข่าวหลุดล่าสุดเผย Apple ผลิตได้แค่วันละไม่กี่ร้อยเครื่องเท่านั้น!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คุณอาจจะต้องแย่งชิง iPhone Ultra กันแบบสุดๆ! มีรายงานล่าสุดจาก iMod อ้างว่า Apple กำลังประสบปัญหาในการผลิต iPhone Ultra ทำให้ผลิตได้เพียงไม่กี่ร้อยเครื่องต่อวันเท่านั้น</w:t>
        <w:br/>
        <w:br/>
        <w:t>ซึ่งถ้าเทียบกับ iPhone รุ่นปกติที่ผลิตได้เป็นล้านๆ เครื่องก่อนเปิดตัว ตัวเลขนี้ถือว่าน้อยมากครับ!</w:t>
        <w:br/>
        <w:br/>
        <w:t>สาเหตุยังไม่แน่ชัด อาจจะเป็นเพราะวัสดุใหม่ที่ผลิตยาก, เทคโนโลยีจอพับที่ซับซ้อน หรือ Apple แค่กำลังทดสอบสายการผลิตอยู่ก็ได้</w:t>
        <w:br/>
        <w:br/>
        <w:t>แต่ถ้าข่าวลือนี้เป็นจริง บอกเลยว่า iPhone Ultra จะกลายเป็นของแรร์ไอเทมที่หาซื้อยากสุดๆ ในวันเปิดตัว และราคาก็น่าจะพุ่งไปไกลแน่นอน ทั้งหมดนี้ยังเป็นแค่รายงานที่ยังไม่ยืนยันนะครับ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 iPhone Ultra จะหายากขนาดไหน กด follow ไว้เลย เดี๋ยวมีข้อมูลใหม่รีบมาอัปเดตทันที! 🔔</w:t>
      </w:r>
    </w:p>
    <w:p>
      <w:pPr>
        <w:spacing w:before="0" w:after="40"/>
      </w:pPr>
      <w:r>
        <w:rPr>
          <w:rFonts w:ascii="Arial" w:hAnsi="Arial"/>
          <w:b w:val="0"/>
          <w:i/>
          <w:color w:val="888888"/>
          <w:sz w:val="16"/>
        </w:rPr>
        <w:t>⏱ 45s  📰 iMod  #iPhoneUltra #AppleLeaks #iPhone18 #ข่าวไอที #ไอโฟน  💡 The 'Scarcity as a Status Symbol' Narrative: ตีความข่าวลือเร</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ลืม iPhone 18 ไปก่อน! เพราะมีข่าวลือว่า iPhone 20 จะเป็นการเปลี่ยนแปลงครั้งใหญ่ที่สุดนับตั้งแต่ iPhone X!</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ใครที่รอ iPhone เปลี่ยนดีไซน์แบบหมดจดต้องฟังทางนี้! มีรายงานจาก MacRumors บอกว่า Apple กำลังซุ่มพัฒนา iPhone 20 ให้เป็นการยกเครื่องครั้งใหญ่ที่สุดนับตั้งแต่การมาของ iPhone X เลยทีเดียว</w:t>
        <w:br/>
        <w:br/>
        <w:t>ย้อนกลับไปตอน iPhone X เราได้เห็นการตัดปุ่มโฮม, การมาของ Face ID และดีไซน์จอไร้ขอบครั้งแรก ซึ่งเปลี่ยนโฉมวงการไปเลย</w:t>
        <w:br/>
        <w:br/>
        <w:t>การเปลี่ยนแปลงครั้งใหญ่ระดับนั้นสำหรับ iPhone 20 อาจหมายถึงอะไร? อาจจะเป็น iPhone จอไร้ติ่ง ไร้รูอย่างสมบูรณ์แบบ? หรืออาจจะเป็น iPhone จอพับรุ่นแรก? หรือดีไซน์ใหม่ทั้งหมดที่เราคาดไม่ถึง?</w:t>
        <w:br/>
        <w:br/>
        <w:t>แน่นอนว่านี่เป็นข่าวลือระยะยาวมากๆ และอะไรก็เกิดขึ้นได้ แต่ก็เป็นสัญญาณว่า Apple มีแผนใหญ่รอเราอยู่ในอนาคตครับ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ใครรอการเปลี่ยนแปลงครั้งใหญ่ของ iPhone อยู่บ้าง? กด follow ไว้เลย อัปเดตทุกข่าวลือที่สำคัญให้ก่อนใคร!</w:t>
      </w:r>
    </w:p>
    <w:p>
      <w:pPr>
        <w:spacing w:before="0" w:after="40"/>
      </w:pPr>
      <w:r>
        <w:rPr>
          <w:rFonts w:ascii="Arial" w:hAnsi="Arial"/>
          <w:b w:val="0"/>
          <w:i/>
          <w:color w:val="888888"/>
          <w:sz w:val="16"/>
        </w:rPr>
        <w:t>⏱ 50s  📰 MacRumors  #iPhone20 #AppleRumors #iPhoneLeaks #ไอโฟน #เทคโนโลยี  💡 The 'Generational Leap' Framework: วางตำแหน่งข่าวลือนี้ไม่ใช</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จอพับอาจใช้ชื่อ 'iPhone Ultra' และนี่คือเหตุผลว่าทำไมมันอาจจะแพงกว่าจอพับของ Samsung!</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ข่าวลือ iPhone จอพับเริ่มมาแรงขึ้นเรื่อยๆ ครับ! และล่าสุดจาก MacRumors มีการคาดการณ์ว่า Apple อาจจะใช้ชื่อ 'Ultra' สำหรับ iPhone จอพับรุ่นแรก เพื่อวางตำแหน่งให้เป็นรุ่นท็อปสุด แพงกว่า Pro Max ไปอีกขั้น</w:t>
        <w:br/>
        <w:br/>
        <w:t>คำถามคือทำไมมันถึงจะแพงขนาดนั้น? มีข่าวลือว่า Apple จะไม่ยอมเปิดตัว iPhone จอพับจนกว่าจะแก้ปัญหา 'รอยพับกลางจอ' ได้สนิทจริงๆ เทคโนโลยีจอที่ไร้รอยพับนี่แหละครับคือต้นทุนมหาศาล</w:t>
        <w:br/>
        <w:br/>
        <w:t>บวกกับวัสดุพรีเมียม กลไกบานพับที่ออกแบบมาพิเศษ และต้นทุนการวิจัย นี่อาจเป็นเหตุผลที่ทำให้ iPhone Ultra มีราคาสูงกว่าคู่แข่งที่ทำตลาดมาก่อน</w:t>
        <w:br/>
        <w:br/>
        <w:t>ทั้งหมดนี้ยังเป็นแค่ข่าวลือที่ต้องรอการยืนยันนะครับ แต่ถ้ามาจริง เตรียมเงินในกระเป๋าไว้ได้เลย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 iPhone จอพับควรมีราคาเท่าไหร่? คอมเมนต์มาแชร์กัน! แล้วกด follow ไว้รออัปเดตข้อมูลหลุดชิ้นต่อไป!</w:t>
      </w:r>
    </w:p>
    <w:p>
      <w:pPr>
        <w:spacing w:before="0" w:after="40"/>
      </w:pPr>
      <w:r>
        <w:rPr>
          <w:rFonts w:ascii="Arial" w:hAnsi="Arial"/>
          <w:b w:val="0"/>
          <w:i/>
          <w:color w:val="888888"/>
          <w:sz w:val="16"/>
        </w:rPr>
        <w:t>⏱ 55s  📰 MacRumors  #iPhoneFold #iPhoneUltra #Apple #จอพับ #ไอโฟน  💡 The 'Perfectionist's Premium' Rationale: วิเคราะห์เหตุผลเบื้</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