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07 Sep 2026  07:51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สายเกมเมอร์เตรียมกรี๊ด! iPhone 18 จะเป็นมือถือเล่นเกมที่โกงที่สุดในประวัติศาสตร์จริงมั้ย?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คือมีข่าวลือหนาหูมากจากทั้ง Droidsans และอาตี๋รีวิวว่า iPhone 18 Pro เนี่ยจะอัปเกรดแบบจัดเต็มเพื่อชาวเราโดยเฉพาะ! คิดดูนะ ชิปตัวใหม่ที่แรงแบบทะลุนรก จอที่ลื่นกว่าเดิมแบบรู้สึกได้จริงจัง ลองนึกภาพเล่นเกมกราฟิกโหดๆ แบบปรับสุดทุกอย่าง เฟรมเรตไม่มีตก ไม่มีกระตุกให้หัวร้อนอีกต่อไป เหมือน Apple ตั้งใจจะบอกว่า 'นี่คือเครื่องเล่นเกมพกพา ไม่ใช่แค่มือถือ' ใครที่เล็งจะอัปเกรดเพื่อเล่นเกมโดยเฉพาะ บอกเลยว่ารอบนี้น่าจับตาสุดๆ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ถ้าอยากรู้ว่าชิปใหม่จะแรงแค่ไหน กด follow ไว้เลย เดี๋ยวมาเทสให้ดู!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Droidsans  #iPhone18 #Apple #ไอโฟน #เกมเมอร์ #ข่าวไอที  💡 The 'Gamer's Dream Upgrade' Litmus Test: เปลี่ยนการรายงานสเป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ใครใช้ iPhone สีเงินอยู่บ้าง? รู้ป่ะว่ามือถือในมืออาจจะกลายเป็นของแรร์ไอเทม!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เรื่องจริงไม่ได้โม้! อาตี๋รีวิวเค้ารายงานว่ามีข่าวลือแรงมากว่า Apple อาจจะเลิกทำ iPhone สีเงิน (Silver) แล้วนะ! ฟังดูเหมือนข่าวร้าย แต่คิดอีกมุม...นี่อาจจะแปลว่า iPhone สีเงินรุ่นปัจจุบันอาจจะเป็นรุ่นสุดท้ายก็ได้! ปกติของที่เลิกผลิตแล้วมักจะกลายเป็นของหายากในตลาดมือสอง ใครจะไปรู้...อีกหน่อยสีเงินอาจจะกลายเป็นสีคลาสสิกที่คนตามหาจนราคาไม่ตกเลยก็ได้นะ ใครมีอยู่ในมือก็ดูแลดีๆ ล่ะ!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อยากรู้เทรนด์สีไหนมาแรง ขายต่อราคาดี? กด follow ด่วน!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38s  📰 อาตี๋รีวิว  #iPhone #สีไอโฟน #Apple #ไอโฟนมือสอง #ข่าวลือ  💡 The 'Resale Value' Color Theory: เชื่อมโยงข่าวการเลิกผลิตสี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เพื่อนใครใช้ Samsung อยู่แท็กด่วน! เกิดอะไรขึ้นเวลาแบรนด์ที่ชอบจู่ๆ ก็ประกาศขึ้นราคา?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มีข่าวร้อนจาก Droidsans ว่า Samsung เตรียมจะขึ้นราคามือถือเร็วๆ นี้! เรื่องนี้ทำให้หลายคนคิดหนักเลยนะ เพราะมันไม่ใช่แค่เรื่องราคาเครื่องใหม่อย่างเดียว แต่ลองนึกดู ถ้าเราไม่แน่ใจว่ามือถือเครื่องต่อไปจะราคาเท่าไหร่ มันก็ทำให้เราลังเลที่จะซื้ออุปกรณ์เสริมอื่นๆ ใน Ecosystem ของเค้าไปด้วยใช่ป่ะ? ผิดกับฝั่ง Apple ที่คนส่วนใหญ่จะพอเดาราคาได้ล่วงหน้า ทำให้วางแผนง่ายกว่าเยอะว่าจะเก็บเงินซื้อ AirPods หรือ Apple Watch มาเติมให้ครบเซ็ตตอนไหน มันคือความสบายใจในการลงทุนระยะยาวกับแกดเจ็ตในฝันของเรานั่นเอง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 Apple ecosystem บ้าง คอมเมนต์มาหน่อย! กด follow ไว้เลยถ้าไม่อยากพลาดข่าววงในแบบนี้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 #Apple #Samsung #ไอที #รอบรู้ไอที  💡 The 'Ecosystem Confidence' Gauge: ใช้ข่าวราคาของคู่แข่งเพื่อ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กำลังจะซื้อมือถือใหม่? ฟังทางนี้ก่อน! มีข่าวว่า Samsung จ่อขึ้นราคาใน 7 วัน แล้วมันเกี่ยวกับคนเล็ง iPhone ยังไง?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มีรายงานด่วนจาก Droidsans ครับ ว่า Samsung ประเทศไทยเตรียมจะปรับขึ้นราคามือถือภายในสัปดาห์หน้า นี่เป็นสัญญาณสำคัญของตลาดเลยครับ</w:t>
        <w:br/>
        <w:br/>
        <w:t>สำหรับคนที่กำลังตัดสินใจระหว่าง iPhone กับ Samsung ข่าวนี้อาจทำให้คุณต้องคิดใหม่ เพราะมันหมายความว่าส่วนต่างราคาอาจจะเปลี่ยนไปในเร็วๆ นี้</w:t>
        <w:br/>
        <w:br/>
        <w:t>แต่มุมที่น่าสนใจสำหรับคนในฝั่ง Apple คือ ราคาของ iPhone ค่อนข้างนิ่งและคาดเดาได้มากกว่า จะมีการปรับราคาครั้งใหญ่ก็ต่อเมื่อมีรุ่นใหม่เปิดตัวเท่านั้น การที่คู่แข่งขยับราคาขึ้นกะทันหันแบบนี้ อาจทำให้ดีล iPhone 15 หรือแม้กระทั่งเครื่องมือสองสภาพดีในตลาดตอนนี้ กลายเป็นตัวเลือกที่คุ้มค่าขึ้นมาทันที</w:t>
        <w:br/>
        <w:br/>
        <w:t>ใครที่ลังเลอยู่ นี่อาจจะเป็นตัวเร่งให้คุณตัดสินใจได้ง่ายขึ้น ว่าจะคว้า iPhone ในราคาปัจจุบัน หรือจะรอดูความเคลื่อนไหวของตลาดทั้งหมดก่อนครับ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คุณคิดว่าราคา iPhone ตอนนี้คุ้มมั้ย เมื่อเทียบกับข่าวนี้? คอมเมนต์มาคุยกันครับ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 #ซื้อมือถือ #มนุษย์เงินเดือน #การเงิน #ไอที  💡 The 'Market Catalyst' Re-evaluation: ใช้ข่าวการขึ้นราคาของคู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Pro อยู่แล้ว? ข่าวลือ iPhone 18 Ultra อาจทำให้ Pro ที่คุณใช้อยู่กลายเป็น 'รุ่นกลาง' ไปเลย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ช่วงนี้ข่าวลือ iPhone 18 มาแรงมากครับ ล่าสุดมีรายงานจากหลายแหล่ง รวมถึงช่องพี่เอกวิทย์ ที่พูดถึงราคารุ่นท็อปสุดอย่าง iPhone 18 Ultra ที่อาจจะสูงขึ้นไปอีก</w:t>
        <w:br/>
        <w:br/>
        <w:t>ประเด็นสำคัญที่มนุษย์เงินเดือนอย่างเราต้องจับตา ไม่ใช่แค่เรื่องราคาครับ แต่มันคือการที่ Apple อาจจะสร้างไลน์ผลิตภัณฑ์ใหม่ที่เหนือกว่ารุ่น Pro อย่างชัดเจน</w:t>
        <w:br/>
        <w:br/>
        <w:t>นั่นหมายความว่าในอนาคต ฟีเจอร์ที่ดีที่สุด กล้องที่เทพที่สุด หรือชิป AI ที่ฉลาดที่สุด อาจจะมีแค่ในรุ่น Ultra เท่านั้น ส่วนรุ่น Pro ที่เคยเป็นที่สุด ก็อาจจะกลายเป็นตัวเลือกรองลงมา</w:t>
        <w:br/>
        <w:br/>
        <w:t>นี่คือโจทย์ใหม่สำหรับคนทำงานที่ต้องการเครื่องมือที่ดีที่สุดครับ ว่าการอัปเกรดครั้งต่อไป เราจะยังเลือกลงทุนกับรุ่น Pro ที่คุ้นเคย หรือต้องเริ่มวางแผนเก็บเงินเพิ่มเพื่อขยับไปให้ถึงรุ่น Ultra เพื่อให้ได้เทคโนโลยีที่ 'future-proof' จริงๆ สำหรับการทำงานในอีก 2-3 ปีข้างหน้า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ถ้ามีรุ่น Ultra จริงๆ จะยอมจ่ายเพิ่มมั้ย หรือว่า Pro ก็พอแล้ว?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เอกวิทย์  #iPhone18 #iPhoneUltra #อัปเกรดมือถือ #ข่าวไอที #รอบรู้ไอที  💡 The 'Tier-Splitting' Dilemma: วิเคราะห์ข่าวลือรุ่น Ultra ว่า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ต้องดูคลิปต่างประเทศเพื่อทำงาน แต่ไม่มีเวลาอ่านซับ? AI ตัวนี้แปลเสียง YouTube เป็นภาษาไทยให้เลยใน 3 วินาที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สำหรับคนที่ต้องหาข้อมูลจากต่างประเทศเพื่อทำงาน โดยเฉพาะจากคลิปวิดีโอ วันนี้ผมมีเครื่องมือ productivity ที่น่าสนใจมากมาแนะนำครับ อ้างอิงจากคลิปไวรัลของ Droidsans เลย</w:t>
        <w:br/>
        <w:br/>
        <w:t>มันคือ Extension ที่ชื่อว่า Tofu Dubbing ครับ สามารถแปลเสียงในคลิป YouTube จากภาษาอังกฤษเป็นภาษาไทยได้แบบ real-time เลย แค่ติดตั้งบนเบราว์เซอร์</w:t>
        <w:br/>
        <w:br/>
        <w:t>แล้วมันช่วยให้เราทำงานเร็วขึ้นได้ยังไง? ลองนึกภาพตามนะครับ คุณเจอคลิปสรุปงานวิจัย หรือรีวิวซอฟต์แวร์ใหม่ๆ บนคอมตอนเช้า กดแปลเสียงแล้วฟังเหมือน Podcast ระหว่างขับรถหรือเดินทางไปทำงานได้เลย ไม่ต้องเสียเวลาจ้องจออ่านซับ</w:t>
        <w:br/>
        <w:br/>
        <w:t>เจอไอเดียไหนดีๆ ก็แค่แชร์ลิงก์พร้อมโน้ตจากคอมเข้า iPhone ของคุณผ่าน AirDrop เก็บไว้ทำต่อได้ทันที เป็นการเปลี่ยนเวลาว่างให้กลายเป็นการอัปเดตความรู้ที่สะดวกและเร็วขึ้นมากครับ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มีใครใช้ AI ช่วยแปลภาษาในการทำงานบ้าง? คอมเมนต์แชร์ทิปกันหน่อยครับ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#Productivity #AI #ทำงาน #เคล็ดลับการทำงาน #มนุษย์เงินเดือน  💡 The 'Cross-Platform Information Funnel': นำเสนอเครื่องมือ AI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(ภาพโคลสอัพเลนส์กล้อง iPhone 15 Pro Max) ข่าวลือกล้อง iPhone 18 Pro รอบนี้ อาจทำให้ช่างภาพหลายคนต้องคิดใหม่เรื่องการแบกกล้อง Mirrorless เลยครับ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ตามรายงานข่าวลือล่าสุดจากหลายแหล่ง รวมถึง Droidsans และ อาตี๋รีวิว ตอนนี้มีข้อมูลหนาหูว่า iPhone 18 Pro Series จะได้รับการอัปเกรดกล้องครั้งใหญ่ครับ</w:t>
        <w:br/>
        <w:br/>
        <w:t>ที่น่าสนใจสำหรับคนถ่ายรูปอย่างเราๆ คือความเป็นไปได้ที่จะใช้ Sensor ขนาดใหญ่ขึ้นทั้งในกล้องหลักและ Ultra-Wide ซึ่งแปลตรงตัวคือคุณภาพไฟล์ในที่แสงน้อยที่ดีขึ้นอย่างก้าวกระโดด และมิติของภาพที่มี Dynamic Range กว้างกว่าเดิม</w:t>
        <w:br/>
        <w:br/>
        <w:t>นอกจากนี้ยังมีข่าวลือเรื่องการอัปเกรดเลนส์ Telephoto ครั้งสำคัญ ที่อาจให้ระยะซูม Optical ที่ไกลและคมชัดขึ้นไปอีกขั้น ถ้าข้อมูลนี้เป็นจริง มันจะทำให้ iPhone กลายเป็นเครื่องมือที่ยืดหยุ่นมากๆ จนสามารถแทนที่กล้องกับเลนส์คิทสำหรับงานสตรีท หรืองานท่องเที่ยวได้สบายๆ เลย</w:t>
        <w:br/>
        <w:br/>
        <w:t>แน่นอนว่าทั้งหมดนี้ยังเป็นแค่ข้อมูลที่ยังไม่ได้รับการยืนยันนะครับ แต่ทิศทางมันชัดเจนว่า Apple กำลังผลักดันให้กล้อง iPhone เป็นมากกว่าแค่กล้องมือถือจริงๆ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อยากเห็นภาพเปรียบเทียบไฟล์ ProRAW จากเซ็นเซอร์ใหม่ไหม? กด Save รอไว้เลย เดี๋ยวปลายปีมีสรุปให้แน่นอน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#iPhone18Pro #AppleLeaks #กล้องไอโฟน #ช่างภาพ #ถ่ายไงได้งี้  💡 The 'Kit Lens Replacement' Thesis: วิเคราะห์ข่าวลือการอัปเกร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(ภาพโชว์การแต่งรูปในแอป Photos แบบธรรมดา) การแต่งรูปบน iPhone กำลังจะเปลี่ยนไปตลอดกาล... ไม่ใช่เพราะฟิลเตอร์ใหม่ แต่เพราะ AI ที่ชื่อ Astra 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เร็วๆ นี้มีข่าวใหญ่เรื่อง AI ตัวใหม่จาก OpenAI ที่ชื่อว่า Astra ซึ่งทาง Droidsans ก็ได้รายงานว่าเป็น AI ที่ฉลาดมากจนน่าทึ่ง... แล้วมันเกี่ยวอะไรกับคนถ่ายรูปบน iPhone?</w:t>
        <w:br/>
        <w:br/>
        <w:t>นี่คือสัญญาณการเปลี่ยนแปลงของ workflow การแต่งรูปครับ ทุกวันนี้ AI ในกล้อง iPhone เป็นแบบ Deterministic คือช่วยประมวลผลภาพให้สวยงามสม่ำเสมอ เช่น Smart HDR หรือ Night Mode</w:t>
        <w:br/>
        <w:br/>
        <w:t>แต่ AI แบบ Astra เป็น Generative AI ซึ่งมัน 'สร้าง' สิ่งใหม่ๆ ได้ ลองจินตนาการว่าในอนาคตอันใกล้ Apple อาจนำเทคโนโลยีระดับนี้ฝังเข้ามาในแอป Photos ทำให้เราสามารถสั่ง 'ลบคนทั้งกลุ่มออกจากพื้นหลัง' หรือ 'เปลี่ยนท้องฟ้าที่มืดครึ้มให้สดใส' ได้เนียนๆ จบในเครื่องเลย โดยไม่ต้องพึ่งแอปนอก หรือโยนไฟล์เข้าคอมพิวเตอร์</w:t>
        <w:br/>
        <w:br/>
        <w:t>นี่คือการยกระดับ Post-Production บนมือถือไปอีกขั้น ที่จะเปลี่ยนวิธีคิดในการจบงานของช่างภาพสายเร็วไปเลยครับ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รอดู Apple Intelligence ใน iOS 18 กันอยู่รึเปล่า? กด Save คลิปนี้ไว้เลย เดี๋ยวมาเจาะลึกฟีเจอร์กล้องใหม่ๆ ให้โดยเฉพาะ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#AppleIntelligence #Astra #AIแต่งรูป #ProRAW #ช่างภาพ  💡 The 'Post-Processing Paradigm Shift' Signal: ตีความข่าว AI 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(ภาพปฏิทินวงเดือนกันยายนที่มีโลโก้ Apple) สำหรับช่างภาพมืออาชีพ...สิ่งนี้อาจสำคัญกว่าสเปคกล้องที่เปิดตัวเสียอีก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มีข่าวจาก Droidsans ว่า Samsung เตรียมจะขึ้นราคามือถือเร็วๆ นี้ ซึ่งทำให้ผมนึกถึงประเด็นหนึ่งที่สำคัญมากสำหรับคนทำงานสายภาพถ่าย คือ 'ความแน่นอน' ของเครื่องมือครับ</w:t>
        <w:br/>
        <w:br/>
        <w:t>เราไม่ได้มองมือถือเป็นแค่ของเล่น แต่เป็นอุปกรณ์สำคัญใน workflow การทำงาน การที่ Apple มี chu kỳ การเปิดตัวและวางจำหน่ายที่ชัดเจนในเดือนกันยายนของทุกปี รวมถึงโครงสร้างราคาที่ค่อนข้างนิ่ง ทำให้เราในฐานะมืออาชีพสามารถ 'วางแผน' การลงทุนในอุปกรณ์ได้ล่วงหน้าเป็นปีๆ</w:t>
        <w:br/>
        <w:br/>
        <w:t>คุณสามารถวางแผนงบประมาณได้เลยว่าจะอัปเกรด iPhone เครื่องหลักเมื่อไหร่ จะซื้อ iPad สำหรับรีทัชตอนไหน หรือจะเปลี่ยน MacBook Pro สำหรับตัดต่อวิดีโอเมื่อไหร่ ความนิ่งตรงนี้ช่วยลดความไม่แน่นอนในการบริหารจัดการเครื่องมือทำมาหากินของเราได้มาก เมื่อเทียบกับความผันผวนที่อาจเกิดขึ้นได้ในตลาดครับ มันคือความเสถียรของ Ecosystem ที่มากกว่าแค่เรื่องฟีเจอร์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คุณให้ความสำคัญกับความนิ่งของ Ecosystem หรือความว้าวของฟีเจอร์มากกว่ากัน? คอมเมนต์มาแชร์กัน แล้วกด save ไว้รอเปรียบเทียบกล้องตัวท็อปปลายปีนี้ครับ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#ช่างภาพ #AppleEcosystem #iPhone16 #อุปกรณ์ถ่ายภาพ #วางแผนการเงิน  💡 The 'Creative Tool Consistency' Argument: ใช้ข่าวความผันผวนข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ข่าวด่วน! Samsung เตรียมขึ้นราคา...สวนทางกับ iPhone ที่มีแต่จะคุ้มขึ้นถ้าซื้องบ 15,000 - 20,000 ฟังทางนี้!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เพื่อนๆ เห็นข่าวจาก Droidsans กันรึยังครับ ที่ว่า Samsung เตรียมจะปรับขึ้นราคามือถือเร็วๆ นี้ ทำเอาคนมีงบจำกัดใจหายเลย แต่รู้ไหมครับว่านี่เป็นโอกาสดีที่จะหันมามอง iPhone!</w:t>
        <w:br/>
        <w:br/>
        <w:t>ข้อดีของ iPhone คือราคาค่อนข้างนิ่งและคาดเดาง่าย โดยเฉพาะรุ่นที่ออกมาแล้ว 1-2 ปี ราคาจะตกลงมาอยู่ในจุดที่คุ้มค่าสุดๆ ไม่เหมือนฝั่ง Android ที่บางทีราคาก็เหวี่ยงขึ้นลงแบบไม่ทันตั้งตัว</w:t>
        <w:br/>
        <w:br/>
        <w:t>ถ้าคุณกำลังมองหามือถือที่ใช้ได้ยาวๆ ราคาขายต่อไม่ตกมาก การเลือก iPhone มือสองสภาพดี หรือรุ่นที่ตกรุ่นไปปีนึง อาจเป็นการลงทุนที่ฉลาดกว่าในระยะยาวครับ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 อยากได้คำแนะนำว่ารุ่นไหนเหมาะสุด คอมเมนต์มาได้เลย เดี๋ยวช่วยดูให้ครับ!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#iphoneมือสอง #ไอโฟน #ซื้อมือถือ #samsung #ไอที  💡 The 'Predictable Value' Counter-Move: ใช้ข่าวความไม่แน่นอนขอ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iPhone 18 มาแล้ว...แต่นี่คือข่าวดีของคนงบน้อย! เพราะมันคือสัญญาณบอกว่า iPhone รุ่นนี้ราคากำลังจะลง!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 iPhone 18 จาก Droidsans แล้วอย่าเพิ่งคิดว่าไกลตัวนะครับ เพราะทุกครั้งที่มีข่าวรุ่นใหม่ออกมา มันคือสัญญาณที่ดีที่สุดสำหรับคนที่จะซื้อมือสองหรืองบน้อย!</w:t>
        <w:br/>
        <w:br/>
        <w:t>พอคนเริ่มให้ความสนใจกับรุ่นใหม่ ร้านค้าต่างๆ ก็จะเริ่มปรับลดราคาเคลียร์สต็อกรุ่นเก่าลงมา โดยเฉพาะรุ่นที่ออกมาแล้วประมาณ 2 ปีอย่าง iPhone 14 ตอนนี้กำลังจะเข้าสู่ช่วง 'ราคาดีที่สุด' คือสเปคยังใหม่มาก แต่ราคาจับต้องได้ง่ายขึ้นเยอะ</w:t>
        <w:br/>
        <w:br/>
        <w:t>ดังนั้น แทนที่จะรอเก็บเงินซื้อรุ่นใหม่ล่าสุด ลองมองหารุ่นที่กำลังจะตกรุ่นนี่แหละครับ คือช่วงเวลาที่คุ้มค่าที่สุดแล้ว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อยากรู้ไหมว่า iPhone รุ่นไหนคือ 'จุดคุ้มทุน' สำหรับงบของคุณ? คอมเมนต์งบมาเลย เดี๋ยวแนะนำให้ครับ!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#ไอโฟนราคาถูก #iphoneมือสอง #สอนใช้ไอโฟน #รอบรู้ไอที  💡 The 'Price Drop Indicator' Strategy: ตีความข่าวลือของ iPhone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เห็นราคาหลุด iPhone 18 Pro แล้วจะเป็นลม...แต่ไม่ต้องห่วง! งบหมื่นกลางๆ ก็ได้ iPhone เทพๆ แบบไม่ต้องจ่ายเป็นแสน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เพิ่งเห็นคลิปจากช่องพี่เอกวิทย์ พูดถึงราคาหลุดของ iPhone 18 Pro Max ที่อาจจะแพงขึ้นไปอีก! เห็นแล้วท้อใจเลยใช่ไหมครับ?</w:t>
        <w:br/>
        <w:br/>
        <w:t>แต่จริงๆ เราไม่ต้องจ่ายแพงขนาดนั้นก็ได้นะ เพราะฟีเจอร์ส่วนใหญ่ในรุ่น Pro คนทั่วไปอาจจะไม่ได้ใช้เลยด้วยซ้ำ กล้องเทพๆ ชิปเร็วๆ ใน iPhone รุ่นธรรมดาอย่าง iPhone 14 หรือ iPhone 15 ก็เหลือเฟือสำหรับการใช้งานทั่วไป ถ่ายรูปสวยๆ เล่นเกมลื่นๆ แล้วครับ</w:t>
        <w:br/>
        <w:br/>
        <w:t>การเลือกรุ่นธรรมดาที่ไม่ใช่ Pro ถือเป็นทางเลือกที่ฉลาดมากสำหรับคนงบน้อย ได้ใช้ iOS ได้ประสบการณ์ที่ดีเหมือนกัน แต่ประหยัดเงินในกระเป๋าไปได้หลายหมื่นเลย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 แต่ไม่อยากจ่ายแพงเกินความจำเป็น คอมเมนต์มาเลยครับ เดี๋ยวช่วยหารุ่นที่คุ้มค่าที่สุดให้!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เอกวิทย์  #iphone18pro #ไอโฟน #ประหยัดเงิน #คุ้มค่า #มือถือ  💡 The 'Non-Pro Value' Affirmation: ใช้ข่าวลือราคาที่สูงลิ่วของ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คู่แข่งประกาศขึ้นราคาด่วน แต่ทำไม 9 ใน 10 ของบริษัท Fortune 500 ยังเลือกใช้ iPhone? คำตอบไม่ใช่แค่เรื่องแบรนด์ แต่คือตัวเลขที่เรียกว่า TCO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ตามรายงานล่าสุดจาก Droidsans, Samsung เตรียมปรับขึ้นราคามือถือในไทย ความผันผวนแบบนี้คือสิ่งที่ฝ่ายการเงินและ IT ขององค์กรกังวลที่สุดครับ เพราะมันกระทบกับการวางแผนงบประมาณโดยตรง</w:t>
        <w:br/>
        <w:br/>
        <w:t>นี่คือจุดที่ iPhone ได้เปรียบในเชิงธุรกิจอย่างชัดเจน ผ่านสิ่งที่เรียกว่า Total Cost of Ownership หรือ TCO ซึ่งไม่ใช่แค่ราคาซื้อเครื่อง แต่คือต้นทุนรวมตลอดอายุการใช้งาน 3-5 ปี</w:t>
        <w:br/>
        <w:br/>
        <w:t>วงจรราคาของ iPhone ที่คาดการณ์ได้, มูลค่าขายต่อที่สูงกว่า, ระบบความปลอดภัยที่แข็งแกร่งซึ่งช่วยลดต้นทุนความเสี่ยงข้อมูลรั่วไหล และ Ecosystem ที่ทำงานร่วมกันอย่างราบรื่น ช่วยลดเวลาและค่าใช้จ่ายในการซัพพอร์ตพนักงาน ทั้งหมดนี้ทำให้ TCO ของ iPhone ต่ำกว่าในระยะยาว แม้ราคาเริ่มต้นอาจจะสูงกว่าก็ตาม</w:t>
        <w:br/>
        <w:br/>
        <w:t>การลงทุนใน iPhone จึงไม่ใช่แค่การซื้ออุปกรณ์ แต่คือการลงทุนในเสถียรภาพทางการเงินและความต่อเนื่องทางธุรกิจครับ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 ถ้าอยากรู้เทคนิคบริหารจัดการ iPhone ในองค์กรให้คุ้มค่าที่สุด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#iPhoneForBusiness #AppleEcosystem #TotalCostOfOwnership #บริหารธุรกิจ #ผู้บริหาร  💡 The 'Total Cost of Ownership (TCO) Shield': วิเคราะห์ข่าวควา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OpenAI เพิ่งโชว์ตัว Astra AI ที่ทรงพลังจนน่ากลัว แต่สำหรับผู้บริหาร คำถามที่สำคัญกว่า 'มันทำอะไรได้บ้าง?' คือ 'ข้อมูลลับของบริษัทเราจะไปอยู่ที่ไหน?'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ข่าวจาก Droidsans ยืนยันว่า AI กำลังก้าวไปอีกขั้นด้วยโมเดลอย่าง Astra ซึ่งประมวลผลบนคลาวด์ที่ทรงพลัง แต่ในโลกธุรกิจ นี่คือความเสี่ยงที่ต้องพิจารณาอย่างรอบคอบ</w:t>
        <w:br/>
        <w:br/>
        <w:t>เมื่อพนักงานใช้ AI ลักษณะนี้ในการสรุปผลประชุม, ร่างอีเมลโต้ตอบลูกค้า, หรือวิเคราะห์ข้อมูลการเงิน นั่นหมายถึงข้อมูลที่อาจเป็นความลับสุดยอดของบริษัท กำลังถูกส่งออกไปประมวลผลบนเซิร์ฟเวอร์ของบุคคลที่สาม ซึ่งอยู่นอกเหนือการควบคุมของเรา</w:t>
        <w:br/>
        <w:br/>
        <w:t>นี่คือจุดที่ปรัชญาของ Apple Intelligence แตกต่างอย่างสิ้นเชิง โดยเน้นการประมวลผลบนตัวอุปกรณ์ (On-Device Processing) ให้ได้มากที่สุด ข้อมูลสำคัญของคุณจึงปลอดภัยอยู่บน iPhone ไม่ได้ถูกส่งไปที่ไหน</w:t>
        <w:br/>
        <w:br/>
        <w:t>สำหรับองค์กร นี่ไม่ใช่แค่เรื่องความเป็นส่วนตัว แต่คือการรักษาอธิปไตยทางข้อมูล (Data Sovereignty) และปกป้องทรัพย์สินทางปัญญาที่เป็นหัวใจของธุรกิจครับ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ถ้าความปลอดภัยของข้อมูลองค์กรคือสิ่งที่คุณให้ความสำคัญ Follow เราเพื่อดูว่า Apple Ecosystem ช่วยปกป้องธุรกิจได้อย่างไร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#DataSecurity #AppleIntelligence #Cybersecurity #ผู้บริหาร #Apple  💡 The 'Corporate Data Sovereignty' Imperative: ใช้ข่าว AI จากภ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iPhone 18 อาจดูไกลตัว แต่สำหรับฝ่ายจัดซื้อขององค์กร นี่คือข้อมูลสำคัญที่ใช้ป้องกันการลงทุนที่สูญเปล่ามูลค่าหลายล้านบาทได้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最近มีรายงานข่าวลือเกี่ยวกับ iPhone 18 จากหลายแหล่ง รวมถึง Droidsans และ อาตี๋รีวิว ซึ่งคนส่วนใหญ่มองว่าเป็นเรื่องของอนาคต แต่ในมุมมองของการวางแผนธุรกิจ นี่คือข้อมูลเชิงกลยุทธ์ครับ</w:t>
        <w:br/>
        <w:br/>
        <w:t>การจัดซื้ออุปกรณ์สำหรับพนักงานหลักร้อยหลักพันคน คือการลงทุนระยะยาว การเปลี่ยนแปลงทางเทคโนโลยีครั้งใหญ่ เช่น สถาปัตยกรรมชิปเซ็ตใหม่ หรือการออกแบบที่เปลี่ยนไปโดยสิ้นเชิง อาจทำให้รุ่นก่อนหน้าตกรุ่นเร็วกว่าที่คาดการณ์ไว้ กระทบต่อประสิทธิภาพ, ความเข้ากันได้ของแอปพลิเคชัน และอายุการใช้งานในองค์กร</w:t>
        <w:br/>
        <w:br/>
        <w:t>การติดตามข่าวลือเหล่านี้ แม้จะยังไม่ได้รับการยืนยัน ช่วยให้ผู้บริหารและฝ่าย IT สามารถประเมินได้ว่าการลงทุนใน iPhone รุ่นปัจจุบัน เป็นการลงทุนที่ปลอดภัยในระยะยาว หรือควรรอการเปลี่ยนแปลงครั้งสำคัญที่กำลังจะมาถึง นี่คือการบริหารความเสี่ยงด้านเทคโนโลยี หรือ 'Strategic Obsolescence Hedge' เพื่อให้มั่นใจว่าทุกบาทที่ลงทุนไปจะสร้างผลตอบแทนที่คุ้มค่าที่สุดครับ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วางแผนจัดซื้ออุปกรณ์ให้องค์กรอย่างมีกลยุทธ์ Follow เราสำหรับข้อมูลเชิงลึกด้าน Apple ในโลกธุรกิจ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#iPhone18 #CorporateStrategy #ITProcurement #TechInvestment #AppleForBusiness  💡 The 'Strategic Obsolescence Hedge': ตีความข่าวลือระยะไกล ไม่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Ultra อาจกลายเป็นของแรร์ไอเทม! ข่าววงในเผย Apple ผลิตได้แค่วันละไม่กี่ร้อยเครื่องเท่านั้น!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ใครที่กำลังรอ iPhone Ultra รุ่นท็อปสุดอาจจะต้องแย่งกันหนักหน่อยครับ! เพราะล่าสุดมีรายงานจาก iPhonemod เผยว่า Apple กำลังเจอปัญหาในการผลิต ทำให้ตอนนี้สามารถผลิต iPhone Ultra ได้เพียงไม่กี่ร้อยเครื่องต่อวันเท่านั้น</w:t>
        <w:br/>
        <w:br/>
        <w:t>ซึ่งน้อยมากๆ เมื่อเทียบกับความต้องการทั่วโลกครับ! อัตราการผลิตที่ต่ำขนาดนี้อาจจะแปลได้หลายอย่าง หนึ่งคือเทคโนโลยีที่ใช้มันซับซ้อนและใหม่มากจนผลิตได้ยาก หรือสอง Apple อาจจะตั้งใจทำให้มันเป็นรุ่นพิเศษแบบ Limited Edition จริงๆ ที่มีแค่ไม่กี่คนได้เป็นเจ้าของ</w:t>
        <w:br/>
        <w:br/>
        <w:t>สถานการณ์แบบนี้ บอกเลยว่าตอนเปิดตัวราคาอาจจะพุ่งไปไกลกว่าที่คิด และของอาจจะขาดตลาดหนักมากแน่นอนครับ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อยากรู้มั้ยว่าราคาเปิดตัวจะโดนอัปไปเท่าไหร่? กด follow ไว้เลย อัปเดตข่าวหลุดให้ทันที!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iMod  #iPhoneUltra #Apple #ไอโฟน #ข่าวลือ #iPhone18  💡 The 'Manufactured Exclusivity' Play: ตีความข่าวการผลิตที่จำก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จอพับอาจจะยังไม่มา... ถ้า Apple ยังทำสิ่งนี้ไม่ได้! นี่คือข้อมูลล่าสุดที่คนรอต้องรู้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ถึงแม้เราจะเห็น Samsung ทำมือถือจอพับมาหลายรุ่นแล้ว แต่สำหรับฝั่ง Apple ดูเหมือนจะยังไม่พร้อมเปิดตัวง่ายๆ ครับ</w:t>
        <w:br/>
        <w:br/>
        <w:t>รายงานล่าสุดจาก MacRumors เกี่ยวกับ iPhone Ultra จอพับ ระบุว่า Apple กำลังตั้งเป้าไปที่ความสมบูรณ์แบบสูงสุด คือหน้าจอที่พับแล้วต้อง 'ไร้รอยพับ' ให้ได้มากที่สุด ซึ่งเป็นปัญหาใหญ่ที่มือถือจอพับในปัจจุบันยังทำได้ไม่ดีพอ</w:t>
        <w:br/>
        <w:br/>
        <w:t>นี่อาจเป็นสาเหตุหลักที่ทำให้เรายังไม่เห็น iPhone จอพับเปิดตัวซักที เพราะ Apple ยอมที่จะมาช้า แต่ต้องมาแบบไร้ที่ติ ตามปรัชญาของแบรนด์ ดังนั้นถ้าใครที่กำลังรออยู่ อาจจะต้องรอต่อไปจนกว่า Apple จะมั่นใจว่าเทคโนโลยีของตัวเองดีที่สุดในตลาดจริงๆ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คิดว่า Apple จะทำจอพับไร้รอยได้สำเร็จมั้ย? คอมเมนต์มาแชร์กัน! แล้วกด follow ไว้รออัปเดตข่าวหลุดชิ้นต่อไป!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MacRumors  #iPhoneFold #iPhoneUltra #AppleLeaks #ไอโฟนจอพับ #ข่าวไอที  💡 The 'Zero-Compromise' Delay Tactic: วิเคราะห์ความล่าช้าในการ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ใครที่รอ iPhone 18 อยู่ อาจต้องคิดใหม่! เพราะข่าวหลุดบอกว่าการเปลี่ยนแปลงครั้งใหญ่ที่สุด จะมาใน iPhone 20!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ใครที่วางแผนจะอัปเกรด iPhone ต้องฟังทางนี้เลย! ข่าวลือล่าสุดจาก MacRumors บอกว่า iPhone 20 ที่จะเปิดตัวในอีกหลายปีข้างหน้า อาจจะเป็นการเปลี่ยนแปลงครั้งใหญ่ที่สุดนับตั้งแต่ iPhone X เลยทีเดียว</w:t>
        <w:br/>
        <w:br/>
        <w:t>นั่นหมายความว่าดีไซน์, ฟีเจอร์, และประสบการณ์ใช้งานอาจจะถูกยกเครื่องใหม่ทั้งหมด! การที่มีข่าวนี้หลุดออกมา อาจจะแปลว่า iPhone 18 และ 19 ที่กำลังจะมาถึง อาจจะเป็นแค่การอัปเกรดเล็กๆ น้อยๆ เพื่อรอการเปลี่ยนแปลงครั้งใหญ่นั่นเองครับ</w:t>
        <w:br/>
        <w:br/>
        <w:t>นี่เลยเป็นข้อมูลสำคัญสำหรับคนที่กำลังวางแผนจะเปลี่ยนมือถือ ว่าจะอัปเกรดในรอบสองปีนี้ หรือจะอดใจรอการปฏิวัติวงการอีกครั้งกับ iPhone 20 ไปเลย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 iPhone 20 บ้าง? กด follow ไว้เลย เดี๋ยวเราจะเกาะติดข่าวนี้ให้แบบ exclusive ที่สุด!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MacRumors  #iPhone20 #AppleRumor #iPhoneLeaks #อัปเกรดไอโฟน #เทคโนโลยี  💡 The 'Strategic Upgrade Skip' Advisor: ใช้ข่าวลือระยะยาวเป็นเ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