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08 Sep 2026  08:17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สายคลีน สายมินิมอลฟังด่วน! มีข่าวลือว่า iPhone 18 จะไม่มีสีซิลเวอร์อีกต่อไปแล้ว!?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ช็อกเลยดิ! ใครที่เล็ง iPhone 18 ไว้แล้วชอบความคลีนๆ ของสีเงินหรือสีขาว อาจจะต้องเฟลเบาๆ เพราะตามรายงานจากช่องอาตี๋รีวิว มีข่าวลือหนาหูมากว่า Apple อาจจะตัดสีซิลเวอร์ทิ้งในรุ่นโปรปีนี้! โห แล้วใครที่จัดโต๊ะคอมคุมโทนขาว หรือแต่งตัวสไตล์มินิมอลคือต้องคิดใหม่เลยนะเนี่ย เพราะสีเงินมันคือเบสิคที่เข้ากับทุกอย่างจริงๆ ตามข่าวลือบอกว่าอาจจะมีสีใหม่อย่าง Rose Titanium เข้ามาแทน แต่ฟีลมันก็ไม่เหมือนกันอ่ะเนอะ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ใครทีมสีซิลเวอร์เหมือนกัน คอมเมนต์มาหน่อย! แล้วกด follow ไว้เลย เดี๋ยวมีอัปเดตสีใหม่ๆ มาเล่าให้ฟังอีก! 🔥</w:t>
      </w:r>
    </w:p>
    <w:p>
      <w:pPr>
        <w:spacing w:before="0" w:after="40"/>
      </w:pPr>
      <w:r>
        <w:rPr>
          <w:rFonts w:ascii="Arial" w:hAnsi="Arial"/>
          <w:b w:val="0"/>
          <w:i/>
          <w:color w:val="888888"/>
          <w:sz w:val="16"/>
        </w:rPr>
        <w:t>⏱ 40s  📰 อาตี๋รีวิว  #iphone18 #ไอโฟน18 #ข่าวไอที #apple #สีไอโฟน  💡 The 'Social Feed Aesthetic' Disruption: วิเคราะห์ข่าวการตัดส</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เตือนแล้วนะ! ข่าวลือ iPhone 18 Pro มาโคตรแรง แต่ฟังจบอาจทำให้คุณรัก iPhone 15 Pro มากกว่าเดิม!?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มาอีกแล้ว ข่าวลือ iPhone 18 Pro ที่ทำให้ใจสั่น! ช่องอาตี๋รีวิวรายงานว่ารุ่นใหม่เนี่ย ขอบจอบางลงไปอีก กล้องเทพขึ้นไปอีกขั้น แถมได้ชิปใหม่ที่แรงทะลุโลกแน่นอน ฟังแล้วก็แบบ... FOMO ทำงานทันทีเลยใช่ป่ะ? แต่อะ เดี๋ยวเบรกก่อน ลองมอง iPhone 15 Pro ในมือเราดิ มันก็ยังเทพอยู่เลยนะเว้ย นี่แหละคือสงครามในใจของจริงระหว่าง FOMO ที่กลัวตกเทรนด์ กับ JOMO คือความสุขที่เราไม่ต้องไปไล่ตามอะไร ใช้ของที่มีให้คุ้มๆ ประหยัดตังค์ไปทำอย่างอื่นได้อีกเยอะ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เพื่อนๆ เป็นสายไหนกัน? ทีม FOMO ต้องใหม่ล่าสุด หรือทีม JOMO ใช้ให้คุ้ม? บอกหน่อย! กด follow ไว้เลยถ้าไม่อยากพลาดข่าวลือเด็ดๆ แบบนี้! 🔥</w:t>
      </w:r>
    </w:p>
    <w:p>
      <w:pPr>
        <w:spacing w:before="0" w:after="40"/>
      </w:pPr>
      <w:r>
        <w:rPr>
          <w:rFonts w:ascii="Arial" w:hAnsi="Arial"/>
          <w:b w:val="0"/>
          <w:i/>
          <w:color w:val="888888"/>
          <w:sz w:val="16"/>
        </w:rPr>
        <w:t>⏱ 45s  📰 อาตี๋รีวิว  #iphone18pro #ไอโฟน18 #ข่าวลือไอโฟน #fomo #jomo  💡 The 'FOMO vs. JOMO' Decision Point: ใช้ข่าวลือเป็นตัวจุดประเ</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ทริคลับสำหรับชาว Apple! ดูคลิปต่างประเทศยังไงให้มีเสียงพากย์ไทย เหมือนมีคนมาแปลให้สดๆ!</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เคยป่ะ? เวลาไถ TikTok แล้วเจอคลิปของ Creator ต่างชาติที่น่าดูมาก แต่ฟังไม่ออก! วันนี้เรามีตัวช่วยปลดล็อกสกิลภาษามาให้ Droidsans เค้าแนะนำตัวเสริมชื่อ Tofu Dubbing คือมันโกงมาก แค่เราเปิดคลิปบนเบราว์เซอร์ในคอมหรือ iPad มันจะใช้ AI แปลเสียงในคลิปเป็นภาษาไทยให้แบบสดๆ เลย! ทีนี้จะดูคลิปสอนแต่งหน้าจากเกาหลี, รีวิวเกมจากฝรั่ง, หรือดูสารคดีจากช่องไหนบนโลกก็ได้หมด เหมือนมีล่ามส่วนตัวเลยอะ ใครเป็นนักเรียนคือโคตรมีประโยชน์!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 Creator ต่างประเทศที่อยากให้มีพากย์ไทยบ้าง? แท็กมาเลย! กด follow ไว้ เดี๋ยวหาทริคเทพๆ แบบนี้มาให้อีก! 🔥</w:t>
      </w:r>
    </w:p>
    <w:p>
      <w:pPr>
        <w:spacing w:before="0" w:after="40"/>
      </w:pPr>
      <w:r>
        <w:rPr>
          <w:rFonts w:ascii="Arial" w:hAnsi="Arial"/>
          <w:b w:val="0"/>
          <w:i/>
          <w:color w:val="888888"/>
          <w:sz w:val="16"/>
        </w:rPr>
        <w:t>⏱ 42s  📰 Droidsans  #แอปดีบอกต่อ #เคล็ดลับไอโฟน #นักเรียน #นักศึกษา #Tofudubbing  💡 The 'Global Content Unlocked' Level-Up: นำเสนอเครื่องมือที่ไ</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Samsung เพิ่งขึ้นราคาสูงสุด 7,000 บาท แล้ว iPhone ล่ะ? นี่คือ 1 เหตุผลที่คนทำงานอาจเลือก iPhone แม้จะจ่ายแพงกว่าในวันแรก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ข่าวล่าสุดจาก Droidsans รายงานว่า Samsung ได้ปรับขึ้นราคามือถือหลายรุ่น มีผลทันที แพงขึ้นสูงสุดถึง 7,000 บาท ซึ่งเป็นความเคลื่อนไหวที่น่าสนใจมากสำหรับตลาดครับ</w:t>
        <w:br/>
        <w:br/>
        <w:t>สำหรับคนทำงานที่กำลังวางแผนซื้อมือถือเครื่องใหม่ นี่อาจเป็นตัวแปรสำคัญครับ เพราะในขณะที่ฝั่ง Samsung มีความผันผวนด้านราคา แต่ฝั่ง Apple ขึ้นชื่อเรื่องการตั้งราคาที่ค่อนข้างนิ่งและคาดเดาได้ในแต่ละปี</w:t>
        <w:br/>
        <w:br/>
        <w:t>ความนิ่งของราคานี้ส่งผลโดยตรงต่อ 'มูลค่าขายต่อ' หรือ Resale Value ที่แข็งแกร่งมากของ iPhone ทำให้ในระยะยาวแล้ว การซื้อ iPhone อาจไม่ใช่การจ่ายแพงอย่างที่คิด เพราะเมื่อถึงเวลาเปลี่ยนเครื่องใหม่ ส่วนต่างที่คุณต้องจ่ายเพิ่มอาจจะน้อยกว่า</w:t>
        <w:br/>
        <w:br/>
        <w:t>ดังนั้น ถ้าคุณมองมือถือเป็นการลงทุนระยะยาว 2-3 ปี ความแน่นอนของราคาและมูลค่าขายต่อของ iPhone ถือเป็นข้อได้เปรียบที่ชัดเจนมากในสถานการณ์ตลาดแบบนี้ครับ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คุณให้ความสำคัญกับ 'ราคาขายต่อ' แค่ไหนเวลาซื้อมือถือ? คอมเมนต์มาคุยกันครับ</w:t>
      </w:r>
    </w:p>
    <w:p>
      <w:pPr>
        <w:spacing w:before="0" w:after="40"/>
      </w:pPr>
      <w:r>
        <w:rPr>
          <w:rFonts w:ascii="Arial" w:hAnsi="Arial"/>
          <w:b w:val="0"/>
          <w:i/>
          <w:color w:val="888888"/>
          <w:sz w:val="16"/>
        </w:rPr>
        <w:t>⏱ 55s  📰 Droidsans  #iPhone #samsung #การเงิน #มนุษย์เงินเดือน #ไอที  💡 The 'Volatility Shield' Principle: ใช้ข่าวความผันผวนของราคาค</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14 หรือ 15 อยู่? ข่าวลือ iPhone 18 ล่าสุด อาจเป็นสัญญาณว่านี่คือ 'รอบที่ควรรอ'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ตอนนี้เริ่มมีข่าวลือหนาหูเกี่ยวกับ iPhone 18 ออกมาแล้วนะครับ ซึ่งตามรายงานจาก Droidsans ดูเหมือนว่าจะเป็นการอัปเกรดใหญ่ที่น่าจับตา</w:t>
        <w:br/>
        <w:br/>
        <w:t>ข้อมูลที่หลุดออกมาพูดถึงดีไซน์ใหม่, กล้องที่อาจจะดีขึ้นแบบก้าวกระโดด และที่สำคัญคือชิปเซ็ตเจเนอเรชันใหม่ที่เน้นเรื่อง AI มากขึ้นไปอีกขั้น ซึ่งทั้งหมดนี้ชี้ไปในทิศทางเดียวกันว่า iPhone 18 อาจจะเป็น 'รอบเปลี่ยนเกม' เหมือนตอน iPhone X เปิดตัว</w:t>
        <w:br/>
        <w:br/>
        <w:t>สำหรับคนทำงานที่ใช้ iPhone 14 หรือ 15 อยู่ ซึ่งเครื่องยังทำงานได้ดีเยี่ยม การมองข้าม iPhone 16 และ 17 เพื่อรอ iPhone 18 อาจเป็นการตัดสินใจที่ฉลาดมาก เพราะนั่นหมายถึงคุณจะได้ใช้เทคโนโลยีที่สดใหม่กว่าแบบเต็มเม็ดเต็มหน่วย และใช้งานไปได้ยาวๆ คุ้มค่ากับการลงทุนมากกว่าการอัปเกรดทุกปีครับ</w:t>
        <w:br/>
        <w:br/>
        <w:t>การวางแผนข้ามรุ่นแบบนี้ ช่วยให้เราใช้งบประมาณได้อย่างมีประสิทธิภาพสูงสุด ได้ของที่ดีที่สุดในรอบหลายปี โดยไม่ต้องเสียเงินไปกับการอัปเกรดเล็กๆ น้อยๆ ระหว่างทางครับ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ถ้าข่าวลือเป็นจริง มีใครวางแผนข้ามไปรอ iPhone 18 บ้างครับ? คอมเมนต์บอกหน่อย</w:t>
      </w:r>
    </w:p>
    <w:p>
      <w:pPr>
        <w:spacing w:before="0" w:after="40"/>
      </w:pPr>
      <w:r>
        <w:rPr>
          <w:rFonts w:ascii="Arial" w:hAnsi="Arial"/>
          <w:b w:val="0"/>
          <w:i/>
          <w:color w:val="888888"/>
          <w:sz w:val="16"/>
        </w:rPr>
        <w:t xml:space="preserve">⏱ 58s  📰 Droidsans  #iPhone18 #Apple #อัปเกรด #ข่าวไอที #วางแผนการเงิน  💡 The 'Super-Cycle' Upgrade Strategy: วิเคราะห์ข่าวลือระยะไกล </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อยากเก่งภาษาอังกฤษเร็วขึ้น? คนใช้ iPhone ต้องรู้ทริคนี้ แค่ใช้ AI แปลเสียงคลิป YouTube แล้วสรุปงานต่อบนมือถือได้เลย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สำหรับคนทำงานที่ต้องหาข้อมูลจากต่างประเทศตลอดเวลา วันนี้มีเครื่องมือ AI ที่จะเปลี่ยนวิธีการทำงานของคุณไปเลยครับ</w:t>
        <w:br/>
        <w:br/>
        <w:t>ตามข้อมูลจาก Droidsans มี Extension ตัวหนึ่งชื่อ Tofu Dubbing ที่สามารถแปลเสียงพูดในคลิป YouTube จากภาษาอังกฤษเป็นภาษาไทยได้แบบเรียลไทม์เลยครับ วิธีใช้ก็ง่ายๆ แค่ติดตั้งบนเบราว์เซอร์ในคอมพิวเตอร์ของคุณ</w:t>
        <w:br/>
        <w:br/>
        <w:t>ทีเด็ดสำหรับคนใน Apple Ecosystem คือ Workflow ที่ไร้รอยต่อครับ คุณสามารถใช้ Mac หรือ iPad ในการดูคลิปความรู้ สัมมนา หรือรีวิวผลิตภัณฑ์จากต่างประเทศ พร้อมฟังเสียงพากย์ไทยเพื่อความเข้าใจที่เร็วขึ้น จากนั้นก็สรุปประเด็นสำคัญลงใน Notes หรือ Freeform แล้วข้อมูลทั้งหมดก็จะซิงค์ผ่าน iCloud มาที่ iPhone ของคุณทันที</w:t>
        <w:br/>
        <w:br/>
        <w:t>ทำให้ไม่ว่าคุณจะอยู่ที่ไหน ก็สามารถดึงข้อมูลที่ย่อยมาแล้วขึ้นมาทำงานต่อได้ทันที เป็นการใช้ประโยชน์จาก AI เพื่อเพิ่ม Productivity ข้ามอุปกรณ์ได้อย่างสมบูรณ์แบบครับ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มีใครใช้ AI ช่วยในการทำงานข้ามอุปกรณ์แบบนี้บ้าง? แนะนำเครื่องมือกันในคอมเมนต์ได้เลยครับ</w:t>
      </w:r>
    </w:p>
    <w:p>
      <w:pPr>
        <w:spacing w:before="0" w:after="40"/>
      </w:pPr>
      <w:r>
        <w:rPr>
          <w:rFonts w:ascii="Arial" w:hAnsi="Arial"/>
          <w:b w:val="0"/>
          <w:i/>
          <w:color w:val="888888"/>
          <w:sz w:val="16"/>
        </w:rPr>
        <w:t>⏱ 60s  📰 Droidsans  #AI #Productivity #AppleEcosystem #iPhoneTips #ทำงาน  💡 The 'Ecosystem Enhancement' Bridge: นำเสนอเครื่องมือ AI จากภ</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ภาพถ่าย Low-light สวยๆ แบบนี้ อาจจะจบได้ในคลิกเดียว...ถ้าข่าวลือ iPhone 18 เรื่องนี้เป็นจริง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เกี่ยวกับข่าวหลุดล่าสุดของ iPhone 18 มีประเด็นที่น่าสนใจมากสำหรับคนถ่ายภาพ ไม่ใช่แค่การอัปเกรดขนาดเซ็นเซอร์หรือเพิ่มเมกะพิกเซล แต่เป็นแนวคิดที่เรียกว่า 'Computational Optics' ที่จะก้าวข้ามข้อจำกัดทางฟิสิกส์ไปเลย ลองนึกภาพตามนะครับ: แทนที่เราจะต้องเข้า Portrait Mode เพื่อละลายหลัง ในอนาคต AI อาจจะประมวลผลความลึกแบบ Real-time ที่ให้โบเก้ได้เนียนและเป็นธรรมชาติกว่าเดิมหลายเท่า หรือการถ่าย Night Mode ที่ไม่ได้แค่ดึงแสงสว่างขึ้นมา แต่เป็นการ 'สร้าง' รายละเอียดในส่วนมืดที่เซ็นเซอร์จริงๆ มองไม่เห็นขึ้นมาใหม่โดยใช้ AI ถ้า Apple ทำได้จริง มันจะเปลี่ยนวิธีคิดในการถ่ายภาพด้วยมือถือไปตลอดกาล จากที่ต้องพึ่งพาฮาร์ดแวร์ ตอนนี้ซอฟต์แวร์จะกลายเป็นตัวตัดสินคุณภาพของภาพอย่างแท้จริง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ข่าวลือกล้องใหม่ยังมีรายละเอียดอีกเยอะ กด Save คลิปนี้ไว้ก่อนเลย เดี๋ยวมาเจาะลึกให้ฟังแต่ละฟีเจอร์ครับ</w:t>
      </w:r>
    </w:p>
    <w:p>
      <w:pPr>
        <w:spacing w:before="0" w:after="40"/>
      </w:pPr>
      <w:r>
        <w:rPr>
          <w:rFonts w:ascii="Arial" w:hAnsi="Arial"/>
          <w:b w:val="0"/>
          <w:i/>
          <w:color w:val="888888"/>
          <w:sz w:val="16"/>
        </w:rPr>
        <w:t>⏱ 65s  📰 Droidsans  #iPhone18 #Apple #ถ่ายภาพ #ช่างภาพ #ไอโฟน  💡 The 'Computational Optics' Frontier: วิเคราะห์ข่าวลือกล้องให</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เคยไหมครับ ถ่ายภาพมาอย่างสวย แต่มาตายตอนจบที่การแต่งสี? อนาคต...ปัญหานี้อาจจะหมดไป แม้กระทั่งก่อนที่เราจะกดชัตเตอร์ซะอีก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Droidsans เพิ่งรายงานเรื่อง GPT-6 Astra ซึ่งเป็น AI ที่ฉลาดจนน่าทึ่ง หลายคนอาจจะมองว่ามันจะมาช่วย 'แต่งรูป' แต่สำหรับช่างภาพ ผมว่ามันจะมาปฏิวัติสิ่งที่เรียกว่า 'Pre-Visualization' ไปเลย ลองจินตนาการดูนะครับ: ปกติเราจะมองซีนแล้วนึกภาพจบในหัว แต่ถ้า AI ใน iPhone ฉลาดระดับนี้ มันอาจจะวิเคราะห์ซีนตรงหน้า แล้วแสดงผลลัพธ์สุดท้ายในสไตล์ที่เราต้องการให้ดูบนจอได้เลยแบบ Real-time อยากได้ภาพโทนฟิล์มสไตล์ Portra 400? แค่บอกมัน หรืออยากได้แสง Rim light สวยๆ ทั้งๆ ที่เป็นตอนกลางวัน? AI อาจจะจำลองแสงและเงาให้เราเห็นก่อนถ่ายได้เลย นี่ไม่ใช่แค่การแปะฟิลเตอร์ แต่มันคือ Creative Co-pilot ที่ช่วยให้เราตัดสินใจเรื่ององค์ประกอบและแสงได้เฉียบคมขึ้นก่อนที่จะเสียช็อตนั้นไป</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เรื่อง AI กับการถ่ายภาพนี่ยาวมาก กด Save ไว้เลย เดี๋ยวคลิปหน้ามาลองจำลอง Workflow ให้ดูว่ามันจะเปลี่ยนไปยังไง</w:t>
      </w:r>
    </w:p>
    <w:p>
      <w:pPr>
        <w:spacing w:before="0" w:after="40"/>
      </w:pPr>
      <w:r>
        <w:rPr>
          <w:rFonts w:ascii="Arial" w:hAnsi="Arial"/>
          <w:b w:val="0"/>
          <w:i/>
          <w:color w:val="888888"/>
          <w:sz w:val="16"/>
        </w:rPr>
        <w:t xml:space="preserve">⏱ 70s  📰 Droidsans  #Astra #OpenAI #iPhonePhotography #แต่งรูปไอโฟน #เทคโนโลยี  💡 The 'Intelligent Pre-Visualization' Catalyst: ตีความข่าว AI </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เคยสงสัยไหมครับ ว่าทำไมอุปกรณ์เสริมเทพๆ สำหรับถ่ายภาพ ถึงออกมาให้ iPhone เยอะกว่าแบรนด์อื่น? คำตอบอาจจะซ่อนอยู่ในข่าวนี้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ที่ว่า Samsung เตรียมขึ้นราคามือถืออีกแล้ว สำหรับคนทั่วไปอาจจะมองแค่เรื่องเงิน แต่ในมุมของช่างภาพที่ใช้มือถือเป็นเครื่องมือทำงาน มันมีผลกระทบมากกว่านั้นครับ ความผันผวนของราคาและไลน์ผลิตภัณฑ์ที่ไม่นิ่ง ทำให้บริษัทที่ผลิตอุปกรณ์เสริมระดับโปรฯ อย่างเลนส์, ฟิลเตอร์ หรือเคสเกรดภาพยนตร์ ลังเลที่จะลงทุนพัฒนาผลิตภัณฑ์ เพราะไม่แน่ใจในอนาคตของรุ่นนั้นๆ ในทางกลับกัน iPhone มี Product Cycle ที่ชัดเจน ตำแหน่งกล้องและขนาดเครื่องที่ค่อนข้างคาดเดาได้ สิ่งนี้สร้างสิ่งที่เรียกว่า 'ความมั่นใจของ Ecosystem' ให้กับผู้ผลิตอุปกรณ์เสริมครับ ผลลัพธ์คือเราจึงมีเครื่องมือถ่ายภาพสำหรับ iPhone ที่แข็งแกร่งและเป็นมืออาชีพมากกว่า นี่ไม่ใช่เรื่องของการอวยแบรนด์ แต่เป็นเรื่องของความเสถียรของแพลตฟอร์ม ที่ส่งผลโดยตรงต่อเครื่องมือทำมาหากินของเรา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ใครใช้อุปกรณ์เสริมตัวไหนกับ iPhone อยู่บ้าง คอมเมนต์มาแชร์กันหน่อยครับ กด Save คลิปนี้ไว้ เดี๋ยวรอบหน้าผมจะมารีวิวเซ็ตอัปที่ผมใช้ประจำ</w:t>
      </w:r>
    </w:p>
    <w:p>
      <w:pPr>
        <w:spacing w:before="0" w:after="40"/>
      </w:pPr>
      <w:r>
        <w:rPr>
          <w:rFonts w:ascii="Arial" w:hAnsi="Arial"/>
          <w:b w:val="0"/>
          <w:i/>
          <w:color w:val="888888"/>
          <w:sz w:val="16"/>
        </w:rPr>
        <w:t>⏱ 75s  📰 Droidsans  #iPhone #Samsung #ถ่ายวิดีโอ #อุปกรณ์เสริมมือถือ #ช่างภาพ  💡 The 'Accessory Ecosystem Confidence' Index: วิเคราะห์ข่าวควา</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กำลังจะซื้อมือถือใหม่? เบรกก่อน! เพราะเงินเท่าเดิมอาจไม่ได้ของเหมือนเดิมแล้ว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มีข่าวใหญ่จากฝั่ง Samsung ที่ Droidsans รายงานว่า เค้าเตรียมขึ้นราคามือถือสูงสุดถึง 7,000 บาท! แปลว่ามือถือที่คุณเล็งไว้อาทิตย์ที่แล้ว วันนี้อาจจะแพงขึ้นจนซื้อไม่ไหว</w:t>
        <w:br/>
        <w:br/>
        <w:t>แต่นี่อาจเป็นโอกาสดีสำหรับคนอยากย้ายมาใช้ iPhone นะครับ เพราะราคา iPhone ค่อนข้างนิ่ง โดยเฉพาะรุ่นก่อนหน้าหรือเครื่องมือสองสภาพดี ในงบหมื่นปลายๆ ถึงสองหมื่น ตอนนี้หา iPhone 13 หรือ 14 สภาพสวยๆ ได้สบาย ซึ่งมั่นใจได้เลยว่าใช้ได้ยาวๆ อัปเดตได้อีกหลายปี ไม่ต้องกังวลเรื่องราคาที่ผันผวน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อยากรู้ว่าขยับมาเล่น iPhone รุ่นไหนได้บ้าง ลองคอมเมนต์งบมาเลย เดี๋ยวช่วยดูให้!</w:t>
      </w:r>
    </w:p>
    <w:p>
      <w:pPr>
        <w:spacing w:before="0" w:after="40"/>
      </w:pPr>
      <w:r>
        <w:rPr>
          <w:rFonts w:ascii="Arial" w:hAnsi="Arial"/>
          <w:b w:val="0"/>
          <w:i/>
          <w:color w:val="888888"/>
          <w:sz w:val="16"/>
        </w:rPr>
        <w:t>⏱ 45s  📰 Droidsans  #ไอโฟน #iphoneมือสอง #ซัมซุง #ไอทีน่ารู้ #รอบรู้ไอที  💡 The 'Safe Haven' Investment: ใช้ข่าวความผันผวนของราคาคู่แข่ง</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ข่าวดีคนงบน้อย! งบหมื่นกลางๆ ที่เคยเล็ง Android ตอนนี้อาจจะพอให้คุณข้ามมาซื้อ iPhone ได้แล้วนะ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ตามรายงานล่าสุดจาก Droidsans ตอนนี้ Samsung ได้ปรับขึ้นราคามือถือหลายรุ่น ทำให้งบประมาณเดิมที่เราตั้งใจไว้อาจไม่พอสำหรับรุ่นที่อยากได้</w:t>
        <w:br/>
        <w:br/>
        <w:t>แต่มองอีกมุม นี่คือ 'โอกาสทอง' เลยครับ! เพราะงบประมาณที่ขยับขึ้นของฝั่งนู้น มันดันมาพอดีกับราคาของ iPhone มือสองรุ่นที่ยังน่าใช้อยู่มากๆ อย่าง iPhone 13 ที่ตอนนี้ราคาลงมาเยอะแล้ว ทำให้เกิดจุดที่เรียกว่า 'Budget Crossover' คือ งบที่เคยซื้อได้แค่ Android รุ่นกลาง ตอนนี้สามารถข้ามฝั่งมาเป็นเจ้าของ iPhone ได้เลย ได้ทั้งประสบการณ์ iOS และความเสถียรที่หลายคนชอบ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อยากรู้มั้ยว่างบของคุณตอนนี้ ข้ามมาซื้อ iPhone รุ่นไหนได้คุ้มสุด? คอมเมนต์งบมาเลย เดี๋ยวแนะนำให้ครับ!</w:t>
      </w:r>
    </w:p>
    <w:p>
      <w:pPr>
        <w:spacing w:before="0" w:after="40"/>
      </w:pPr>
      <w:r>
        <w:rPr>
          <w:rFonts w:ascii="Arial" w:hAnsi="Arial"/>
          <w:b w:val="0"/>
          <w:i/>
          <w:color w:val="888888"/>
          <w:sz w:val="16"/>
        </w:rPr>
        <w:t>⏱ 50s  📰 Droidsans  #ไอโฟนมือสอง #งบน้อย #ย้ายมาios #iPhone13 #รีวิวไอโฟน  💡 The 'Budget Crossover' Opportunity: ตีความข่าวการขึ้นราคาของ</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เห็นราคาหลุด iPhone 18 แล้วจะเป็นลม? อย่าเพิ่งท้อ! เพราะนี่แหละคือสัญญาณว่าคุณควรซื้อ iPhone ตอนนี้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ช่วงนี้มีข่าวลือหนาหูมากเรื่องราคา iPhone 18 Pro Max หรือรุ่น Ultra ที่อาจจะแพงขึ้นไปอีกเยอะมาก เห็นแล้วหลายคนคงถอดใจกันไปเลย</w:t>
        <w:br/>
        <w:br/>
        <w:t>แต่เดี๋ยวก่อน! ข่าวนี้จริงๆ แล้วเป็นประโยชน์กับคนงบน้อยอย่างเรานะ เพราะมันช่วยตอกย้ำว่า iPhone รุ่นปัจจุบันอย่าง iPhone 14 หรือ 15 เนี่ย 'คุ้มค่า' และ 'เพียงพอ' แค่ไหน ลองคิดดูว่าเราได้ฟีเจอร์ส่วนใหญ่ที่จำเป็นในราคาที่จับต้องได้มากกว่ากันเยอะ ไม่ต้องรอเทคโนโลยีอนาคตที่แพงเกินเอื้อม การซื้อรุ่นที่พิสูจน์ตัวเองแล้วในวันนี้ คือการลงทุนที่ฉลาดที่สุดครับ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ใครกำลังลังเลอยู่ว่างบที่มีจะซื้อรุ่นไหนดี คอมเมนต์งบของคุณมาเลย เดี๋ยวช่วยหาตัวเลือกที่คุ้มที่สุดให้!</w:t>
      </w:r>
    </w:p>
    <w:p>
      <w:pPr>
        <w:spacing w:before="0" w:after="40"/>
      </w:pPr>
      <w:r>
        <w:rPr>
          <w:rFonts w:ascii="Arial" w:hAnsi="Arial"/>
          <w:b w:val="0"/>
          <w:i/>
          <w:color w:val="888888"/>
          <w:sz w:val="16"/>
        </w:rPr>
        <w:t>⏱ 40s  📰 เอกวิทย์  #iphone18 #ไอโฟน15 #ไอโฟน14 #iphoneมือสอง #คุ้มค่า  💡 The 'Present Value' Anchor: ใช้ข่าวลือราคาที่สูงลิ่วของรุ่นใ</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งบประมาณ IT ของคุณกำลังจะได้รับผลกระทบ Droidsans รายงานว่า Samsung เตรียมขึ้นราคามือถือในไทยสัปดาห์หน้า นี่คือเหตุผลที่ความเสถียรของ Apple สำคัญต่อการวางแผนธุรกิจ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สำหรับฝ่ายจัดซื้อและ IT การเปลี่ยนแปลงราคาที่ไม่คาดคิดคือฝันร้าย มันทำให้การวางแผนงบประมาณรายไตรมาสยุ่งยาก การจัดซื้อล็อตใหญ่ต้องหยุดชะงัก และการคำนวณต้นทุนรวมในการเป็นเจ้าของ (TCO) คลาดเคลื่อน นี่คือจุดที่ความแตกต่างของ Apple ชัดเจนขึ้น วงจรการเปิดตัวและกำหนดราคาที่คาดเดาได้ปีต่อปีของ iPhone ช่วยให้องค์กรสามารถวางแผนกลยุทธ์ด้านอุปกรณ์เคลื่อนที่ได้อย่างแม่นยำในระยะยาว คุณสามารถจัดสรรงบประมาณล่วงหน้าได้โดยไม่ต้องกังวลกับความผันผวนของตลาด นี่ไม่ใช่แค่เรื่องราคา แต่คือความมั่นคงที่จำเป็นต่อการดำเนินธุรกิจอย่างราบรื่น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เราเพื่อเรียนรู้การวางแผนกลยุทธ์ IT ด้วย Apple ecosystem ให้คุ้มค่าที่สุด</w:t>
      </w:r>
    </w:p>
    <w:p>
      <w:pPr>
        <w:spacing w:before="0" w:after="40"/>
      </w:pPr>
      <w:r>
        <w:rPr>
          <w:rFonts w:ascii="Arial" w:hAnsi="Arial"/>
          <w:b w:val="0"/>
          <w:i/>
          <w:color w:val="888888"/>
          <w:sz w:val="16"/>
        </w:rPr>
        <w:t>⏱ 60s  📰 Droidsans  #iPhoneธุรกิจ #AppleEcosystem #บริหารจัดการIT #TCO #ผู้บริหาร  💡 The 'Budgetary Shockwave' Effect: วิเคราะห์ผลกระทบของความผัน</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ข่าวลือ iPhone 18 ไม่ใช่แค่เรื่องสเปคใหม่ แต่มันคือ 'Roadmap' ที่ผู้บริหารฝ่าย IT ต้องจับตา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ข้อมูลหลุดของ iPhone 18 ชี้ให้เห็นถึงการอัปเกรดครั้งสำคัญ แต่ในมุมมองขององค์กร เราไม่ได้มองแค่ว่ามัน 'เร็วขึ้น' หรือ 'กล้องดีขึ้น' แต่มองว่ามันจะปลดล็อกความสามารถอะไรใหม่ๆ ให้กับธุรกิจ ชิปที่ทรงพลังขึ้น หมายถึงศักยภาพในการประมวลผล AI บนตัวเครื่องที่ซับซ้อนกว่าเดิม เพิ่มความปลอดภัยให้ข้อมูลที่ไม่ต้องส่งขึ้นคลาวด์ กล้องที่พัฒนาขึ้น ไม่ได้มีไว้แค่ถ่ายรูปสวย แต่คือเครื่องมือสำหรับทีมภาคสนามในการทำ site inspection หรือสแกนเอกสารความละเอียดสูง การมองข่าวลือเหล่านี้ในฐานะ 'Enterprise Feature Roadmap' ช่วยให้เราวางแผนการพัฒนาแอปพลิเคชันภายในและปรับปรุง workflow ของทีมล่วงหน้าได้เป็นปีๆ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ถ้าคุณมองเทคโนโลยีเป็นเครื่องมือขับเคลื่อนธุรกิจ ไม่ใช่แค่ของเล่น Follow เราเลย</w:t>
      </w:r>
    </w:p>
    <w:p>
      <w:pPr>
        <w:spacing w:before="0" w:after="40"/>
      </w:pPr>
      <w:r>
        <w:rPr>
          <w:rFonts w:ascii="Arial" w:hAnsi="Arial"/>
          <w:b w:val="0"/>
          <w:i/>
          <w:color w:val="888888"/>
          <w:sz w:val="16"/>
        </w:rPr>
        <w:t>⏱ 65s  📰 Droidsans  #iPhone18 #AppleForBusiness #TechStrategy #ผู้บริหาร #ITStrategy  💡 The 'Enterprise Feature Roadmap' Indicator: ตีความข่าวลือเกี</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Droidsans รายงานว่า AI อย่าง GPT-6 Astra กำลังฉลาดขึ้นจนน่ากังวล แต่สำหรับองค์กรที่ใช้ iPhone คำถามที่สำคัญกว่าคือ: ข้อมูลลับของบริษัทคุณ ถูกส่งไปประมวลผลที่ไหน?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ความเสี่ยงของ AI ที่ทำงานบนคลาวด์คือทุกคำสั่งและทุกข้อมูลที่คุณป้อนเข้าไป ตั้งแต่การสรุปรายงานการประชุมลับ ไปจนถึงการวิเคราะห์ข้อมูลทางการเงิน จะถูกส่งออกจากเครือข่ายของบริษัทไปยังเซิร์ฟเวอร์ของบุคคลที่สาม นี่คือช่องโหว่ด้านความปลอดภัยที่ร้ายแรงสำหรับทรัพย์สินทางปัญญา ในทางกลับกัน แนวทางของ Apple ที่เน้นการประมวลผลบนตัวอุปกรณ์ (On-Device Processing) ทำหน้าที่เหมือน 'Corporate IP Firewall' ข้อมูลที่ละเอียดอ่อนจะถูกจัดการภายในชิปของ iPhone โดยตรง ไม่รั่วไหลออกไปข้างนอก นี่ไม่ใช่แค่เรื่องความเป็นส่วนตัวของพนักงาน แต่คือการปกป้องแก่นแท้ของธุรกิจคุณ ทั้งความลับทางการค้าและข้อมูลลูกค้า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เราเพื่ออัปเดตว่า Apple ecosystem ช่วยปกป้องข้อมูลองค์กรของคุณได้อย่างไร</w:t>
      </w:r>
    </w:p>
    <w:p>
      <w:pPr>
        <w:spacing w:before="0" w:after="40"/>
      </w:pPr>
      <w:r>
        <w:rPr>
          <w:rFonts w:ascii="Arial" w:hAnsi="Arial"/>
          <w:b w:val="0"/>
          <w:i/>
          <w:color w:val="888888"/>
          <w:sz w:val="16"/>
        </w:rPr>
        <w:t>⏱ 70s  📰 Droidsans  #DataSecurity #AppleIntelligence #CyberSecurity #ธุรกิจ #iPhoneSecurity  💡 The 'Corporate IP Firewall' Distinction: ใช้ข่าว AI ภายนอกเพ</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โค้ดลับใน iOS หลุด! เผย 5 ฟีเจอร์กล้องใหม่ที่คาดว่าจะอยู่ใน iPhone 18 Pro นี่คือสิ่งที่ Apple ซุ่มพัฒนาอยู่ครับ!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ใครรออัปเกรดกล้องอยู่ต้องฟัง! MacRumors รายงานว่ามีการไปเจอโค้ดที่บอกใบ้ถึง 5 ฟีเจอร์กล้องใหม่ของ iPhone 18 Pro ที่ยังไม่เคยเปิดตัวที่ไหนมาก่อนเลยครับ ถึงแม้จะยังไม่มีรายละเอียดแบบเต็มๆ แต่การที่มันไปอยู่ในโค้ดแล้ว แสดงว่า Apple กำลังทดสอบจริงจัง ไม่ใช่แค่ข่าวลือลอยๆ จากโรงงานเหมือนที่ผ่านๆ มา ตอนนี้ยังไม่ยืนยันว่าทั้ง 5 ฟีเจอร์นี้จะได้เปิดตัวพร้อมกันทั้งหมดมั้ย แต่บอกเลยว่านี่เป็นสัญญาณที่ชัดมากว่ากล้อง iPhone กำลังจะได้รับการอัปเกรดครั้งใหญ่อีกครั้งครับ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ถ้ามีรายละเอียดแต่ละฟีเจอร์หลุดมาเพิ่มเมื่อไหร่ จะรีบมาอัปเดตให้ทันที กด follow ไว้ก่อนเลยครับ!</w:t>
      </w:r>
    </w:p>
    <w:p>
      <w:pPr>
        <w:spacing w:before="0" w:after="40"/>
      </w:pPr>
      <w:r>
        <w:rPr>
          <w:rFonts w:ascii="Arial" w:hAnsi="Arial"/>
          <w:b w:val="0"/>
          <w:i/>
          <w:color w:val="888888"/>
          <w:sz w:val="16"/>
        </w:rPr>
        <w:t>⏱ 45s  📰 MacRumors  #iPhone18Pro #AppleLeaks #กล้องไอโฟน #ข่าวไอที #ไอโฟน18  💡 The 'Code-Confirmed' Feature Roadmap: วิเคราะห์การรั่วไหลของ</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สรุปข่าวลือ iPhone 18 ล่าสุด! รุ่น Pro Max อาจหายไป และมีรุ่นใหม่ที่โหดกว่ามาแทนที่ในชื่อ iPhone 18 Ultra!</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ไม่ต้องไปไล่อ่านหลายที่! นี่คือสรุปข่าวลือ iPhone 18 ที่กำลังเป็นกระแสอยู่ตอนนี้ครับ ข้อมูลจาก Droidsans และหลายแหล่งข่าวลือตรงกันว่า ปีหน้าเราอาจจะไม่ได้เห็นชื่อ Pro Max อีกต่อไป แต่ Apple จะเปิดตัวรุ่นท็อปสุดใหม่ในชื่อ 'iPhone 18 Ultra' แทน ซึ่งจะมาพร้อมสเปคที่จัดเต็มกว่ารุ่น Pro แบบก้าวกระโดด ทั้งเรื่องกล้องและอาจจะมีฟีเจอร์พิเศษเฉพาะรุ่นด้วย ส่วนดีไซน์โดยรวมยังคงคล้ายเดิม แต่จะมีการปรับปรุงรายละเอียดเล็กๆ น้อยๆ ทั่วไป แน่นอนว่าทั้งหมดนี้ยังเป็นแค่ข่าวลือที่ยังไม่ได้รับการยืนยันนะครับ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ถ้ามีข้อมูลเรื่องรุ่น Ultra อัปเดตเมื่อไหร่ จะรีบมาบอกคนแรกๆ เลย กดติดตามไว้ด่วนครับ!</w:t>
      </w:r>
    </w:p>
    <w:p>
      <w:pPr>
        <w:spacing w:before="0" w:after="40"/>
      </w:pPr>
      <w:r>
        <w:rPr>
          <w:rFonts w:ascii="Arial" w:hAnsi="Arial"/>
          <w:b w:val="0"/>
          <w:i/>
          <w:color w:val="888888"/>
          <w:sz w:val="16"/>
        </w:rPr>
        <w:t>⏱ 50s  📰 Droidsans  #iPhone18 #iPhoneUltra #Apple #ข่าวลือ #ไอโฟน  💡 The 'Pro-Tier Dilution' Effect: วิเคราะห์ข่าวลือสรุปรวมว่ากา</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ช็อควงการ! Samsung ประกาศขึ้นราคามือถือในไทยสูงสุด 7,000 บาท แล้วแบบนี้ iPhone กลายเป็นตัวเลือกที่คุ้มกว่าเดิมรึเปล่า?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ข่าวด่วนล่าสุดครับ! Droidsans ยืนยันแล้วว่า Samsung ได้ปรับขึ้นราคามือถือในประเทศไทยอย่างเป็นทางการ มีผลทันที แพงขึ้นสูงสุดถึง 7,000 บาทในบางรุ่น ข่าวนี้ออกมาในช่วงที่หลายคนกำลังเก็บเงินรอ iPhone รุ่นใหม่พอดี ซึ่งการปรับราคาครั้งนี้ของฝั่งคู่แข่ง อาจทำให้คนที่ลังเลอยู่ตัดสินใจง่ายขึ้นเยอะเลยครับ เพราะในขณะที่แบรนด์อื่นราคาผันผวน แต่ราคาเปิดตัวของ iPhone ค่อนข้างนิ่งและคาดเดาได้มากกว่า ทำให้การวางแผนการเงินซื้อง่ายกว่า แถมราคาขายต่อก็ยังแข็งแกร่งเหมือนเดิม ทำให้ภาพรวมอาจจะดูคุ้มค่ากว่าในระยะยาวครับ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คุณคิดว่าไงกับเรื่องนี้ คอมเมนต์มาคุยกัน! และกด follow ไว้เลย เดี๋ยวมีข่าวใหม่ๆ มาอัปเดตอีกแน่นอน!</w:t>
      </w:r>
    </w:p>
    <w:p>
      <w:pPr>
        <w:spacing w:before="0" w:after="40"/>
      </w:pPr>
      <w:r>
        <w:rPr>
          <w:rFonts w:ascii="Arial" w:hAnsi="Arial"/>
          <w:b w:val="0"/>
          <w:i/>
          <w:color w:val="888888"/>
          <w:sz w:val="16"/>
        </w:rPr>
        <w:t>⏱ 55s  📰 Droidsans  #iPhone #Samsung #Apple #ข่าวไอที #มือถือ  💡 The 'Comparative Affordability' Shift: ใช้ข่าวการขึ้นราคาของ</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