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09 Sep 2026  08:08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เพื่อนทักแน่ถ้า iPhone 18 มี 3 อย่างนี้จริง!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ชาวไอโฟนฟังทางนี้! ข่าวลือ iPhone 18 ล่าสุดจาก Droidsans คือเดือดมากแม่! เขาบอกกันว่ารอบนี้อาจมีรุ่น Ultra มาด้วย คือแรงสุดในทุกรุ่น เอาใจสายเกมเมอร์แบบสุดๆ ไปเลย ไม่ต้องกลัวกระตุกตอนบวกอีกต่อไป! ส่วนเรื่องกล้องก็มีลุ้นอัปเกรดใหญ่ อาจจะซูมได้ไกลขึ้นอีกแบบจึ้งๆ ถ่ายศิลปินจากยอดดอยก็ยังไหว! แล้วดีไซน์ก็อาจจะเปลี่ยนด้วยนะ แต่ทั้งหมดนี้ยังเป็นแค่ข่าวลือนะทุกคน ต้องรอ Apple คอนเฟิร์มอีกที!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ใครรอรุ่นนี้อยู่บ้างคอมเมนต์มา! แล้วกด follow ไว้เลย เดี๋ยวมาอัปเดตให้ไวที่สุด! 🔥</w:t>
      </w:r>
    </w:p>
    <w:p>
      <w:pPr>
        <w:spacing w:before="0" w:after="40"/>
      </w:pPr>
      <w:r>
        <w:rPr>
          <w:rFonts w:ascii="Arial" w:hAnsi="Arial"/>
          <w:b w:val="0"/>
          <w:i/>
          <w:color w:val="888888"/>
          <w:sz w:val="16"/>
        </w:rPr>
        <w:t>⏱ 40s  📰 Droidsans  #iphone18 #ไอโฟน18 #appleleaks #ข่าวไอที #รวมข่าวไอที  💡 The 'Main Character' Upgrade Checklist: แปลงข่าวลือสเปคที่ซั</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เก็บเงินซื้อโทรศัพท์อยู่ดีๆ อาจมีช็อตฟีล! เพราะอะไรมาดู!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ใครที่กำลังเก็บเงินซื้อโทรศัพท์ใหม่อยู่ต้องฟัง! ล่าสุด Droidsans รายงานว่า Samsung ประกาศขึ้นราคามือถือบางรุ่นแล้วนะ แพงขึ้นสูงสุดเจ็ดพันบาทเลย! งานนี้ใครเล็งไว้อาจจะต้องเก็บเงินเพิ่ม... แต่อะ ในความโชคร้ายก็ยังมีข้อดีสำหรับชาว Apple อยู่นะ คือราคาวางขายของ iPhone ค่อนข้างนิ่งมาก ทำให้เราวางแผนเก็บเงินง่าย ไม่ต้องมานั่งลุ้นว่าราคาจะดีดตอนเราเก็บเงินใกล้ครบแล้ว ใครที่เล็ง iPhone 15 หรือมือสองสภาพดีรุ่นก่อนหน้าไว้ ก็สบายใจได้เปราะนึงเลย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ใครทีมเก็บเงินอยู่บ้าง? คอมเมนต์มา! แล้วกด follow ไว้เลย มีทริคเก็บเงินซื้อ iPhone มาฝากอีกเพียบ!</w:t>
      </w:r>
    </w:p>
    <w:p>
      <w:pPr>
        <w:spacing w:before="0" w:after="40"/>
      </w:pPr>
      <w:r>
        <w:rPr>
          <w:rFonts w:ascii="Arial" w:hAnsi="Arial"/>
          <w:b w:val="0"/>
          <w:i/>
          <w:color w:val="888888"/>
          <w:sz w:val="16"/>
        </w:rPr>
        <w:t>⏱ 42s  📰 Droidsans  #ไอโฟน #samsung #นักเรียน #นักศึกษา #ผ่อนไปใช้ไป  💡 The 'Student Budget' Lock-In: ใช้ข่าวความผันผวนของราคาคู่แข่</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อยากให้คนคอมเมนต์ถล่มทลายแบบ 'อาตี๋รีวิว' ปะ? มาสอนทริคให้!</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เห็นไวรัลล่าสุดใน TikTok ยัง? ที่ช่องอาตี๋รีวิวให้คนคอมเมนต์สีผมที่อยากเห็นอะ คือคนเล่นด้วยเยอะมาก! จริงๆ ทริคนี้เราก็เอามาทำตามได้ง่ายๆ บน iPhone เลยนะ มันคือการสร้างคอนเทนต์แบบ 'Co-Creation' หรือการให้คนดูมีส่วนร่วมในการสร้างสรรค์ผลงานกับเรา แค่ถ่ายคลิปตัวเองนิ่งๆ แล้วตั้งคำถามเปิดไปเลย เช่น 'อยากเห็นเราใส่เสื้อสีอะไร?' หรือ 'อยากให้พื้นหลังคลิปนี้เป็นที่ไหน?' จากนั้นก็เลือกคอมเมนต์ที่โดนๆ มาทำคลิปตอบ แค่นี้ก็สร้าง engagement ได้แบบปังๆ 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ไปลองทำแล้วแท็กมาอวดด้วยนะ! กด follow ไว้เลยถ้าอยากได้ทริคทำคอนเทนต์ไวรัลด้วย iPhone อีก! 🔥</w:t>
      </w:r>
    </w:p>
    <w:p>
      <w:pPr>
        <w:spacing w:before="0" w:after="40"/>
      </w:pPr>
      <w:r>
        <w:rPr>
          <w:rFonts w:ascii="Arial" w:hAnsi="Arial"/>
          <w:b w:val="0"/>
          <w:i/>
          <w:color w:val="888888"/>
          <w:sz w:val="16"/>
        </w:rPr>
        <w:t>⏱ 35s  📰 อาตี๋รีวิว  #อาตี๋รีวิว #tiktokuni #สอนทำคลิป #ทริคไอโฟน #สร้างตัวตน  💡 The 'Co-Creation' Meme Hack: ไม่ใช่แค่การรายงานกระแสไวรัล แต</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Samsung อยู่แล้วอยากย้ายมา iPhone? จังหวะนี้อาจจะดีที่สุดครับ เพราะมีรายงานว่า Samsung เพิ่งขึ้นราคาในไทยสูงสุด 7,000 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นะครับ Samsung ได้ปรับขึ้นราคามือถือหลายรุ่น ทำให้ราคาขยับขึ้นสูงสุดถึง 7,000 บาท ข่าวนี้อาจจะเป็นจุดเปลี่ยนให้หลายคนที่กำลังลังเลอยู่ตัดสินใจได้ง่ายขึ้นครับ เพราะในขณะที่ฝั่งหนึ่งราคาเริ่มผันผวน อีกฝั่งอย่าง Apple ยังคงมีโครงสร้างราคาที่ค่อนข้างนิ่งและคาดเดาได้มากกว่า โดยเฉพาะเมื่อมองถึงราคาขายต่อในอนาคต ที่ iPhone ยังคงรักษาตำแหน่งเรื่องราคาตกช้า ทำให้ต้นทุนการเป็นเจ้าของในระยะยาวอาจจะคุ้มค่ากว่า การตัดสินใจย้ายค่ายตอนนี้ เลยไม่ได้มองแค่ฟีเจอร์ แต่มองที่ความมั่นคงของมูลค่าสินทรัพย์ในมือเราด้วยครับ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ใครเคยใช้ Samsung แล้วย้ายมา iPhone บ้างครับ? คอมเมนต์แชร์ประสบการณ์หน่อย</w:t>
      </w:r>
    </w:p>
    <w:p>
      <w:pPr>
        <w:spacing w:before="0" w:after="40"/>
      </w:pPr>
      <w:r>
        <w:rPr>
          <w:rFonts w:ascii="Arial" w:hAnsi="Arial"/>
          <w:b w:val="0"/>
          <w:i/>
          <w:color w:val="888888"/>
          <w:sz w:val="16"/>
        </w:rPr>
        <w:t>⏱ 55s  📰 Droidsans  #iPhone #Apple #ย้ายค่าย #ซื้อมือถือ #มนุษย์เงินเดือน  💡 The 'Cross-Brand Tipping Point' Analysis: วิเคราะห์ข่าวการขึ</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Pro Max อาจเปิดตัวที่ราคา 60,000 บาท! คำถามคือ... มนุษย์เงินเดือนอย่างเราต้องเก็บเงินนานแค่ไหน?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มีข่าวลือหนาหูจากหลายแหล่งเลยครับ อย่างช่องอาตี๋รีวิวก็คาดการณ์ว่า iPhone 18 Pro Max อาจจะมีราคาเปิดตัวสูงถึง 60,000 บาท ซึ่งต้องย้ำว่านี่ยังเป็นแค่ข่าวลือนะครับ แต่ถ้าเป็นจริง นี่คือโจทย์ใหญ่สำหรับคนทำงานเลยครับ ลองคำนวณง่ายๆ ถ้าเราเงินเดือน 35,000 บาท แล้วตั้งใจเก็บเงิน 10% ทุกเดือน ก็คือเดือนละ 3,500 บาท เราจะต้องใช้เวลาเก็บเงินถึง 17 เดือน หรือเกือบปีครึ่งเลยทีเดียว! นี่จึงเป็นเหตุผลว่าทำไมการวางแผนถึงสำคัญ ถ้าเป้าหมายคือรุ่นท็อปสุด อาจจะต้องดูทางเลือกอื่นประกอบ เช่น โปรแกรม Trade-in หรือรอซื้อ iPhone 16 Pro ตอนที่รุ่นใหม่ออก ซึ่งราคาน่าจะปรับลงมาอยู่ในจุดที่สมเหตุสมผลมากขึ้นครับ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18 Pro Max เปิดราคามา 60,000 จริงๆ คุณจะซื้อหรือจะข้ามครับ? คอมเมนต์บอกกันหน่อย</w:t>
      </w:r>
    </w:p>
    <w:p>
      <w:pPr>
        <w:spacing w:before="0" w:after="40"/>
      </w:pPr>
      <w:r>
        <w:rPr>
          <w:rFonts w:ascii="Arial" w:hAnsi="Arial"/>
          <w:b w:val="0"/>
          <w:i/>
          <w:color w:val="888888"/>
          <w:sz w:val="16"/>
        </w:rPr>
        <w:t>⏱ 60s  📰 อาตี๋รีวิว  #iPhone18ProMax #ไอโฟน18 #ข่าวลือ #วางแผนการเงิน #Apple  💡 The 'Personal Finance Reality Check': แปลงข่าวลือเรื่องราคาท</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ซื้อตอนนี้ หรือรออีกหน่อย? ข่าวใหญ่ 2 ฝั่ง ทั้ง Samsung ขึ้นราคา และลือ iPhone 18 แพงขึ้น ทำให้การเลือกมือถือใหม่ซับซ้อนกว่าเดิม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สถานการณ์ตลาดมือถือตอนนี้ค่อนข้างน่าสนใจครับ ฝั่ง Samsung มีรายงานจาก Droidsans ว่าปรับขึ้นราคาไปแล้ว ในขณะที่ฝั่ง Apple ก็มีข่าวลือว่า iPhone 18 ที่กำลังจะมา จะมีราคาสูงขึ้นกว่าเดิม สำหรับคนทำงานที่มองหาความคุ้มค่า นี่อาจจะเป็นสัญญาณครับว่า 'จุดที่คุ้มที่สุด' หรือ Sweet Spot อาจจะไม่ใช่มือถือรุ่นใหม่ล่าสุด หรือมือถือจากค่ายคู่แข่งที่เพิ่งขึ้นราคา แต่อาจจะเป็น iPhone 15 Pro หรือ iPhone 16 ที่มีในตลาดตอนนี้ เพราะเป็นรุ่นที่เทคโนโลยียังสดใหม่ ประสิทธิภาพสูง และราคากำลังจะน่าสนใจมากขึ้นเมื่อรุ่นใหม่เปิดตัว เป็นการลงทุนที่สมดุลระหว่างนวัตกรรมและงบประมาณที่สุดในเวลานี้ครับ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ปลายปีนี้มีใครเล็งจะซื้อ iPhone รุ่นไหนเป็นพิเศษไหมครับ? คอมเมนต์มาแชร์กันได้เลย</w:t>
      </w:r>
    </w:p>
    <w:p>
      <w:pPr>
        <w:spacing w:before="0" w:after="40"/>
      </w:pPr>
      <w:r>
        <w:rPr>
          <w:rFonts w:ascii="Arial" w:hAnsi="Arial"/>
          <w:b w:val="0"/>
          <w:i/>
          <w:color w:val="888888"/>
          <w:sz w:val="16"/>
        </w:rPr>
        <w:t>⏱ 58s  📰 อาตี๋รีวิว  #iPhone16 #iPhone15Pro #ซื้อมือถือเครื่องใหม่ #คุ้มค่า #ไอที  💡 The 'Value Sweet Spot' Identification: ใช้ข่าวความเคลื่อนไหว</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ช่างภาพ Pro เตรียมเฮ! Apple กำลังจะเปลี่ยน iPhone ให้เป็นห้อง Darkroom ขนาดย่อมใน iOS 27 จริงเหรอ?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9to5Mac นะครับ มีข่าวลือว่า Camera app ใน iOS 27 ที่จะมากับ iPhone รุ่นใหม่ อาจได้ 4 ฟีเจอร์ระดับโปรที่ช่างภาพเรียกร้องมานาน</w:t>
        <w:br/>
        <w:br/>
        <w:t>หนึ่งคือ Manual Focus Peaking ที่จะขึ้นไฮไลต์สีบนส่วนที่คมชัดที่สุดของภาพแบบ real-time ทำให้เรามั่นใจได้ว่าโฟกัสเข้าเป้าแน่นอน โดยเฉพาะเวลาถ่ายวิดีโอหรือใช้เลนส์ DOF ตื้นๆ</w:t>
        <w:br/>
        <w:br/>
        <w:t>สองคือ Live Histogram ที่จะแสดงผลการกระจายตัวของแสงในภาพได้ทันที ช่วยให้เราคุม exposure ได้แม่นยำ ไม่ให้ส่วนมืดจมหรือส่วนสว่างหลุดรายละเอียดไป</w:t>
        <w:br/>
        <w:br/>
        <w:t>สามคือ Granular White Balance Control ที่อาจให้เราปรับค่า Kelvin และ Tint ได้เอง ไม่ต้องจำกัดอยู่แค่ preset ที่มี ทำให้คุมโทนสีของภาพได้ตรงใจตั้งแต่ตอนถ่าย</w:t>
        <w:br/>
        <w:br/>
        <w:t>และสุดท้าย ที่น่าตื่นเต้นที่สุด คือ In-camera LUT support อาจทำให้เรา import และ preview ไฟล์ LUT หรือ Color Profile ที่ใช้ในงานวิดีโอได้โดยตรงจากแอปกล้องเลย นี่คือการเปลี่ยน workflow ครั้งใหญ่เลยครับ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ฟีเจอร์ไหนรอใช้ที่สุด? คอมเมนต์มาเลย! แล้วกด save ไว้ เดี๋ยวพอ iOS 27 beta มา จะมารีวิวให้ดูแบบเจาะลึกทุกฟีเจอร์</w:t>
      </w:r>
    </w:p>
    <w:p>
      <w:pPr>
        <w:spacing w:before="0" w:after="40"/>
      </w:pPr>
      <w:r>
        <w:rPr>
          <w:rFonts w:ascii="Arial" w:hAnsi="Arial"/>
          <w:b w:val="0"/>
          <w:i/>
          <w:color w:val="888888"/>
          <w:sz w:val="16"/>
        </w:rPr>
        <w:t>⏱ 65s  📰 9to5Mac  #iOS27 #iPhoneCamera #ProRAW #ช่างภาพ #Apple  💡 The 'Post-Production in Your Pocket' Revolution: วิเคราะห์ว่</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โอนไฟล์ ProRAW ทีรอจนท้อ... ข่าวลือกล้อง iPhone 18 อาจแก้ปัญหานี้ที่ช่างภาพปวดหัวที่สุดได้แล้ว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ช่างภาพสาย ProRAW น่าจะเข้าใจปัญหานี้ดี ถ่ายไฟล์ใหญ่ๆ มาที พอจะเอาลงคอมนี่ช้ามาก โดยเฉพาะหลังๆ ที่ไฟล์ใหญ่ขึ้นเรื่อยๆ</w:t>
        <w:br/>
        <w:br/>
        <w:t>แต่ล่าสุดมีข่าวลือสรุปจาก Droidsans เกี่ยวกับ iPhone 18 ที่อาจมีคำตอบครับ ข้อมูลยังไม่ยืนยันนะครับ แต่ชี้ไปในทางที่น่าสนใจมาก</w:t>
        <w:br/>
        <w:br/>
        <w:t>นอกจากเรื่องการอัปเกรดเซ็นเซอร์กล้องหลักให้ใหญ่ขึ้น หรือเลนส์ Telephoto ที่อาจซูมได้ไกลกว่าเดิมแล้ว จุดสำคัญอยู่ที่ 'หัวใจ' ของเครื่องครับ คาดการณ์กันว่าชิป A-series รุ่นใหม่จะไม่ได้แรงขึ้นแค่เพื่อเล่นเกม แต่ถูกปรับจูนมาเพื่อประมวลผลไฟล์ภาพและวิดีโอความละเอียดสูงโดยเฉพาะ</w:t>
        <w:br/>
        <w:br/>
        <w:t>ที่สำคัญที่สุดคือการอัปเกรดพอร์ตการเชื่อมต่อ ที่อาจมีความเร็วในการถ่ายโอนข้อมูลสูงขึ้นอย่างก้าวกระโดด ถ้าสองอย่างนี้มาพร้อมกันจริง มันจะเปลี่ยน workflow ทั้งหมดเลย การถ่ายโอนไฟล์ ProRAW หรือ ProRes Log video ขนาดหลายสิบ GB จะไม่ใช่คอขวดอีกต่อไป</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ถ้าแก้ปัญหานี้ได้จริง จะยอมอัปเกรดไหมครับ? กด save ไว้ก่อน เดี๋ยววันเปิดตัวจริงมาสรุปให้ฟังว่าแก้ได้จริงรึเปล่า</w:t>
      </w:r>
    </w:p>
    <w:p>
      <w:pPr>
        <w:spacing w:before="0" w:after="40"/>
      </w:pPr>
      <w:r>
        <w:rPr>
          <w:rFonts w:ascii="Arial" w:hAnsi="Arial"/>
          <w:b w:val="0"/>
          <w:i/>
          <w:color w:val="888888"/>
          <w:sz w:val="16"/>
        </w:rPr>
        <w:t>⏱ 60s  📰 Droidsans  #iPhone18 #iPhone18ProMax #AppleProRAW #iPhoneLeaks #ถ่ายรูปด้วยมือถือ  💡 The 'Workflow Bottleneck' Solution: ไม่ได้มองแค่การอัปเกรดสเ</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ทำไมช่างภาพที่ลงทุนกับอุปกรณ์เสริม iPhone เยอะๆ ถึงไม่ค่อยย้ายค่าย? ข่าวนี้อาจเป็นคำตอบ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ล่าสุดมีข่าวจากฝั่ง Samsung นะครับว่ามีการปรับขึ้นราคาในบางรุ่น ซึ่งเป็นเรื่องปกติของตลาด แต่สำหรับคนใช้ iPhone ถ่ายภาพจริงจัง เรื่องนี้สะท้อนความสำคัญของสิ่งที่เรียกว่า 'Ecosystem Stability' ครับ</w:t>
        <w:br/>
        <w:br/>
        <w:t>การที่ iPhone มีวงจรการเปิดตัวและราคาที่ค่อนข้างคาดเดาได้ มันสร้างความมั่นใจไม่ใช่แค่กับคนซื้อ แต่กับบริษัทผู้ผลิตอุปกรณ์เสริมด้วย</w:t>
        <w:br/>
        <w:br/>
        <w:t>ลองคิดดูนะครับ ไม่ว่าจะเป็นเคส Cage, ฟิลเตอร์, เลนส์เสริมคุณภาพสูง, หรือกิมบอล ทั้งหมดนี้ถูกออกแบบมาสำหรับ iPhone รุ่นต่างๆ อย่างเฉพาะเจาะจง ความนิ่งของตลาด iPhone ทำให้บริษัทเหล่านี้กล้าลงทุนและพัฒนาผลิตภัณฑ์ดีๆ ออกมาอย่างต่อเนื่อง</w:t>
        <w:br/>
        <w:br/>
        <w:t>ในฐานะช่างภาพ การลงทุนของเราจึงไม่ใช่แค่ค่าเครื่อง แต่คือมูลค่าของอุปกรณ์ทั้งระบบที่อยู่รอบๆ ตัวมัน การเลือกแพลตฟอร์มที่มีความเสถียรจึงเหมือนการปกป้องมูลค่าการลงทุนในระยะยาวของเราไปด้วยครับ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ใครลงทุนกับอุปกรณ์เสริมกล้อง iPhone ไปเท่าไหร่แล้วบ้าง? แชร์กันหน่อย! กด save ไว้ เดี๋ยวคลิปหน้าจะมาแนะนำอุปกรณ์เสริมที่ช่างภาพต้องมี</w:t>
      </w:r>
    </w:p>
    <w:p>
      <w:pPr>
        <w:spacing w:before="0" w:after="40"/>
      </w:pPr>
      <w:r>
        <w:rPr>
          <w:rFonts w:ascii="Arial" w:hAnsi="Arial"/>
          <w:b w:val="0"/>
          <w:i/>
          <w:color w:val="888888"/>
          <w:sz w:val="16"/>
        </w:rPr>
        <w:t>⏱ 55s  📰 Droidsans  #iPhonePhotography #ช่างภาพมืออาชีพ #AppleEcosystem #ไอโฟน #อุปกรณ์เสริมมือถือ  💡 The 'Total Cost of Ownership' for Photographers: เปลี่ยนมุมม</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15,000 บาท ตอนนี้อาจซื้อ Android รุ่นใหม่ยากขึ้น! แต่สวนทางกับ iPhone มือสองที่คุ้มขึ้นทันที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มีข่าวจาก Droidsans ว่าตอนนี้ Samsung เขาขึ้นราคามือถือใหม่แล้วนะ บางรุ่นแพงขึ้นสูงสุดถึง 7,000 บาทเลยทีเดียว!</w:t>
        <w:br/>
        <w:br/>
        <w:t>สำหรับคนงบน้อยแบบเราๆ การเพิ่มเงินขนาดนี้ถือว่าเรื่องใหญ่นะครับ แต่ในข่าวร้ายก็มีข่าวดี... เพราะมันทำให้ iPhone มือสองดูน่าสนใจขึ้นมาทันทีเลย!</w:t>
        <w:br/>
        <w:br/>
        <w:t>ลองคิดดูนะ งบประมาณหมื่นกลางๆ ที่เคยเล็ง Android รุ่นใหม่ไว้ ตอนนี้อาจจะขยับมาซื้อ iPhone 13 มือสองสภาพดีๆ ได้เลย ซึ่งยังได้อัปเดต iOS ไปอีกยาวๆ กล้องสวย ชิปยังแรง แถมราคาขายต่อก็ยังดีกว่าด้วย</w:t>
        <w:br/>
        <w:br/>
        <w:t>ใครที่กำลังตัดสินใจอยู่ ลองเอาไปคิดดูนะครับ อาจจะเป็นจังหวะที่ดีที่สุดในการย้ายมาใช้ iPhone ก็ได้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ใครมีงบเท่าไหร่กันบ้าง? คอมเมนต์มาเลย เดี๋ยวช่วยเลือกรุ่นที่ใช่ให้!</w:t>
      </w:r>
    </w:p>
    <w:p>
      <w:pPr>
        <w:spacing w:before="0" w:after="40"/>
      </w:pPr>
      <w:r>
        <w:rPr>
          <w:rFonts w:ascii="Arial" w:hAnsi="Arial"/>
          <w:b w:val="0"/>
          <w:i/>
          <w:color w:val="888888"/>
          <w:sz w:val="16"/>
        </w:rPr>
        <w:t>⏱ 48s  📰 Droidsans  #ไอโฟน #iphoneมือสอง #samsung #ไอโฟนมือสอง #งบน้อย  💡 The 'Price Shock' Window: ใช้ข่าวการขึ้นราคาของคู่แข่งเพื่อส</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ชะลอก่อน! ใครเล็งซื้อมือถือใหม่ งบหมื่นกลางๆ ฟังทางนี้ก่อนจ่ายเงิน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ใครกำลังจะซื้อมือถือใหม่ต้องฟังเลย! Droidsans รายงานว่า Samsung เตรียมจะขึ้นราคามือถือเร็วๆ นี้ ซึ่งอาจจะทำให้งบที่เราตั้งใจไว้ ไม่พอสำหรับรุ่นที่อยากได้แล้ว</w:t>
        <w:br/>
        <w:br/>
        <w:t>แต่เดี๋ยวก่อน! ในวิกฤตมีโอกาสนะ งบประมาณเท่าเดิมนี้ ลองหันมาดู iPhone มือสองสภาพดีๆ มั้ย?</w:t>
        <w:br/>
        <w:br/>
        <w:t>อย่าง iPhone 13 หรือแม้แต่ iPhone 14 ที่ตอนนี้ราคาในตลาดมือสองลงมาเยอะแล้ว ยังใช้ได้อีกยาวๆ อัปเดตได้ กล้องสวย แถมราคาไม่ผันผวนเท่า บางทีอาจจะเป็นตัวเลือกที่ฉลาดกว่าในสถานการณ์แบบนี้ก็ได้นะ</w:t>
        <w:br/>
        <w:br/>
        <w:t>เป็นการเปลี่ยนจากที่อาจจะต้องจ่ายเพิ่มเพื่อของใหม่ มาเป็นจ่ายเท่าเดิมแต่ได้อดีตเรือธงที่ยังเก๋าอยู่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กำลังลังเลระหว่าง iPhone มือสองกับ Android ใหม่ในงบเดียวกันมั้ย? คอมเมนต์มาคุยกัน!</w:t>
      </w:r>
    </w:p>
    <w:p>
      <w:pPr>
        <w:spacing w:before="0" w:after="40"/>
      </w:pPr>
      <w:r>
        <w:rPr>
          <w:rFonts w:ascii="Arial" w:hAnsi="Arial"/>
          <w:b w:val="0"/>
          <w:i/>
          <w:color w:val="888888"/>
          <w:sz w:val="16"/>
        </w:rPr>
        <w:t>⏱ 45s  📰 Droidsans  #ไอโฟน #iphone #ซื้อมือถือ #samsung #ไอโฟนมือสอง  💡 The 'Forced Re-evaluation' Trigger: ใช้ข่าวความไม่แน่นอนของร</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จ่ายแพงขึ้น 7,000 แต่ราคาขายต่ออาจเจ็บเท่าเดิม? คิดดีๆ ก่อนซื้อมือถือใหม่ตอนนี้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Droidsans แล้วต้องเอามาคุยกันหน่อยครับ Samsung ขึ้นราคามือถือใหม่สูงสุด 7,000 บาท! หลายคนอาจจะคิดว่าของใหม่ยังไงก็ดีกว่า แต่เรื่องนึงที่คนงบน้อยต้องคิดคือ 'ราคาขายต่อ' ครับ</w:t>
        <w:br/>
        <w:br/>
        <w:t>มือถือ Android รุ่นกลางๆ พอตกรุ่นราคาจะลงเร็วมาก การที่ราคาเปิดตัวสูงขึ้น ไม่ได้แปลว่าราคาขายต่อจะสูงตามนะ</w:t>
        <w:br/>
        <w:br/>
        <w:t>ในทางกลับกัน iPhone มือสองอย่าง iPhone 13 เนี่ย ราคาค่อนข้างนิ่งแล้ว ซื้อมาวันนี้ อีกหนึ่งปีเอาไปขายต่อ อาจจะขาดทุนน้อยกว่าซื้อ Android รุ่นใหม่ที่เพิ่งขึ้นราคาอีกนะ</w:t>
        <w:br/>
        <w:br/>
        <w:t>มันคือการมองให้ไกลกว่าแค่วันที่ซื้อ แต่มองไปถึงวันที่เราจะเปลี่ยนเครื่องด้วย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ใครให้ความสำคัญกับราคาขายต่อบ้าง? คอมเมนต์งบมา เดี๋ยวแนะนำรุ่นที่ราคาตกช้าให้!</w:t>
      </w:r>
    </w:p>
    <w:p>
      <w:pPr>
        <w:spacing w:before="0" w:after="40"/>
      </w:pPr>
      <w:r>
        <w:rPr>
          <w:rFonts w:ascii="Arial" w:hAnsi="Arial"/>
          <w:b w:val="0"/>
          <w:i/>
          <w:color w:val="888888"/>
          <w:sz w:val="16"/>
        </w:rPr>
        <w:t>⏱ 49s  📰 Droidsans  #ไอโฟนมือสอง #iphone #samsung #ราคาขายต่อ #การเงิน  💡 The 'Value Stability' Anchor: ใช้ข่าวการขึ้นราคาของคู่แข่งเพ</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ความผันผวนของราคาคือความเสี่ยงทางธุรกิจ รายงานล่าสุดจาก Droidsans ยืนยันว่า Samsung เตรียมขึ้นราคามือถืออีกครั้ง ซึ่งเป็นปัญหาที่องค์กรที่เลือกใช้ iPhone สามารถหลีกเลี่ยงได้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สำหรับฝ่ายจัดซื้อและฝ่ายการเงิน การวางแผนงบประมาณด้านเทคโนโลยีล่วงหน้าคือหัวใจสำคัญ แต่ตามรายงานจาก Droidsans การปรับราคาของ Samsung ที่เกิดขึ้นกะทันหัน ทำให้การคาดการณ์ Total Cost of Ownership หรือ TCO ทำได้ยากและเพิ่มความเสี่ยงให้กับงบประมาณขององค์กร </w:t>
        <w:br/>
        <w:br/>
        <w:t>ในทางกลับกัน Apple มีวงจรการเปิดตัวและกำหนดราคาที่คาดเดาได้สูง องค์กรสามารถวางแผนการจัดซื้ออุปกรณ์รอบใหม่ล่วงหน้าเป็นปีได้อย่างแม่นยำ ทำให้ควบคุมงบประมาณได้ดีกว่า ลดความเสี่ยงจากความผันผวนของตลาด และประเมินมูลค่าขายต่อ (Resale Value) ที่สูงและคงที่ของ iPhone ได้ ซึ่งทั้งหมดนี้ส่งผลโดยตรงต่อ ROI ที่เหนือกว่าในระยะยาว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ถ้าการวางแผนงบประมาณ IT ที่แม่นยำคือสิ่งสำคัญสำหรับองค์กรของคุณ กด follow เพื่อรับข้อมูลเชิงลึกเกี่ยวกับ Apple ecosystem สำหรับธุรกิจ</w:t>
      </w:r>
    </w:p>
    <w:p>
      <w:pPr>
        <w:spacing w:before="0" w:after="40"/>
      </w:pPr>
      <w:r>
        <w:rPr>
          <w:rFonts w:ascii="Arial" w:hAnsi="Arial"/>
          <w:b w:val="0"/>
          <w:i/>
          <w:color w:val="888888"/>
          <w:sz w:val="16"/>
        </w:rPr>
        <w:t>⏱ 60s  📰 Droidsans  #iPhoneสำหรับธุรกิจ #บริหารจัดการ #AppleEcosystem #งบประมาณIT #TCO  💡 The 'Budgetary Predictability' Principle: วิเคราะห์ความผันผว</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 AI อย่าง GPT-6 Astra กำลังมาแรง แต่สำหรับผู้บริหาร นี่คือสัญญาณเตือนถึงความเสี่ยงด้านข้อมูลที่ใหญ่หลวงที่สุด นั่นคือข้อมูลของบริษัทที่ถูกส่งออกไปประมวลผลบน Cloud</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ตามรายงานข่าวจาก Droidsans AI กำลังฉลาดขึ้นอย่างก้าวกระโดด แต่โมเดลส่วนใหญ่ทำงานโดยส่งข้อมูลของคุณไปยังเซิร์ฟเวอร์ภายนอก สำหรับข้อมูลส่วนตัวอาจเป็นเรื่องที่ยอมรับได้ แต่สำหรับข้อมูลกลยุทธ์, ข้อมูลการเงิน หรือทรัพย์สินทางปัญญาของบริษัท นี่คือฝันร้ายด้านความปลอดภัย</w:t>
        <w:br/>
        <w:br/>
        <w:t>นี่คือจุดที่สถาปัตยกรรมของ Apple แตกต่างอย่างสิ้นเชิง แนวทางของ Apple เน้นการประมวลผลบนอุปกรณ์ (On-device Processing) เป็นหลัก ข้อมูลสำคัญของผู้บริหารและพนักงานจึงอยู่ภายใน iPhone, iPad หรือ Mac ตลอดเวลา ลดความเสี่ยงจากการรั่วไหลระหว่างการส่งข้อมูลหรือการเข้าถึงโดยไม่ได้รับอนุญาตบนเซิร์ฟเวอร์ของบุคคลที่สาม นี่ไม่ใช่แค่เรื่องความเป็นส่วนตัว แต่คือการสร้างปราการป้องกันทรัพย์สินที่สำคัญที่สุดขององค์กร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 Apple ecosystem ช่วยปกป้องข้อมูลสำคัญขององค์กรได้อย่างไร กด follow เลย</w:t>
      </w:r>
    </w:p>
    <w:p>
      <w:pPr>
        <w:spacing w:before="0" w:after="40"/>
      </w:pPr>
      <w:r>
        <w:rPr>
          <w:rFonts w:ascii="Arial" w:hAnsi="Arial"/>
          <w:b w:val="0"/>
          <w:i/>
          <w:color w:val="888888"/>
          <w:sz w:val="16"/>
        </w:rPr>
        <w:t>⏱ 65s  📰 Droidsans  #DataSecurity #AppleIntelligence #ความเป็นส่วนตัว #ผู้บริหาร #Cybersecurity  💡 The 'On-Device Intelligence' as a Corporate Data Moat: ใช้ข่</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ข่าวหลุด iPhone 18 ไม่ใช่แค่เรื่องน่าตื่นเต้นสำหรับผู้ใช้ แต่สำหรับผู้บริหารฝ่าย IT มันคือข้อมูลสำคัญในการวางแผน 'Device Refresh Cycle' รอบถัดไปของทั้งองค์กร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องค์กรส่วนใหญ่ไม่ได้อัปเกรดมือถือทุกปี แต่จะวางแผนเป็นรอบ 2-4 ปี การตัดสินใจว่าจะอัปเกรด 'ปีไหน' มีผลอย่างมหาศาลต่อ ROI และประสิทธิภาพของพนักงาน</w:t>
        <w:br/>
        <w:br/>
        <w:t>ข้อมูลสรุปข่าวหลุดจาก Droidsans เกี่ยวกับ iPhone 18 ช่วยให้ฝ่าย IT ประเมินได้ว่าการอัปเกรดครั้งนี้เป็นการเปลี่ยนแปลงครั้งใหญ่ หรือเป็นเพียงการปรับปรุงเล็กน้อย หากข่าวลือชี้ว่านี่คือ 'Super-Cycle' ที่มีการเปลี่ยนแปลงทางเทคโนโลยีครั้งสำคัญ การจัดสรรงบประมาณเพื่ออัปเกรดอุปกรณ์ทั้งหมดในรอบนี้ จะทำให้องค์กรได้ใช้เทคโนโลยีที่ล้ำหน้าไปอีกหลายปี ซึ่งคุ้มค่ากว่าการอัปเกรดในรอบที่เป็นเพียงการปรับปรุงเล็กน้อย การติดตามข่าวลือจึงไม่ใช่เรื่องของกระแส แต่เป็นเครื่องมือในการวางแผนกลยุทธ์ด้านสินทรัพย์ IT</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เราเพื่อเรียนรู้กลยุทธ์การบริหารจัดการอุปกรณ์ Apple ในองค์กรให้คุ้มค่าที่สุด</w:t>
      </w:r>
    </w:p>
    <w:p>
      <w:pPr>
        <w:spacing w:before="0" w:after="40"/>
      </w:pPr>
      <w:r>
        <w:rPr>
          <w:rFonts w:ascii="Arial" w:hAnsi="Arial"/>
          <w:b w:val="0"/>
          <w:i/>
          <w:color w:val="888888"/>
          <w:sz w:val="16"/>
        </w:rPr>
        <w:t>⏱ 70s  📰 Droidsans  #ITManagement #DeviceManagement #iPhone18 #ROI #MDM  💡 The 'Strategic Fleet Management' Cycle Alignment: ตีความข่าว</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อาจจะเป็น iPhone รุ่น Standard รุ่นสุดท้าย! และนี่คือรุ่นที่จะมาแทนที่มัน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คุณอาจยังไม่รู้ว่า Apple มีแผนจะปรับไลน์อัพครั้งใหญ่! มีข่าวลือหนาหูจากนักวิเคราะห์ที่น่าเชื่อถือว่า Apple อาจจะยกเลิก iPhone รุ่นมาตรฐานในปี 2027 และนำโมเดลใหม่ที่ชื่อว่า 'iPhone Air' เข้ามาแทนที่ครับ</w:t>
        <w:br/>
        <w:br/>
        <w:t>ตามรายงานจาก iMod แนวคิดนี้คือการทำให้ไลน์อัพชัดเจนขึ้น โดย iPhone Air จะมีดีไซน์ที่บางเฉียบกว่าเดิม มาแทนที่ตำแหน่งของรุ่นธรรมดาในปัจจุบัน ทำให้ในอนาคตเราอาจจะเห็นแค่ iPhone SE, iPhone Air, iPhone Pro และ iPhone Pro Max เท่านั้น</w:t>
        <w:br/>
        <w:br/>
        <w:t>แน่นอนว่านี่ยังเป็นแค่ข่าวลือสำหรับแผนระยะยาวมากๆ แต่ถ้าเป็นจริงขึ้นมา การเลือกซื้อ iPhone ในอนาคตจะเปลี่ยนไปอย่างสิ้นเชิงเลยครับ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อยากรู้ว่าไลน์อัพ iPhone จะเปลี่ยนไปจริงมั้ย? กด follow ไว้เลย อัปเดตให้ก่อนใคร 🔔</w:t>
      </w:r>
    </w:p>
    <w:p>
      <w:pPr>
        <w:spacing w:before="0" w:after="40"/>
      </w:pPr>
      <w:r>
        <w:rPr>
          <w:rFonts w:ascii="Arial" w:hAnsi="Arial"/>
          <w:b w:val="0"/>
          <w:i/>
          <w:color w:val="888888"/>
          <w:sz w:val="16"/>
        </w:rPr>
        <w:t>⏱ 48s  📰 iMod  #iPhone18 #iPhoneAir #AppleLeaks #ข่าวไอที #ไอโฟน  💡 The 'Product Line Consolidation' Gambit: วิเคราะห์ข่าวลือการ</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กระเป๋าตังสั่น! ราคาหลุด iPhone 18 Pro Max อาจทะลุ 5 หมื่นบาทตั้งแต่รุ่นเริ่มต้น!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เตรียมเก็บเงินเพิ่มได้เลยครับ! มีการคาดการณ์ราคา iPhone 18 Pro และ Pro Max ออกมาแล้ว และดูเหมือนว่าเราอาจจะต้องจ่ายแพงขึ้นอีกตามเคย</w:t>
        <w:br/>
        <w:br/>
        <w:t>อ้างอิงข้อมูลจากช่องอาตี๋รีวิว มีการวิเคราะห์ว่า iPhone 18 Pro อาจมีราคาเริ่มต้นขยับขึ้นไปอีก ส่วนรุ่น Pro Max ก็อาจจะเพิ่มขึ้นไปอีกหลายพันบาท ทำให้ราคาเริ่มต้นอาจจะพุ่งทะลุ 5 หมื่นบาทได้ไม่ยากเลยครับ</w:t>
        <w:br/>
        <w:br/>
        <w:t>สาเหตุหลักๆ ก็มาจากต้นทุนชิปตัวใหม่, กล้องที่อัปเกรดขึ้น และฟีเจอร์ AI ใหม่ๆ ที่จะใส่เข้ามานั่นเองครับ แม้ว่านี่จะยังเป็นแค่การคาดการณ์ แต่แนวโน้มราคามือถือก็ดูเหมือนจะขยับขึ้นเรื่อยๆ จริงๆ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ราคาเปิดตัวจริงจะเท่าไหร่กันแน่? กดติดตามไว้เลย เดี๋ยวมาสรุปให้ทันทีวันเปิดตัว!</w:t>
      </w:r>
    </w:p>
    <w:p>
      <w:pPr>
        <w:spacing w:before="0" w:after="40"/>
      </w:pPr>
      <w:r>
        <w:rPr>
          <w:rFonts w:ascii="Arial" w:hAnsi="Arial"/>
          <w:b w:val="0"/>
          <w:i/>
          <w:color w:val="888888"/>
          <w:sz w:val="16"/>
        </w:rPr>
        <w:t>⏱ 45s  📰 อาตี๋รีวิว  #iPhone18Pro #iPhone18ProMax #ราคาไอโฟน #ข่าวลือ #Apple  💡 The 'Price Anchoring' Precedent: วิเคราะห์ข่าวลือเรื่องราคาท</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 4 ฟีเจอร์ใหม่ Apple Watch Series 12 และ Ultra 4 ที่อาจเปิดตัวในสัปดาห์นี้!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ใครรอ Apple Watch ใหม่อยู่ฟังทางนี้! มีข่าวลือด่วนๆ หลุดออกมาว่า Apple Watch Series 12 และ Apple Watch Ultra 4 อาจจะเปิดตัวในสัปดาห์นี้เลย พร้อมกับ 4 ฟีเจอร์ใหม่ที่น่าสนใจมากครับ</w:t>
        <w:br/>
        <w:br/>
        <w:t>ตามรายงานจาก iMod ฟีเจอร์ที่หลุดออกมาคือ:</w:t>
        <w:br/>
        <w:t>1. เซ็นเซอร์วัดความดันโลหิตตัวใหม่</w:t>
        <w:br/>
        <w:t>2. การตรวจจับภาวะหยุดหายใจขณะหลับ</w:t>
        <w:br/>
        <w:t>3. ดีไซน์ตัวเรือนที่บางลงกว่าเดิมอย่างเห็นได้ชัด</w:t>
        <w:br/>
        <w:t>4. และหน้าจอ MicroLED ที่สว่างและประหยัดพลังงานกว่าเดิมในรุ่น Ultra</w:t>
        <w:br/>
        <w:br/>
        <w:t>ย้ำอีกครั้งว่านี่ยังเป็นข้อมูลที่ยังไม่ได้รับการยืนยันนะครับ แต่ถ้ามาจริงตามนี้ บอกเลยว่าเป็นการอัปเกรดที่น่าสนใจมากๆ สำหรับสายสุขภาพและคนที่อยากได้นาฬิกาที่เทพขึ้นไปอีกขั้น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จะเปิดตัวจริงมั้ย ฟีเจอร์จะว้าวแค่ไหน? Follow ด่วน! มีข้อมูลใหม่ปุ๊บ รู้ปั๊บ!</w:t>
      </w:r>
    </w:p>
    <w:p>
      <w:pPr>
        <w:spacing w:before="0" w:after="40"/>
      </w:pPr>
      <w:r>
        <w:rPr>
          <w:rFonts w:ascii="Arial" w:hAnsi="Arial"/>
          <w:b w:val="0"/>
          <w:i/>
          <w:color w:val="888888"/>
          <w:sz w:val="16"/>
        </w:rPr>
        <w:t>⏱ 52s  📰 iMod  #AppleWatch #AppleWatchUltra #AppleLeaks #Gadget #ข่าวไอที  💡 The 'Ecosystem Lock-In' Escalation: ตีความข่าวลือฟีเจอร์ใหม่</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