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pPr>
      <w:r>
        <w:rPr>
          <w:rFonts w:ascii="Arial" w:hAnsi="Arial"/>
          <w:b/>
          <w:i w:val="0"/>
          <w:color w:val="1A1A2E"/>
          <w:sz w:val="40"/>
        </w:rPr>
        <w:t>🚀 TikTok Farming — Script Report</w:t>
      </w:r>
    </w:p>
    <w:p>
      <w:pPr>
        <w:spacing w:before="0" w:after="40"/>
      </w:pPr>
      <w:r>
        <w:rPr>
          <w:rFonts w:ascii="Arial" w:hAnsi="Arial"/>
          <w:b w:val="0"/>
          <w:i w:val="0"/>
          <w:color w:val="666666"/>
          <w:sz w:val="18"/>
        </w:rPr>
        <w:t>Run: 10 Sep 2026  08:13 ICT  •  18 scripts  •  6 clusters  •  Gemini 2.5 Pro</w:t>
      </w:r>
    </w:p>
    <w:p>
      <w:pPr>
        <w:spacing w:before="80" w:after="80"/>
        <w:pBdr>
          <w:bottom w:val="single" w:sz="4" w:space="1" w:color="7c4dff"/>
        </w:pBdr>
      </w:pPr>
    </w:p>
    <w:p>
      <w:pPr>
        <w:spacing w:before="240" w:after="0"/>
      </w:pPr>
    </w:p>
    <w:p>
      <w:pPr>
        <w:spacing w:before="40" w:after="40"/>
        <w:shd w:val="clear" w:color="auto" w:fill="EDE7F6"/>
      </w:pPr>
      <w:r>
        <w:rPr>
          <w:rFonts w:ascii="Arial" w:hAnsi="Arial"/>
          <w:b/>
          <w:i w:val="0"/>
          <w:color w:val="8E24AA"/>
          <w:sz w:val="26"/>
        </w:rPr>
        <w:t xml:space="preserve">  🎮  Gen Z / นักเรียน</w:t>
      </w:r>
    </w:p>
    <w:p>
      <w:pPr>
        <w:spacing w:before="40" w:after="0"/>
      </w:pPr>
    </w:p>
    <w:p>
      <w:pPr>
        <w:spacing w:before="160" w:after="40"/>
      </w:pPr>
      <w:r>
        <w:rPr>
          <w:rFonts w:ascii="Arial" w:hAnsi="Arial"/>
          <w:b/>
          <w:i w:val="0"/>
          <w:color w:val="8E24AA"/>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เก็บตังค์ทันมั้ย?! ข่าวลือราคา iPhone 18 Pro Max เริ่มต้นไม่ถึง 5 หมื่น!</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โคตรพีค! มีข่าวลือหลุดมาจาก Droidsans ว่าราคาไทย iPhone 18 Series อาจจะมาแบบนี้! รุ่นเริ่มต้นอย่าง iPhone 18 Pro ลือว่าราคาอยู่ที่ 48,900 บาท! ส่วนตัวท็อปอย่าง iPhone 18 Pro Max ก็คงบวกไปอีกนิดหน่อย และที่สำคัญ... อาจจะมีรุ่นจอพับอย่าง iPhone Duo โผล่มาด้วย! ย้ำนะว่านี่เป็นแค่ข่าวลือ ยังไม่คอนเฟิร์มจาก Apple นะ แต่ถ้ามาจริงคือเตรียมตัวเลยนะพวกเรา!</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ใครทีมรอจัด iPhone 18 คอมเมนต์มาหน่อย! กด follow ไว้เลย เดี๋ยวมาอัปเดตข่าวหลุดให้ก่อนใคร! 🔥</w:t>
      </w:r>
    </w:p>
    <w:p>
      <w:pPr>
        <w:spacing w:before="0" w:after="40"/>
      </w:pPr>
      <w:r>
        <w:rPr>
          <w:rFonts w:ascii="Arial" w:hAnsi="Arial"/>
          <w:b w:val="0"/>
          <w:i/>
          <w:color w:val="888888"/>
          <w:sz w:val="16"/>
        </w:rPr>
        <w:t>⏱ 35s  📰 Droidsans  #iphone18 #iphone18promax #ไอโฟน18 #apple #ข่าวไอที  💡 The 'Goal-Setting' Catalyst: ไม่ได้วิเคราะห์ว่าราคานี้ 'คุ้ม</w:t>
      </w:r>
    </w:p>
    <w:p>
      <w:pPr>
        <w:spacing w:before="80" w:after="80"/>
        <w:pBdr>
          <w:bottom w:val="single" w:sz="4" w:space="1" w:color="DDDDDD"/>
        </w:pBdr>
      </w:pPr>
    </w:p>
    <w:p>
      <w:pPr>
        <w:spacing w:before="160" w:after="40"/>
      </w:pPr>
      <w:r>
        <w:rPr>
          <w:rFonts w:ascii="Arial" w:hAnsi="Arial"/>
          <w:b/>
          <w:i w:val="0"/>
          <w:color w:val="8E24AA"/>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เพื่อนที่ใช้ Samsung มีสะดุ้ง! หรือ iPhone พับได้รุ่นแรกจะมาจริง?</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ชาวไอโฟนฟังทางนี้! ตอนนี้มีข่าวลือหนาหูมากว่า Apple ซุ่มทำมือถือจอพับอยู่! ตามรายงานจาก Droidsans บอกว่าอาจจะมาในชื่อ iPhone Duo หรือไม่ก็ iPhone Ultra เลยนะ ดีไซน์ลือกันว่าจะคล้ายๆ กับฝั่ง Samsung แต่แน่นอนว่าต้องมีอะไรที่ว้าวกว่าตามสไตล์ Apple แน่นอน! คิดดูดิ เล่นเกมจอใหญ่ๆ หรือดู TikTok แบบเต็มตาจะฟินขนาดไหน! แค่คิดก็อยากเห็นของจริงแล้ว!</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อยากเห็น iPhone พับได้จริงมั้ย? กด follow ไว้เลย ถ้ามีหลุดมาอีกจะรีบมาบอก!</w:t>
      </w:r>
    </w:p>
    <w:p>
      <w:pPr>
        <w:spacing w:before="0" w:after="40"/>
      </w:pPr>
      <w:r>
        <w:rPr>
          <w:rFonts w:ascii="Arial" w:hAnsi="Arial"/>
          <w:b w:val="0"/>
          <w:i/>
          <w:color w:val="888888"/>
          <w:sz w:val="16"/>
        </w:rPr>
        <w:t>⏱ 40s  📰 Droidsans  #iphoneduo #iphoneultra #ไอโฟนจอพับ #ข่าวลือ #apple  💡 The 'Innovation Arms Race' Narrative: วางตำแหน่งข่าวลือ iPho</w:t>
      </w:r>
    </w:p>
    <w:p>
      <w:pPr>
        <w:spacing w:before="80" w:after="80"/>
        <w:pBdr>
          <w:bottom w:val="single" w:sz="4" w:space="1" w:color="DDDDDD"/>
        </w:pBdr>
      </w:pPr>
    </w:p>
    <w:p>
      <w:pPr>
        <w:spacing w:before="160" w:after="40"/>
      </w:pPr>
      <w:r>
        <w:rPr>
          <w:rFonts w:ascii="Arial" w:hAnsi="Arial"/>
          <w:b/>
          <w:i w:val="0"/>
          <w:color w:val="8E24AA"/>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3 อย่างที่อาจทำให้ iPhone 18 เป็นรุ่นที่ต้องซื้อ! สรุปข่าวลือล่าสุด!</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ใครเล็ง iPhone 18 อยู่ มาอัปเดตข่าวลือล่าสุดกัน! อย่างแรกเลยคือเรื่องกล้อง มีแววว่าจะอัปเกรดแบบก้าวกระโดด ถ่ายในที่มืดคือสว่างจึ้งเหมือนเปิดไฟ! สองคือชิปตัวใหม่ที่แรงแบบตะโกน เล่นเกมกราฟิกโหดๆ คือลื่นหัวแตกแน่นอน และสาม... ดีไซน์ใหม่! ข่าวลือว่าจะมีการปรับดีไซน์ครั้งใหญ่ ขอบจอบางลงไปอีก! บอกเลยว่านี่แค่ข่าวลือนะ แต่ถ้ามาจริงคือปังมาก!</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ฟีเจอร์ไหนอยากให้มีจริงสุด? follow ด่วนๆ จะได้ไม่พลาดข่าว iPhone 18!</w:t>
      </w:r>
    </w:p>
    <w:p>
      <w:pPr>
        <w:spacing w:before="0" w:after="40"/>
      </w:pPr>
      <w:r>
        <w:rPr>
          <w:rFonts w:ascii="Arial" w:hAnsi="Arial"/>
          <w:b w:val="0"/>
          <w:i/>
          <w:color w:val="888888"/>
          <w:sz w:val="16"/>
        </w:rPr>
        <w:t>⏱ 40s  📰 Droidsans  #iphone18 #สรุปข่าว #ไอทีน่ารู้ #ข่าวลือiphone #ไอโฟน  💡 The 'Hype Feature Draft': เปลี่ยนการสรุปข่าวลือที่น่าเบื่อให</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1565C0"/>
          <w:sz w:val="26"/>
        </w:rPr>
        <w:t xml:space="preserve">  💼  มนุษย์เงินเดือน 25–35</w:t>
      </w:r>
    </w:p>
    <w:p>
      <w:pPr>
        <w:spacing w:before="40" w:after="0"/>
      </w:pPr>
    </w:p>
    <w:p>
      <w:pPr>
        <w:spacing w:before="160" w:after="40"/>
      </w:pPr>
      <w:r>
        <w:rPr>
          <w:rFonts w:ascii="Arial" w:hAnsi="Arial"/>
          <w:b/>
          <w:i w:val="0"/>
          <w:color w:val="1565C0"/>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เงินเดือน 40,000 ต้องเก็บเงินกี่เดือนถึงจะซื้อ iPhone 18 Pro ได้? เมื่อมีข่าวลือราคาไทยเริ่มต้นที่ 48,900 บาท!</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มีรายงานล่าสุดจาก Droidsans ครับ ว่าราคา iPhone 18 Series ที่คาดว่าจะเปิดตัวเร็วๆ นี้ อาจเริ่มต้นที่ 48,900 บาทสำหรับรุ่น Pro ซึ่งถ้าเทียบกับราคาเปิดตัวของ iPhone 15 Pro ที่ 41,900 บาท ก็ถือว่าสูงขึ้นถึง 7,000 บาทเลยทีเดียว</w:t>
        <w:br/>
        <w:br/>
        <w:t>สำหรับชาวออฟฟิศอย่างเรา ราคาที่เพิ่มขึ้นขนาดนี้ อาจหมายถึงเงินผ่อนคอนโด 1 เดือน หรือค่ากาแฟดีๆ ได้เกือบทั้งปีเลยนะครับ</w:t>
        <w:br/>
        <w:br/>
        <w:t>แน่นอนว่าราคานี้ยังเป็นเพียงข่าวลือที่ยังไม่ได้รับการยืนยัน แต่ก็เป็นตัวเลขที่ทำให้เราต้องกลับมาคิดทบทวนกันหนักๆ ว่าฟีเจอร์ใหม่ๆ ที่จะมาพร้อมกับชิปที่แรงขึ้น หรือกล้องที่ฉลาดขึ้น จะคุ้มค่ากับเงินที่ต้องจ่ายเพิ่มขึ้นหรือไม่</w:t>
        <w:br/>
        <w:br/>
        <w:t>การวางแผนการเงินจึงสำคัญมากครับ ถ้าคุณเล็งรุ่นนี้อยู่ อาจจะต้องเริ่มคำนวณและวางแผนเก็บเงินกันตั้งแต่เนิ่นๆ เลย</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คุณคิดว่าราคาเริ่มต้น 48,900 บาทสำหรับรุ่น Pro แพงไปมั้ย? คอมเมนต์คุยกันหน่อยครับ</w:t>
      </w:r>
    </w:p>
    <w:p>
      <w:pPr>
        <w:spacing w:before="0" w:after="40"/>
      </w:pPr>
      <w:r>
        <w:rPr>
          <w:rFonts w:ascii="Arial" w:hAnsi="Arial"/>
          <w:b w:val="0"/>
          <w:i/>
          <w:color w:val="888888"/>
          <w:sz w:val="16"/>
        </w:rPr>
        <w:t>⏱ 55s  📰 Droidsans  #iPhone18Pro #ราคาไอโฟน #มนุษย์เงินเดือน #วางแผนการเงิน #Apple  💡 The 'Opportunity Cost' Calculation: แปลงข่าวลือเรื่องราคาที่</w:t>
      </w:r>
    </w:p>
    <w:p>
      <w:pPr>
        <w:spacing w:before="80" w:after="80"/>
        <w:pBdr>
          <w:bottom w:val="single" w:sz="4" w:space="1" w:color="DDDDDD"/>
        </w:pBdr>
      </w:pPr>
    </w:p>
    <w:p>
      <w:pPr>
        <w:spacing w:before="160" w:after="40"/>
      </w:pPr>
      <w:r>
        <w:rPr>
          <w:rFonts w:ascii="Arial" w:hAnsi="Arial"/>
          <w:b/>
          <w:i w:val="0"/>
          <w:color w:val="1565C0"/>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ถือ iPhone อยู่ดีๆ อาจกลายเป็นตัวเลือกที่คุ้มค่าขึ้นมาทันที? เมื่อล่าสุด Samsung ประกาศขึ้นราคาสูงสุด 7,000 บาท!</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ข่าวด่วนสำหรับคนที่กำลังลังเลระหว่าง 2 ค่ายครับ Droidsans รายงานว่า Samsung ได้ปรับขึ้นราคามือถือหลายรุ่น แพงขึ้นสูงสุดถึง 7,000 บาท ซึ่งเป็นการปรับราคานอกรอบการเปิดตัวรุ่นใหม่</w:t>
        <w:br/>
        <w:br/>
        <w:t>สำหรับคนใช้ iPhone ข่าวนี้บอกอะไรเราได้บ้าง? ข้อแรกคือเรื่อง 'ความนิ่งของราคา' ครับ วงจรราคาของ Apple ค่อนข้างชัดเจน คือเปิดตัวรุ่นใหม่ และปรับลดราคารุ่นเก่า ทำให้เราคาดเดาและวางแผนการเงินเพื่ออัปเกรดได้ง่ายกว่า ไม่ต้องกังวลว่าราคาจะผันผวนกะทันหัน</w:t>
        <w:br/>
        <w:br/>
        <w:t>ข้อสองคือมูลค่าขายต่อ หรือ Resale Value ที่แข็งแกร่งมาตลอด เมื่อราคาของคู่แข่งในตลาดปรับตัวสูงขึ้น ก็ยิ่งทำให้มูลค่าของ iPhone ในมือเราดูน่าสนใจมากขึ้นไปอีก</w:t>
        <w:br/>
        <w:br/>
        <w:t>ดังนั้น ใครที่ถือ iPhone อยู่แล้ว ก็อาจจะรู้สึกว่าเป็นการลงทุนที่คุ้มค่าในระยะยาวครับ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ใครเคยลังเลระหว่าง iPhone กับ Samsung บ้างครับ? ข่าวนี้ทำให้คุณตัดสินใจง่ายขึ้นมั้ย คอมเมนต์มาแชร์กันครับ</w:t>
      </w:r>
    </w:p>
    <w:p>
      <w:pPr>
        <w:spacing w:before="0" w:after="40"/>
      </w:pPr>
      <w:r>
        <w:rPr>
          <w:rFonts w:ascii="Arial" w:hAnsi="Arial"/>
          <w:b w:val="0"/>
          <w:i/>
          <w:color w:val="888888"/>
          <w:sz w:val="16"/>
        </w:rPr>
        <w:t>⏱ 50s  📰 Droidsans  #iPhonevsSamsung #ไอโฟน #ซัมซุง #การลงทุน #รอบรู้ไอที  💡 The 'Financial Predictability' Advantage: ไม่ได้มองแค่เรื่อง</w:t>
      </w:r>
    </w:p>
    <w:p>
      <w:pPr>
        <w:spacing w:before="80" w:after="80"/>
        <w:pBdr>
          <w:bottom w:val="single" w:sz="4" w:space="1" w:color="DDDDDD"/>
        </w:pBdr>
      </w:pPr>
    </w:p>
    <w:p>
      <w:pPr>
        <w:spacing w:before="160" w:after="40"/>
      </w:pPr>
      <w:r>
        <w:rPr>
          <w:rFonts w:ascii="Arial" w:hAnsi="Arial"/>
          <w:b/>
          <w:i w:val="0"/>
          <w:color w:val="1565C0"/>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ใช้ iPhone 14 หรือ 15 อยู่ ต้องอัปเกรดเป็น iPhone 18 มั้ย? ถ้าข่าวลือเรื่องราคาเป็นจริง อาจไม่คุ้มอย่างที่คิด!</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ตอนนี้มีข่าวลือหนาหูมากครับจากหลายสำนัก ทั้งอาตี๋รีวิว และ Droidsans ว่าราคา iPhone 18 จะขยับสูงขึ้นอีก ทำให้คนที่ใช้รุ่นไม่เก่ามากอย่าง iPhone 14 หรือ 15 เริ่มลังเลว่าจะอัปเกรดดีมั้ย</w:t>
        <w:br/>
        <w:br/>
        <w:t>ลองใช้ Framework 3 ข้อนี้ถามตัวเองดูครับ</w:t>
        <w:br/>
        <w:t>1. Performance: งานที่คุณทำทุกวันนี้ iPhone เครื่องปัจจุบันรับไม่ไหวแล้วหรือยัง? การตอบเมล, ประชุมงาน, หรือทำคอนเทนต์สั้นๆ รุ่นปัจจุบันยังทำงานได้ดีเยี่ยมอยู่ครับ</w:t>
        <w:br/>
        <w:t>2. Camera: กล้องที่ลือกันว่าจะดีขึ้นมาก จำเป็นต่องานของคุณจริงๆ หรือเปล่า? ถ้าคุณไม่ได้ทำอาชีพที่ต้องใช้กล้องคุณภาพสูงสุด กล้องของ iPhone 15 Pro ก็ถือว่าเหลือเฟือมากๆ แล้ว</w:t>
        <w:br/>
        <w:t>3. Value: ส่วนต่างราคาหลายพันหรืออาจจะถึงหมื่นบาท สามารถนำไปลงทุนกับอย่างอื่นที่ช่วยให้ทำงานดีขึ้นได้มั้ย? เช่น ซื้ออุปกรณ์เสริม หรือลงคอร์สเรียนเพิ่มทักษะ</w:t>
        <w:br/>
        <w:br/>
        <w:t>ถ้าคำตอบส่วนใหญ่คือ 'ไม่' การใช้เครื่องเดิมต่ออีกปี อาจเป็นทางเลือกที่ฉลาดและประหยัดที่สุดครับ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ตอนนี้คุณใช้ iPhone รุ่นไหนกันอยู่ แล้วมีแผนจะอัปเกรดมั้ยครับ? คอมเมนต์บอกหน่อย</w:t>
      </w:r>
    </w:p>
    <w:p>
      <w:pPr>
        <w:spacing w:before="0" w:after="40"/>
      </w:pPr>
      <w:r>
        <w:rPr>
          <w:rFonts w:ascii="Arial" w:hAnsi="Arial"/>
          <w:b w:val="0"/>
          <w:i/>
          <w:color w:val="888888"/>
          <w:sz w:val="16"/>
        </w:rPr>
        <w:t>⏱ 60s  📰 อาตี๋รีวิว  #iPhone18 #อัปเกรดไอโฟน #iPhone15 #คุ้มค่า #รีวิวไอโฟน  💡 The 'Marginal Utility' Upgrade Framework: สร้างกรอบการตัดสิน</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2E7D32"/>
          <w:sz w:val="26"/>
        </w:rPr>
        <w:t xml:space="preserve">  📸  คนชอบถ่ายรูป / ช่างภาพ</w:t>
      </w:r>
    </w:p>
    <w:p>
      <w:pPr>
        <w:spacing w:before="40" w:after="0"/>
      </w:pPr>
    </w:p>
    <w:p>
      <w:pPr>
        <w:spacing w:before="160" w:after="40"/>
      </w:pPr>
      <w:r>
        <w:rPr>
          <w:rFonts w:ascii="Arial" w:hAnsi="Arial"/>
          <w:b/>
          <w:i w:val="0"/>
          <w:color w:val="2E7D32"/>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ภาพนี้ไม่ได้ถ่ายจากกล้อง Mirrorless... แต่มีข่าวลือว่า iPhone 18 Pro อาจทำได้ดีกว่านี้อีก</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ตามรายงานข่าวลือล่าสุดจาก Droidsans, iPhone 18 Pro series อาจเป็นการอัปเกรดกล้องครั้งใหญ่ที่สุดที่เคยมีมา โดยเฉพาะรุ่น Pro Max ที่มีข่าวลือว่าจะได้เซ็นเซอร์หลักขนาดใหญ่ขึ้นเกือบ 1 นิ้ว สำหรับช่างภาพอย่างเรา นั่นหมายถึง Dynamic Range ที่กว้างขึ้นอย่างมหาศาล เก็บรายละเอียดในส่วนมืดและส่วนสว่างได้ดีกว่าเดิมแบบก้าวกระโดด และยังให้มิติของภาพที่เป็นธรรมชาติมากขึ้นโดยไม่ต้องพึ่ง Software มากเกินไป นอกจากนี้ยังมีข่าวลือเรื่องเลนส์ Periscope ที่จะเพิ่มระยะซูม Optical ให้ไกลขึ้นไปอีก ลองนึกภาพการถ่าย Portrait ที่ได้โบเก้ละลายหลังอย่างเป็นธรรมชาติ หรือการถ่ายวิดีโอ ProRes Log ที่มีข้อมูลให้เกรดสีได้ยืดหยุ่นเทียบเท่ากล้อง Cinema ระดับเริ่มต้น นี่คือการขยับเข้าใกล้กล้องโปรไปอีกขั้นจริงๆ</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ข่าวลือกล้องยังมีอีกเพียบ กด save คลิปนี้ไว้เลย เดี๋ยวผมมาเจาะลึก từng scenario ให้ดูว่ามันจะเปลี่ยนเกมการถ่ายภาพด้วยมือถือไปแค่ไหน</w:t>
      </w:r>
    </w:p>
    <w:p>
      <w:pPr>
        <w:spacing w:before="0" w:after="40"/>
      </w:pPr>
      <w:r>
        <w:rPr>
          <w:rFonts w:ascii="Arial" w:hAnsi="Arial"/>
          <w:b w:val="0"/>
          <w:i/>
          <w:color w:val="888888"/>
          <w:sz w:val="16"/>
        </w:rPr>
        <w:t>⏱ 65s  📰 Droidsans  #iPhone18Pro #AppleProRAW #ช่างภาพ #ไอโฟน #ถ่ายรูปสวย  💡 The 'Professional Workflow Integration' Test: ไม่ได้แค่ลิสต์</w:t>
      </w:r>
    </w:p>
    <w:p>
      <w:pPr>
        <w:spacing w:before="80" w:after="80"/>
        <w:pBdr>
          <w:bottom w:val="single" w:sz="4" w:space="1" w:color="DDDDDD"/>
        </w:pBdr>
      </w:pPr>
    </w:p>
    <w:p>
      <w:pPr>
        <w:spacing w:before="160" w:after="40"/>
      </w:pPr>
      <w:r>
        <w:rPr>
          <w:rFonts w:ascii="Arial" w:hAnsi="Arial"/>
          <w:b/>
          <w:i w:val="0"/>
          <w:color w:val="2E7D32"/>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ช่างภาพอาจไม่ต้องพกขาตั้งกล้องอีกต่อไป... ถ้า iPhone ที่พับได้แบบนี้เปิดตัวคืนนี้จริงๆ</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มีรายงานจาก Droidsans ว่า Apple อาจเปิดตัว iPhone Duo หรือ Ultra ที่มีดีไซน์พับได้คล้ายของ Samsung ซึ่งสำหรับช่างภาพอย่างเรา นี่คือ Game Changer ครับ ไม่ใช่แค่เรื่องจอใหญ่ แต่คือการเปลี่ยนฟอร์มแฟคเตอร์ที่ปลดล็อกวิธีการทำงานใหม่ๆ ลองนึกภาพการตั้งกล้องถ่าย Long Exposure หรือ Timelapse ได้ทุกที่โดยไม่ต้องใช้ขาตั้ง แค่วางมันลงบนพื้นผิวเรียบๆ ในมุมที่เราต้องการ หรือการใช้จอที่พับเป็นมุมฉากเพื่อเป็น Viewfinder ขนาดใหญ่ตอนถ่ายวิดีโอจากมุมต่ำ ทำให้เห็น Composition ได้ชัดเจนขึ้น ยังไม่นับความเป็นไปได้ในการใช้กล้องหลักความละเอียดสูงสุดเพื่อถ่าย Selfie หรือ VLOG โดยดูพรีวิวจากจอด้านนอกได้เลย นี่ไม่ใช่แค่ฟีเจอร์ใหม่ แต่มันคือการเปลี่ยนวิธีคิดในการถ่ายภาพด้วยมือถือไปเลย</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ถ้าเปิดตัวจริง workflow การถ่ายภาพเปลี่ยนแน่นอน กด save ไว้เลย เดี๋ยวมาทดสอบให้ดูว่ามันใช้งานจริงได้ดีแค่ไหน</w:t>
      </w:r>
    </w:p>
    <w:p>
      <w:pPr>
        <w:spacing w:before="0" w:after="40"/>
      </w:pPr>
      <w:r>
        <w:rPr>
          <w:rFonts w:ascii="Arial" w:hAnsi="Arial"/>
          <w:b w:val="0"/>
          <w:i/>
          <w:color w:val="888888"/>
          <w:sz w:val="16"/>
        </w:rPr>
        <w:t>⏱ 60s  📰 Droidsans  #iPhoneDuo #iPhoneUltra #MobilePhotography #Apple #ไอโฟน  💡 The 'Ergonomic Revolution' for Photographers: โฟกัสไปที่การเ</w:t>
      </w:r>
    </w:p>
    <w:p>
      <w:pPr>
        <w:spacing w:before="80" w:after="80"/>
        <w:pBdr>
          <w:bottom w:val="single" w:sz="4" w:space="1" w:color="DDDDDD"/>
        </w:pBdr>
      </w:pPr>
    </w:p>
    <w:p>
      <w:pPr>
        <w:spacing w:before="160" w:after="40"/>
      </w:pPr>
      <w:r>
        <w:rPr>
          <w:rFonts w:ascii="Arial" w:hAnsi="Arial"/>
          <w:b/>
          <w:i w:val="0"/>
          <w:color w:val="2E7D32"/>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ราคาเริ่มต้นลือกันว่า 48,900 บาท... แลกกับกล้องที่อาจจะดีกว่า Mirrorless รุ่นเริ่มต้น... คุ้มไหม?</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Droidsans รายงานราคาไทยที่ลือกันสำหรับ iPhone 18 Pro series ว่าอาจเริ่มต้นที่ 48,900 บาท พอเห็นราคานี้ ช่างภาพหลายคนอาจจะคิดว่า 'เพิ่มเงินอีกนิดไปซื้อกล้องจริงดีกว่า' แต่เดี๋ยวก่อนครับ เราต้องมองให้ลึกกว่านั้น สิ่งที่เราจ่ายไปไม่ใช่แค่ค่าเซ็นเซอร์หรือเลนส์ แต่มันคือระบบ Computational Photography ที่ทรงพลังที่สุด ทั้ง Deep Fusion, Smart HDR, และ Night Mode ที่กล้องใหญ่ไม่มี บวกกับ Workflow ที่จบในตัว ตั้งแต่การถ่าย Apple ProRAW, แต่งรูปใน Lightroom Mobile, ไปจนถึงการถ่ายวิดีโอ ProRes Log และตัดต่อได้ทันที นี่คือ Production House ขนาดย่อมในกระเป๋า คำถามจึงไม่ใช่แค่ 'กล้องดีไหม' แต่คือ 'Workflow ทั้งระบบที่ได้มาในราคานี้ เทียบกับการลงทุนในระบบกล้องใหญ่... มันตอบโจทย์เรามากกว่าหรือเปล่า?'</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คุณคิดว่าราคานี้กับความสามารถกล้องที่ลือกันมา คุ้มค่าการลงทุนไหม? กด save ไว้ก่อน เดี๋ยวรุ่นจริงมาจะทำ Full Comparison กับกล้อง Mirrorless ให้ดูชัดๆ</w:t>
      </w:r>
    </w:p>
    <w:p>
      <w:pPr>
        <w:spacing w:before="0" w:after="40"/>
      </w:pPr>
      <w:r>
        <w:rPr>
          <w:rFonts w:ascii="Arial" w:hAnsi="Arial"/>
          <w:b w:val="0"/>
          <w:i/>
          <w:color w:val="888888"/>
          <w:sz w:val="16"/>
        </w:rPr>
        <w:t>⏱ 70s  📰 Droidsans  #iPhone18 #ราคาไอโฟน #ช่างภาพ #ถ่ายภาพ #Apple  💡 The 'System Justification' Framework: เปลี่ยนมุมมองการถกเถีย</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E65100"/>
          <w:sz w:val="26"/>
        </w:rPr>
        <w:t xml:space="preserve">  💰  งบน้อย อยากได้ iPhone</w:t>
      </w:r>
    </w:p>
    <w:p>
      <w:pPr>
        <w:spacing w:before="40" w:after="0"/>
      </w:pPr>
    </w:p>
    <w:p>
      <w:pPr>
        <w:spacing w:before="160" w:after="40"/>
      </w:pPr>
      <w:r>
        <w:rPr>
          <w:rFonts w:ascii="Arial" w:hAnsi="Arial"/>
          <w:b/>
          <w:i w:val="0"/>
          <w:color w:val="E65100"/>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Samsung ประกาศขึ้นราคาแล้ว! งบหมื่นกลางๆ ที่เคยตั้งใจไว้ อาจจะต้องคิดใหม่ครับ</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ใครที่กำลังเล็งมือถือ Samsung ในงบหมื่นนิดๆ อาจจะต้องชะงักนิดนึงนะครับ เพราะตามรายงานจาก Droidsans เขาประกาศขึ้นราคาหลายรุ่น สูงสุดถึง 7,000 บาทเลยทีเดียว ทำให้งบเท่าเดิมของเราอาจจะได้รุ่นที่สเปคลดลง</w:t>
        <w:br/>
        <w:br/>
        <w:t>แต่...ถ้าเราลองมองอีกมุมล่ะ? งบประมาณ 15,000 บาท ตอนนี้เป็นจังหวะที่ดีมากในการมองหา iPhone มือสองสภาพดีๆ เลยนะ อย่าง iPhone 13 นี่สบายๆ เลย ได้ทั้งชิปที่ยังแรง, กล้องสวยคม, และที่สำคัญคือได้อัปเดต iOS ไปอีกยาวๆ แถมราคาในตลาดมือสองค่อนข้างนิ่ง ไม่ผันผวนเท่า เรียกว่าเป็นทางเลือกที่คุ้มค่าและปลอดภัยมากในช่วงนี้เลยครับ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ใครมีงบเท่าไหร่กันอยู่ คอมเมนต์มาเลยครับ เดี๋ยวช่วยแนะนำรุ่นที่เหมาะที่สุดให้</w:t>
      </w:r>
    </w:p>
    <w:p>
      <w:pPr>
        <w:spacing w:before="0" w:after="40"/>
      </w:pPr>
      <w:r>
        <w:rPr>
          <w:rFonts w:ascii="Arial" w:hAnsi="Arial"/>
          <w:b w:val="0"/>
          <w:i/>
          <w:color w:val="888888"/>
          <w:sz w:val="16"/>
        </w:rPr>
        <w:t>⏱ 48s  📰 Droidsans  #ไอโฟนมือสอง #samsung #iphonevsandroid #ไอโฟน #งบน้อย  💡 The 'Safe Haven' Choice: ใช้ข่าวความผันผวนของราคาคู่แข่ง เพื</w:t>
      </w:r>
    </w:p>
    <w:p>
      <w:pPr>
        <w:spacing w:before="80" w:after="80"/>
        <w:pBdr>
          <w:bottom w:val="single" w:sz="4" w:space="1" w:color="DDDDDD"/>
        </w:pBdr>
      </w:pPr>
    </w:p>
    <w:p>
      <w:pPr>
        <w:spacing w:before="160" w:after="40"/>
      </w:pPr>
      <w:r>
        <w:rPr>
          <w:rFonts w:ascii="Arial" w:hAnsi="Arial"/>
          <w:b/>
          <w:i w:val="0"/>
          <w:color w:val="E65100"/>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มีข่าวลือว่า iPhone 18 จะแพงขึ้นอีก! แต่เชื่อไหมครับว่านี่อาจเป็นข่าวดีสำหรับคนงบน้อย</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ช่วงนี้มีข่าวลือหนาหูมากจากหลายที่เลยครับ อย่างช่องอาตี๋รีวิวก็พูดถึง ว่าราคา iPhone 18 รุ่นใหม่อาจจะเปิดตัวแรงขึ้นไปอีก</w:t>
        <w:br/>
        <w:br/>
        <w:t>หลายคนอาจจะคิดว่า 'โอ้โห แพงขนาดนี้จะซื้อไหวได้ยังไง' แต่จริงๆ แล้วมันมีผลดีกับเราครับ! เพราะพอรุ่นใหม่ราคาพุ่งสูงปรี๊ด มันจะทำให้ iPhone รุ่นก่อนๆ อย่าง iPhone 13 หรือ iPhone 14 กลายเป็นรุ่นที่ 'คุ้มค่าสุดๆ' ในตลาดมือสองไปโดยปริยาย</w:t>
        <w:br/>
        <w:br/>
        <w:t>คนจะหันมามองหารุ่นเหล่านี้กันมากขึ้น เพราะได้ฟีเจอร์ที่ยังสดใหม่ กล้องเทพๆ ในราคาที่จับต้องได้ง่ายกว่าเดิมเยอะ ดังนั้นใครที่งบจำกัด ไม่ต้องรอรุ่นใหม่เปิดตัวแล้วครับ การมองหารุ่นเหล่านี้ตอนนี้อาจจะเป็นจังหวะที่ดีที่สุดเลย</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ตอนนี้มีงบในใจเท่าไหร่ หรือเล็งรุ่นไหนเป็นพิเศษอยู่ คอมเมนต์มาคุยกันได้เลยครับ</w:t>
      </w:r>
    </w:p>
    <w:p>
      <w:pPr>
        <w:spacing w:before="0" w:after="40"/>
      </w:pPr>
      <w:r>
        <w:rPr>
          <w:rFonts w:ascii="Arial" w:hAnsi="Arial"/>
          <w:b w:val="0"/>
          <w:i/>
          <w:color w:val="888888"/>
          <w:sz w:val="16"/>
        </w:rPr>
        <w:t>⏱ 52s  📰 อาตี๋รีวิว  #iphone18 #ไอโฟนราคาถูก #ไอโฟนมือสอง #iphone13 #Apple  💡 The 'Ripple Effect' Opportunity: วิเคราะห์ข่าวลือราคา iPhone</w:t>
      </w:r>
    </w:p>
    <w:p>
      <w:pPr>
        <w:spacing w:before="80" w:after="80"/>
        <w:pBdr>
          <w:bottom w:val="single" w:sz="4" w:space="1" w:color="DDDDDD"/>
        </w:pBdr>
      </w:pPr>
    </w:p>
    <w:p>
      <w:pPr>
        <w:spacing w:before="160" w:after="40"/>
      </w:pPr>
      <w:r>
        <w:rPr>
          <w:rFonts w:ascii="Arial" w:hAnsi="Arial"/>
          <w:b/>
          <w:i w:val="0"/>
          <w:color w:val="E65100"/>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เก็บเงินได้ 20,000 บาท กำลังจะไปซื้อมือถือใหม่? เดี๋ยวครับ! ฟังข่าวนี้ก่อน อาจเปลี่ยนใจ</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ยินดีกับคนที่มีงบ 20,000 บาทในมือนะครับ เป็นงบที่ซื้อมือถือดีๆ ได้เลย แต่มีข่าวด่วนนิดนึงคือ ตอนนี้ Samsung เขาปรับขึ้นราคามือถือหลายรุ่นเลย ทำให้งบที่เรามีอาจจะซื้อรุ่นที่เคยเล็งไว้ไม่ได้ หรือต้องลดสเปคลง</w:t>
        <w:br/>
        <w:br/>
        <w:t>ทีนี้เรามาลอง 'จัดสรรงบใหม่' กันดูไหมครับ? เงิน 20,000 บาทเท่าเดิมเนี่ย ถ้าเราเปลี่ยนแผนมาดูฝั่ง iPhone มือสอง เราสามารถหา iPhone 13 หรืออาจจะเจอ iPhone 14 สภาพดีๆ ได้เลยนะ</w:t>
        <w:br/>
        <w:br/>
        <w:t>ข้อดีคือเราจะได้ประสบการณ์การใช้งานระดับเรือธง กล้องคุณภาพสูง ชิปที่ยังแรงเหลือๆ และอัปเดตได้อีกหลายปี ถือเป็นการปรับแผนที่ทำให้เงินทุกบาทของเราคุ้มค่ามากขึ้น ในสถานการณ์ที่ตลาดฝั่ง Android กำลังปรับราคาขึ้นครับ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ใครกำลังวางแผนซื้อมือถือในงบประมาณนี้อยู่บ้าง คอมเมนต์มาแชร์กันหน่อยครับ</w:t>
      </w:r>
    </w:p>
    <w:p>
      <w:pPr>
        <w:spacing w:before="0" w:after="40"/>
      </w:pPr>
      <w:r>
        <w:rPr>
          <w:rFonts w:ascii="Arial" w:hAnsi="Arial"/>
          <w:b w:val="0"/>
          <w:i/>
          <w:color w:val="888888"/>
          <w:sz w:val="16"/>
        </w:rPr>
        <w:t>⏱ 55s  📰 Droidsans  #ไอโฟนมือสอง #วางแผนการเงิน #ซัมซุง #รีวิวมือถือ #งบสองหมื่น  💡 The 'Budget Re-Allocation' Strategy: เปลี่ยนข่าวการขึ้นราคาข</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37474F"/>
          <w:sz w:val="26"/>
        </w:rPr>
        <w:t xml:space="preserve">  🏢  นักธุรกิจ / ผู้บริหาร</w:t>
      </w:r>
    </w:p>
    <w:p>
      <w:pPr>
        <w:spacing w:before="40" w:after="0"/>
      </w:pPr>
    </w:p>
    <w:p>
      <w:pPr>
        <w:spacing w:before="160" w:after="40"/>
      </w:pPr>
      <w:r>
        <w:rPr>
          <w:rFonts w:ascii="Arial" w:hAnsi="Arial"/>
          <w:b/>
          <w:i w:val="0"/>
          <w:color w:val="37474F"/>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Samsung เพิ่งขึ้นราคามือถือสูงสุด 7,000 บาท นี่ไม่ใช่แค่ข่าวร้ายสำหรับผู้บริโภค แต่เป็น 'สัญญาณเตือน' สำหรับฝ่ายจัดซื้อทุกองค์กรครับ</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ตามรายงานจาก Droidsans การปรับราคาของ Samsung สะท้อนให้เห็นถึงความผันผวนในตลาด Android ซึ่งเป็นความเสี่ยงโดยตรงต่อการวางแผนงบประมาณขององค์กร ในโลกธุรกิจ ความสามารถในการคาดการณ์ต้นทุน (Cost Predictability) คือหัวใจสำคัญครับ</w:t>
        <w:br/>
        <w:br/>
        <w:t>นี่คือจุดที่ Apple ได้เปรียบอย่างชัดเจน วงจรการเปิดตัวและโครงสร้างราคาของ iPhone ที่คาดเดาได้ในแต่ละปี ช่วยให้ฝ่าย IT และฝ่ายการเงินสามารถวางแผนงบประมาณการจัดซื้อ (CapEx) ล่วงหน้าได้อย่างแม่นยำ ลดความเสี่ยงจากราคาที่อาจพุ่งสูงขึ้นโดยไม่คาดคิด</w:t>
        <w:br/>
        <w:br/>
        <w:t>เมื่อรวมกับมูลค่าขายต่อ (Resale Value) ที่สูงกว่าอย่างมีนัยสำคัญ ทำให้ต้นทุนรวมในการเป็นเจ้าของ (Total Cost of Ownership) ของ iPhone ต่ำกว่าในระยะยาว การเลือกลงทุนใน iPhone สำหรับทีมงาน จึงไม่ใช่แค่เรื่องของประสิทธิภาพ แต่คือการบริหารความเสี่ยงทางการเงินที่ชาญฉลาดครับ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Follow เราไว้ เพื่อให้คุณวางแผนงบประมาณ IT สำหรับทีมได้เฉียบคมกว่าเดิม</w:t>
      </w:r>
    </w:p>
    <w:p>
      <w:pPr>
        <w:spacing w:before="0" w:after="40"/>
      </w:pPr>
      <w:r>
        <w:rPr>
          <w:rFonts w:ascii="Arial" w:hAnsi="Arial"/>
          <w:b w:val="0"/>
          <w:i/>
          <w:color w:val="888888"/>
          <w:sz w:val="16"/>
        </w:rPr>
        <w:t>⏱ 60s  📰 Droidsans  #บริหารธุรกิจ #iPhone #AppleEcosystem #การลงทุน #ITManagement  💡 The 'Vendor Risk Assessment' Framework: วิเคราะห์ความผันผวนข</w:t>
      </w:r>
    </w:p>
    <w:p>
      <w:pPr>
        <w:spacing w:before="80" w:after="80"/>
        <w:pBdr>
          <w:bottom w:val="single" w:sz="4" w:space="1" w:color="DDDDDD"/>
        </w:pBdr>
      </w:pPr>
    </w:p>
    <w:p>
      <w:pPr>
        <w:spacing w:before="160" w:after="40"/>
      </w:pPr>
      <w:r>
        <w:rPr>
          <w:rFonts w:ascii="Arial" w:hAnsi="Arial"/>
          <w:b/>
          <w:i w:val="0"/>
          <w:color w:val="37474F"/>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มีรายงานว่า AI อย่าง GPT-6 Astra 'ฉลาดจนอันตราย' แต่สำหรับธุรกิจ ความอันตรายที่แท้จริงไม่ใช่ความฉลาด แต่คือ 'ที่อยู่' ของข้อมูลคุณครับ</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ตามรายงานจาก Droidsans การมาถึงของ AI ที่ทรงพลังทำให้เกิดคำถามสำคัญด้านความปลอดภัย เมื่อพนักงานใช้เครื่องมือเหล่านี้ ข้อมูลที่ละเอียดอ่อนของบริษัท ตั้งแต่กลยุทธ์การตลาดไปจนถึงข้อมูลทางการเงิน อาจถูกส่งไปประมวลผลบนเซิร์ฟเวอร์ภายนอก ซึ่งเป็นช่องโหว่ขนาดใหญ่ที่ควบคุมไม่ได้</w:t>
        <w:br/>
        <w:br/>
        <w:t>นี่คือจุดที่สถาปัตยกรรมของ Apple สร้างความแตกต่างอย่างสิ้นเชิงครับ Apple Intelligence ถูกออกแบบมาให้ประมวลผลบนตัวอุปกรณ์ (On-Device) เป็นหลัก ทำให้ข้อมูลสำคัญไม่เคยออกจาก iPhone ของคุณ และสำหรับงานที่ซับซ้อนขึ้น ก็จะใช้ Private Cloud Compute ซึ่งมีระบบป้องกันทางคริปโตกราฟี ที่แม้แต่ Apple เองก็ไม่สามารถเข้าถึงข้อมูลนั้นได้</w:t>
        <w:br/>
        <w:br/>
        <w:t>ในยุคที่ข้อมูลคือสินทรัพย์ที่ล้ำค่าที่สุด การเลือกใช้ iPhone สำหรับองค์กรจึงไม่ใช่แค่การเลือกอุปกรณ์ แต่เป็นการวางรากฐานด้านความปลอดภัยข้อมูลที่แข็งแกร่งตั้งแต่เริ่มต้นครับ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Follow เราเพื่ออัปเดตว่า Apple ecosystem จะช่วยปกป้องข้อมูลธุรกิจของคุณได้อย่างไร</w:t>
      </w:r>
    </w:p>
    <w:p>
      <w:pPr>
        <w:spacing w:before="0" w:after="40"/>
      </w:pPr>
      <w:r>
        <w:rPr>
          <w:rFonts w:ascii="Arial" w:hAnsi="Arial"/>
          <w:b w:val="0"/>
          <w:i/>
          <w:color w:val="888888"/>
          <w:sz w:val="16"/>
        </w:rPr>
        <w:t>⏱ 65s  📰 Droidsans  #CyberSecurity #DataPrivacy #Apple #iPhone #ธุรกิจ  💡 The 'External AI Threat Vector' Analysis: ใช้ข่าว AI ภายนอกท</w:t>
      </w:r>
    </w:p>
    <w:p>
      <w:pPr>
        <w:spacing w:before="80" w:after="80"/>
        <w:pBdr>
          <w:bottom w:val="single" w:sz="4" w:space="1" w:color="DDDDDD"/>
        </w:pBdr>
      </w:pPr>
    </w:p>
    <w:p>
      <w:pPr>
        <w:spacing w:before="160" w:after="40"/>
      </w:pPr>
      <w:r>
        <w:rPr>
          <w:rFonts w:ascii="Arial" w:hAnsi="Arial"/>
          <w:b/>
          <w:i w:val="0"/>
          <w:color w:val="37474F"/>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มีรายงานว่า iPhone 18 Pro Max อาจเริ่มต้นที่ 48,900 บาท ผู้บริหารฝ่าย IT ที่มองการณ์ไกลจะเห็นตัวเลขนี้เป็น 'ข้อมูลเชิงกลยุทธ์' ไม่ใช่แค่ 'ป้ายราคา' ครับ</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ข่าวลือเรื่องราคาจาก Droidsans แม้จะยังไม่ได้รับการยืนยัน แต่ก็เป็นข้อมูลสำคัญสำหรับผู้บริหารที่ต้องวางแผนการลงทุนด้านเทคโนโลยีล่วงหน้าครับ</w:t>
        <w:br/>
        <w:br/>
        <w:t>แทนที่จะรอราคาประกาศอย่างเป็นทางการ เราสามารถใช้ตัวเลขคาดการณ์นี้เป็น 'Baseline' ในการทำ Financial Modeling ได้ทันที CIO สามารถประเมินงบประมาณการจัดซื้อ (CapEx) สำหรับการอัปเกรดอุปกรณ์ทั้งองค์กรในรอบ 2-3 ปีข้างหน้าได้แม่นยำขึ้น</w:t>
        <w:br/>
        <w:br/>
        <w:t>การเตรียมการล่วงหน้าแบบนี้แสดงให้เห็นถึงวิสัยทัศน์ในการบริหารจัดการสินทรัพย์ IT และช่วยให้การของบประมาณประจำปีราบรื่นขึ้น เพราะมีข้อมูลอ้างอิงจากแนวโน้มของตลาด นี่คือการเปลี่ยนข่าวลือในตลาดผู้บริโภค ให้กลายเป็นเครื่องมือในการวางแผนกลยุทธ์ขององค์กรครับ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Follow ไว้ ถ้าอยากเปลี่ยนข่าวสาร Apple ให้เป็นความได้เปรียบทางธุรกิจ</w:t>
      </w:r>
    </w:p>
    <w:p>
      <w:pPr>
        <w:spacing w:before="0" w:after="40"/>
      </w:pPr>
      <w:r>
        <w:rPr>
          <w:rFonts w:ascii="Arial" w:hAnsi="Arial"/>
          <w:b w:val="0"/>
          <w:i/>
          <w:color w:val="888888"/>
          <w:sz w:val="16"/>
        </w:rPr>
        <w:t>⏱ 55s  📰 Droidsans  #iPhone18 #Apple #ผู้บริหาร #การวางแผน #CIO  💡 The 'Forward-Looking CapEx' Model: ใช้ข่าวลือเรื่อง 'ราคา' ท</w:t>
      </w:r>
    </w:p>
    <w:p>
      <w:pPr>
        <w:spacing w:before="80" w:after="80"/>
        <w:pBdr>
          <w:bottom w:val="single" w:sz="4" w:space="1" w:color="DDDDDD"/>
        </w:pBdr>
      </w:pPr>
    </w:p>
    <w:p>
      <w:pPr>
        <w:spacing w:before="240" w:after="0"/>
      </w:pPr>
    </w:p>
    <w:p>
      <w:pPr>
        <w:spacing w:before="40" w:after="40"/>
        <w:shd w:val="clear" w:color="auto" w:fill="EDE7F6"/>
      </w:pPr>
      <w:r>
        <w:rPr>
          <w:rFonts w:ascii="Arial" w:hAnsi="Arial"/>
          <w:b/>
          <w:i w:val="0"/>
          <w:color w:val="C62828"/>
          <w:sz w:val="26"/>
        </w:rPr>
        <w:t xml:space="preserve">  🔥  คนชอบข่าวลือ / leaks</w:t>
      </w:r>
    </w:p>
    <w:p>
      <w:pPr>
        <w:spacing w:before="40" w:after="0"/>
      </w:pPr>
    </w:p>
    <w:p>
      <w:pPr>
        <w:spacing w:before="160" w:after="40"/>
      </w:pPr>
      <w:r>
        <w:rPr>
          <w:rFonts w:ascii="Arial" w:hAnsi="Arial"/>
          <w:b/>
          <w:i w:val="0"/>
          <w:color w:val="C62828"/>
          <w:sz w:val="18"/>
        </w:rPr>
        <w:t>Script 1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คุณอาจยังไม่รู้ว่ากล้อง iPhone 18 Pro กำลังจะได้รับการอัปเกรดครั้งใหญ่... แต่มันมาพร้อมกับราคาที่ต้องจ่ายเพิ่ม!</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มีรายงานล่าสุดจาก Mark Gurman นักข่าวสาย Apple ชื่อดัง เผยว่า iPhone 18 Pro จะมาพร้อมกับกล้องที่มี 'รูรับแสงแบบกลไก' ครับ! พูดง่ายๆ ก็คือมันจะทำงานคล้ายเลนส์กล้องโปรจริงๆ ช่วยควบคุมแสงได้ดีขึ้น ทำให้ถ่ายรูปในที่แสงน้อยได้เทพกว่าเดิม และสร้างโบเก้ละลายหลังที่เป็นธรรมชาติมากๆ ไม่ต้องพึ่งซอฟต์แวร์เหมือนเคย</w:t>
        <w:br/>
        <w:br/>
        <w:t>แต่ของดีก็ต้องแลกมาด้วยราคาที่สูงขึ้น... Gurman คาดการณ์ว่าการอัปเกรดกล้องครั้งนี้ อาจทำให้ iPhone 18 Pro แพงขึ้นถึง 100 ดอลลาร์ หรือประมาณ 3,700 บาทเลยทีเดียว! นี่แค่ราคาที่เพิ่มขึ้นจากรุ่นก่อนนะครับ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เตรียมเก็บเงินรอไหวไหม? กด follow ไว้เลย เดี๋ยวมีข้อมูลราคาไทยมาอัปเดตให้ทันที!</w:t>
      </w:r>
    </w:p>
    <w:p>
      <w:pPr>
        <w:spacing w:before="0" w:after="40"/>
      </w:pPr>
      <w:r>
        <w:rPr>
          <w:rFonts w:ascii="Arial" w:hAnsi="Arial"/>
          <w:b w:val="0"/>
          <w:i/>
          <w:color w:val="888888"/>
          <w:sz w:val="16"/>
        </w:rPr>
        <w:t>⏱ 45s  📰 iMod  #iPhone18Pro #AppleLeaks #ไอโฟน18 #ข่าวไอที #กล้องไอโฟน  💡 The 'Pro-sumer' Feature Justification: วิเคราะห์ว่า Apple ใช</w:t>
      </w:r>
    </w:p>
    <w:p>
      <w:pPr>
        <w:spacing w:before="80" w:after="80"/>
        <w:pBdr>
          <w:bottom w:val="single" w:sz="4" w:space="1" w:color="DDDDDD"/>
        </w:pBdr>
      </w:pPr>
    </w:p>
    <w:p>
      <w:pPr>
        <w:spacing w:before="160" w:after="40"/>
      </w:pPr>
      <w:r>
        <w:rPr>
          <w:rFonts w:ascii="Arial" w:hAnsi="Arial"/>
          <w:b/>
          <w:i w:val="0"/>
          <w:color w:val="C62828"/>
          <w:sz w:val="18"/>
        </w:rPr>
        <w:t>Script 2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iPhone จอพับอาจไม่มาปีนี้... และอาจไม่มาปีหน้า! แต่นี่คือข้อมูลล่าสุดของ 'iPhone Duo' ที่อาจทำให้คุณต้องเริ่มเก็บเงินตั้งแต่วันนี้!</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ลือกันมานาน ในที่สุดก็มีข้อมูลที่ชัดขึ้น! Mark Gurman เผยว่า Apple กำลังพัฒนา iPhone จอพับในชื่อ 'iPhone Duo' อยู่จริงๆ แต่ข่าวร้ายคืออาจจะวางขายเร็วที่สุดคือเดือนตุลาคมปี 2026 หรืออีก 2 ปีข้างหน้าเลยครับ!</w:t>
        <w:br/>
        <w:br/>
        <w:t>แต่ที่น่าตกใจกว่าคือราคา... มีรายงานว่าราคาเริ่มต้นอาจสูงถึง 2,000 ดอลลาร์สหรัฐ! คิดเป็นเงินไทยก็ประมาณ 74,000 บาท ซึ่งยังไม่รวมภาษี! แต่ก็มีข่าวดีนะ เพราะถึงแม้จะมีข่าวลือออกมาก่อนหน้าว่าอาจไม่มี MagSafe แต่รายงานล่าสุดแย้งว่า iPhone Duo จะยังคงมี MagSafe ให้ใช้งานแน่นอน ใครที่กลัวว่าจะชาร์จไร้สายไม่ได้ สบายใจได้เลยครับ</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ราคานี้สู้ไหวไหม? กด follow ไว้เลย มีข่าวลือ iPhone Duo มาเมื่อไหร่ รู้ก่อนใครแน่นอน!</w:t>
      </w:r>
    </w:p>
    <w:p>
      <w:pPr>
        <w:spacing w:before="0" w:after="40"/>
      </w:pPr>
      <w:r>
        <w:rPr>
          <w:rFonts w:ascii="Arial" w:hAnsi="Arial"/>
          <w:b w:val="0"/>
          <w:i/>
          <w:color w:val="888888"/>
          <w:sz w:val="16"/>
        </w:rPr>
        <w:t>⏱ 50s  📰 iMod  #iPhoneDuo #iPhoneFold #Apple #ข่าวลือ #มือถือจอพับ  💡 The 'Ultra-Premium' Market Creation: ไม่ได้มองแค่การเข้าสู่ต</w:t>
      </w:r>
    </w:p>
    <w:p>
      <w:pPr>
        <w:spacing w:before="80" w:after="80"/>
        <w:pBdr>
          <w:bottom w:val="single" w:sz="4" w:space="1" w:color="DDDDDD"/>
        </w:pBdr>
      </w:pPr>
    </w:p>
    <w:p>
      <w:pPr>
        <w:spacing w:before="160" w:after="40"/>
      </w:pPr>
      <w:r>
        <w:rPr>
          <w:rFonts w:ascii="Arial" w:hAnsi="Arial"/>
          <w:b/>
          <w:i w:val="0"/>
          <w:color w:val="C62828"/>
          <w:sz w:val="18"/>
        </w:rPr>
        <w:t>Script 3 / 3</w:t>
      </w:r>
    </w:p>
    <w:p>
      <w:pPr>
        <w:spacing w:before="40" w:after="40"/>
        <w:shd w:val="clear" w:color="auto" w:fill="F3E5F5"/>
      </w:pPr>
      <w:r>
        <w:rPr>
          <w:rFonts w:ascii="Arial" w:hAnsi="Arial"/>
          <w:b/>
          <w:i w:val="0"/>
          <w:color w:val="6B2FA0"/>
          <w:sz w:val="16"/>
        </w:rPr>
        <w:t>🎣 Hook</w:t>
      </w:r>
    </w:p>
    <w:p>
      <w:pPr>
        <w:spacing w:before="0" w:after="80"/>
        <w:ind w:left="170"/>
      </w:pPr>
      <w:r>
        <w:rPr>
          <w:rFonts w:ascii="Arial" w:hAnsi="Arial"/>
          <w:b/>
          <w:i w:val="0"/>
          <w:sz w:val="22"/>
        </w:rPr>
        <w:t>ด่วน! ราคาไทย iPhone 18 หลุดแล้ว! กำเงินไว้ให้แน่น เพราะมีรายงานว่าเริ่มต้นที่ 48,900 บาท!</w:t>
      </w:r>
    </w:p>
    <w:p>
      <w:pPr>
        <w:spacing w:before="40" w:after="40"/>
        <w:shd w:val="clear" w:color="auto" w:fill="F3E5F5"/>
      </w:pPr>
      <w:r>
        <w:rPr>
          <w:rFonts w:ascii="Arial" w:hAnsi="Arial"/>
          <w:b/>
          <w:i w:val="0"/>
          <w:color w:val="6B2FA0"/>
          <w:sz w:val="16"/>
        </w:rPr>
        <w:t>📝 Body</w:t>
      </w:r>
    </w:p>
    <w:p>
      <w:pPr>
        <w:spacing w:before="0" w:after="80"/>
        <w:ind w:left="170"/>
      </w:pPr>
      <w:r>
        <w:rPr>
          <w:rFonts w:ascii="Arial" w:hAnsi="Arial"/>
          <w:b w:val="0"/>
          <w:i w:val="0"/>
          <w:sz w:val="20"/>
        </w:rPr>
        <w:t xml:space="preserve">ไม่ต้องเดาเป็นเงินดอลลาร์อีกต่อไป! ล่าสุดมีข้อมูลหลุดบน TikTok จากช่อง Droidsans ที่คาดการณ์ราคาไทยของ iPhone 18 Series ออกมาแล้วครับ! </w:t>
        <w:br/>
        <w:br/>
        <w:t>ตามรายงานนี้ระบุว่า ราคาเริ่มต้นของ iPhone 18 Pro และ Pro Max จะอยู่ที่ 48,900 บาท! ซึ่งถ้าข้อมูลนี้เป็นจริง ก็ถือว่าเป็นการปรับราคาขึ้นจากรุ่นก่อนหน้าที่หลายคนคาดการณ์กันไว้ และยังสอดคล้องกับข่าวลือเรื่องการอัปเกรดสเปคครั้งใหญ่อีกด้วย</w:t>
        <w:br/>
        <w:br/>
        <w:t>ย้ำอีกครั้งนะครับว่านี่เป็นเพียงข้อมูลที่ยังไม่ได้รับการยืนยันจาก Apple ต้องรอประกาศอย่างเป็นทางการอีกที</w:t>
      </w:r>
    </w:p>
    <w:p>
      <w:pPr>
        <w:spacing w:before="40" w:after="40"/>
        <w:shd w:val="clear" w:color="auto" w:fill="E8EAF6"/>
      </w:pPr>
      <w:r>
        <w:rPr>
          <w:rFonts w:ascii="Arial" w:hAnsi="Arial"/>
          <w:b/>
          <w:i w:val="0"/>
          <w:color w:val="283593"/>
          <w:sz w:val="16"/>
        </w:rPr>
        <w:t>📣 CTA</w:t>
      </w:r>
    </w:p>
    <w:p>
      <w:pPr>
        <w:spacing w:before="0" w:after="80"/>
        <w:ind w:left="170"/>
      </w:pPr>
      <w:r>
        <w:rPr>
          <w:rFonts w:ascii="Arial" w:hAnsi="Arial"/>
          <w:b/>
          <w:i w:val="0"/>
          <w:sz w:val="20"/>
        </w:rPr>
        <w:t>เห็นราคานี้แล้วคิดว่าไง? กด follow ไว้ด่วน! วันเปิดตัวจริงราคามาเมื่อไหร่จะรีบมารายงานทันที!</w:t>
      </w:r>
    </w:p>
    <w:p>
      <w:pPr>
        <w:spacing w:before="0" w:after="40"/>
      </w:pPr>
      <w:r>
        <w:rPr>
          <w:rFonts w:ascii="Arial" w:hAnsi="Arial"/>
          <w:b w:val="0"/>
          <w:i/>
          <w:color w:val="888888"/>
          <w:sz w:val="16"/>
        </w:rPr>
        <w:t>⏱ 40s  📰 Droidsans  #ราคาไอโฟน18 #iPhone18 #ไอโฟน #AppleEvent #ราคาหลุด  💡 The 'Localized Financial Impact' Breakdown: แปลงข่าวลือเรื่อ</w:t>
      </w:r>
    </w:p>
    <w:p>
      <w:pPr>
        <w:spacing w:before="80" w:after="80"/>
        <w:pBdr>
          <w:bottom w:val="single" w:sz="4" w:space="1" w:color="DDDDDD"/>
        </w:pBdr>
      </w:pPr>
    </w:p>
    <w:p>
      <w:pPr>
        <w:spacing w:before="160" w:after="0"/>
      </w:pPr>
    </w:p>
    <w:p>
      <w:pPr>
        <w:spacing w:before="0" w:after="120"/>
        <w:jc w:val="center"/>
      </w:pPr>
      <w:r>
        <w:rPr>
          <w:rFonts w:ascii="Arial" w:hAnsi="Arial"/>
          <w:b w:val="0"/>
          <w:i/>
          <w:color w:val="AAAAAA"/>
          <w:sz w:val="16"/>
        </w:rPr>
        <w:t>Generated by TikTok Farming Pipeline  •  Next step: Script QC Agent</w:t>
      </w:r>
    </w:p>
    <w:sectPr w:rsidR="00FC693F" w:rsidRPr="0006063C" w:rsidSect="00034616">
      <w:pgSz w:w="12240" w:h="15840"/>
      <w:pgMar w:top="1134" w:right="1417"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