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Arial" w:hAnsi="Arial"/>
          <w:b/>
          <w:i w:val="0"/>
          <w:color w:val="1A1A2E"/>
          <w:sz w:val="40"/>
        </w:rPr>
        <w:t>🚀 TikTok Farming — Script Report</w:t>
      </w:r>
    </w:p>
    <w:p>
      <w:pPr>
        <w:spacing w:before="0" w:after="40"/>
      </w:pPr>
      <w:r>
        <w:rPr>
          <w:rFonts w:ascii="Arial" w:hAnsi="Arial"/>
          <w:b w:val="0"/>
          <w:i w:val="0"/>
          <w:color w:val="666666"/>
          <w:sz w:val="18"/>
        </w:rPr>
        <w:t>Run: 11 Sep 2026  08:07 ICT  •  18 scripts  •  6 clusters  •  Gemini 2.5 Pro</w:t>
      </w:r>
    </w:p>
    <w:p>
      <w:pPr>
        <w:spacing w:before="80" w:after="80"/>
        <w:pBdr>
          <w:bottom w:val="single" w:sz="4" w:space="1" w:color="7c4dff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8E24AA"/>
          <w:sz w:val="26"/>
        </w:rPr>
        <w:t xml:space="preserve">  🎮  Gen Z / นักเรียน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8E24AA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เบื่อป่ะ? ที่ต้องพกทั้ง iPhone ทั้ง iPad ไปมอ! 😫 จะดีแค่ไหนถ้ามันรวมร่างกันได้?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ทุกคน! ข่าวลือที่พีคที่สุดตอนนี้มาแล้ว! Apple อาจจะกำลังซุ่มทำ iPhone จอพับที่ชื่อว่า 'iPhone Duo' อยู่จริง! ตามรายงานจาก Droidsans บอกว่านี่อาจจะเป็น iPhone จอพับตัวแรกเลยนะ ลองคิดภาพตามดิ... พกก้อนเดียวจบๆ กางจอออกมาใหญ่เท่า iPad Mini จดเลคเชอร์สบายๆ พอพับเก็บก็กลายเป็น iPhone ใช้ไถ TikTok เล่นเกมจอใหญ่สะใจไปเลย! ถึงตอนนี้จะยังเป็นแค่ข่าวลือนะ แต่ถ้ามาจริงนี่คือเปลี่ยนโลกการเรียน การเล่นเกมของพวกเราไปเลยอะ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ถ้า iPhone จอพับมาจริงจะซื้อป่ะ? คอมเมนต์มา! แล้วกดฟอลโลว์ไว้เลย อัปเดตข่าวหลุดก่อนใคร! 🔥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40s  📰 Droidsans  #iPhoneDuo #ไอโฟนจอพับ #Apple #นักศึกษา #ข่าวไอที  💡 The 'Campus Life Transformer' Angle: แทนที่จะโฟกัสเรื่องเทคโ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8E24AA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ใครเล็ง iPhone 15 อยู่ แต่เพื่อนบอกให้รอก่อน...ส่งคลิปนี้ไปให้เพื่อนดูด่วน!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เรื่องมีอยู่ว่า... ตอนนี้มีข่าวจากฝั่ง Samsung ว่าเค้าปรับขึ้นราคามือถือสูงสุดถึง 7,000 บาท! อ้างอิงจาก Droidsans เลยนะ ทำให้ตอนนี้สถานการณ์เปลี่ยนไปเลยอะ การที่เราจะซื้อ iPhone 15 ตอนนี้กลายเป็นเหมือนการตัดสินใจที่โคตรฉลาดไปเลย เพราะราคายังนิ่ง แถมเทียบกับคู่แข่งที่ราคาพุ่งขึ้นไปแล้ว ทำให้ iPhone 15 ดูคุ้มค่าขึ้นมาทันที เหมือนเราได้ของดีในจังหวะที่คนอื่นกำลังช็อตฟีลอะ ใครที่เพิ่งจัดมาคือยิ้มมุมปากได้เลยนะ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ใครเพิ่งจัด iPhone 15 มาถือว่าคิดถูก! กดฟอลโลว์ไว้เลย เดี๋ยวมาแชร์ทริคให้ใช้คุ้มๆ! 🔥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35s  📰 Droidsans  #iPhone15 #ซื้อมือถือ #ไอทีน่ารู้ #รอบรู้ไอที #AppleTH  💡 The 'Accidental Genius' Move: เปลี่ยนมุมมองจากการซื้อของตามป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8E24AA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ถ้าอยากได้ iPhone 18 ต้องเก็บเงินวันละกี่บาท? 🧐 มาคิดเลขเล่นๆ กัน รับรองมีอึ้ง!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มาเร็ว! มีข่าวลือหลุดมาอีกแล้ว! Droidsans เค้าว่ากันว่าราคาไทยของ iPhone 18 Pro อาจจะเริ่มต้นที่ 48,900 บาท! ย้ำนะว่านี่คือข่าวลือ! แต่เรามาลองคำนวณกันเล่นๆ ถ้าเราทำงานพาร์ทไทม์ได้ชั่วโมงละ 100 บาท เท่ากับว่าเราต้องทำงานทั้งหมด 489 ชั่วโมงเพื่อเจ้าเครื่องนี้เลยนะ! หรือถ้าเก็บเงินวันละ 150 บาท ก็ต้องใช้เวลาประมาณ 326 วัน หรือเกือบปี! โห...แค่คิดก็เหนื่อยละ แต่เพื่อความเทพมันก็ต้องสู้อะเนอะ ว่าแต่...พวกนายทีมไหน? ทีมเริ่มหยอดกระปุกรอ หรือทีมรอดูรีวิวก่อนค่อยว่ากัน?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อยากรู้ข่าวหลุดราคา-สเปคแบบเรียลไทม์ กดฟอลโลว์ช่องเราไว้เลย ไม่พลาดแน่นอน! 🔥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45s  📰 Droidsans  #iPhone18 #ไอโฟน18 #ข่าวลือ #เก็บเงิน #นักเรียน  💡 The 'Gig Economy Grind' Metric: แปลงราคาที่คาดการณ์ซึ่งเป็นต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1565C0"/>
          <w:sz w:val="26"/>
        </w:rPr>
        <w:t xml:space="preserve">  💼  มนุษย์เงินเดือน 25–35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1565C0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เงินเดือนเท่าเดิม แต่ iPhone รุ่นเก่าแพงขึ้นสูงสุด 12,000 บาท! ใครที่กำลังจะซื้อ เช็คราคาใหม่ด่วนครับ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ข่าวล่าสุดที่หลายคนอาจจะยังไม่รู้ Apple ได้ปรับราคา iPhone รุ่นเก่าขึ้นยกแผงเลยครับ ตามรายงานจากอาตี๋รีวิว บางรุ่นขยับขึ้นสูงสุดถึง 12,000 บาท! สำหรับคนทำงานอย่างเราที่อาจจะเล็งรุ่นรองๆ ลงมาเพื่อความคุ้มค่า ตอนนี้อาจจะต้องคิดใหม่แล้วนะครับ การปรับราคานี้หมายความว่า ส่วนต่างระหว่างรุ่นเก่ากับรุ่นใหม่ล่าสุดมันน้อยลงไปอีก ทำให้การกัดฟันเพิ่มเงินไปซื้อ iPhone 15 หรือรอ iPhone 16 อาจจะคุ้มค่ากว่าการย้อนไปซื้อรุ่น 13 หรือ 14 ในราคาใหม่แล้วก็ได้ เพราะคุณได้เทคโนโลยีที่สดใหม่กว่า ใช้ได้ยาวนานกว่า และที่สำคัญคือได้อัปเดต iOS ไปอีกหลายปี ใครที่กำลังวางแผนจะเปลี่ยนเครื่อง ลองเอาข้อมูลนี้ไปคำนวณความคุ้มค่ากันดูใหม่นะครับ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ตอนนี้ใช้ iPhone รุ่นไหนกันอยู่ แล้วการปรับราคานี้ทำให้แผนเปลี่ยนมือถือของคุณเปลี่ยนไปมั้ยครับ คอมเมนต์มาคุยกัน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55s  📰 อาตี๋รีวิว  #iPhone #Apple #ไอโฟน #ข่าวไอที #มนุษย์เงินเดือน  💡 The 'Legacy Model Re-evaluation' Prompt: ไม่ได้แค่รายงานข่าว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1565C0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ไหวไหม? iPhone 18 Pro ราคาไทยลือเริ่มต้น 48,900 บาท! ข่าวนี้ต้องรู้ก่อนวางแผนเก็บเงิน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ใครที่รออัปเกรดใหญ่ไป iPhone 18 Series ฟังทางนี้ครับ ตอนนี้มีข่าวลือราคาไทยออกมาแล้วจากหลายสื่อ ย้ำนะครับว่านี่เป็นข้อมูลที่ยังไม่ได้รับการยืนยัน แต่คาดการณ์กันว่า iPhone 18 Pro จะมีราคาเริ่มต้นที่ 48,900 บาท ส่วนรุ่น Pro Max ก็จะสูงขึ้นไปอีก และยังมีรุ่นใหม่จอพับอย่าง iPhone Duo ที่คาดว่าราคาน่าจะแรงกว่าเดิมเยอะครับ ถ้าเทียบกับตอนเปิดตัว iPhone 15 Pro ก็ถือว่าราคามีแนวโน้มสูงขึ้นเรื่อยๆ สำหรับคนทำงานที่ต้องวางแผนการเงินล่วงหน้า ข้อมูลนี้สำคัญมากสำหรับการประเมินงบประมาณเลยนะครับว่าจะต้องเตรียมเงินไว้เท่าไหร่ เพื่อจะได้ไม่กระทบกับค่าใช้จ่ายส่วนอื่นๆ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ถ้าราคาเปิดตัวมาที่ 48,900 บาทจริงๆ จะไปต่อหรือพอแค่นี้ครับ คอมเมนต์บอกหน่อย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50s  📰 Droidsans  #iPhone18 #iPhone18Pro #Apple #ข่าวลือ #ไอโฟน  💡 The 'Inflationary Tech Benchmark': ใช้ข่าวลือเรื่องราคาที่สู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1565C0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Samsung เพิ่งปรับราคามือถือขึ้นสูงสุด 7,000 บาท! แล้วความนิ่งของราคา iPhone ช่วยให้เราวางแผนการเงินได้ดีกว่าจริงไหม?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มีข่าวล่าสุดจาก Droidsans ครับว่าฝั่ง Samsung มีการปรับขึ้นราคามือถือหลายรุ่น สูงสุดถึง 7,000 บาท ซึ่งอาจกระทบแผนการเงินของคนที่เล็งไว้อยู่ ทีนี้ลองหันมามองฝั่ง Apple กันบ้างครับ แม้จะมีข่าวปรับราคารุ่นเก่า แต่ถ้าดูวัฏจักรการเปิดตัวรุ่นใหม่ จะเห็นว่า Apple มีรูปแบบราคาที่ค่อนข้างคาดเดาได้มากกว่า คือรุ่นใหม่มาแทนที่รุ่นเก่าในระดับราคาเดิมหรือขยับขึ้นไม่มาก ทำให้สำหรับคนทำงานที่ต้องวางแผนการเงินล่วงหน้า การคาดเดางบประมาณที่จะซื้อมือถือเครื่องใหม่ในอีก 1-2 ปีข้างหน้าทำได้ง่ายกว่า ไม่ต้องเจอกับการปรับราคากะทันหันระหว่างปี นี่อาจเป็นอีกหนึ่งปัจจัยที่ทำให้คนเลือกใช้ iPhone เพราะมันไม่ใช่แค่เรื่องสเปค แต่เป็นเรื่องความแน่นอนในการวางแผนค่าใช้จ่ายระยะยาวด้วยครับ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ความแน่นอนของราคา มีผลต่อการตัดสินใจซื้อมือถือของคุณมากแค่ไหนครับ แชร์ความเห็นกันในคอมเมนต์ได้เลย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 xml:space="preserve">⏱ 60s  📰 Droidsans  #iPhonevsAndroid #วางแผนการเงิน #ซื้อมือถือ #ไอทีน่ารู้ #Apple  💡 The 'Price Volatility Shield': เปลี่ยนการเปรียบเทียบ iPhone 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2E7D32"/>
          <w:sz w:val="26"/>
        </w:rPr>
        <w:t xml:space="preserve">  📸  คนชอบถ่ายรูป / ช่างภาพ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2E7D32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ภาพ Long Exposure น้ำตกนุ่มๆ แบบนี้...ถ้าผมบอกว่าอีกหน่อยเราอาจจะถ่ายด้วย iPhone ได้โดยไม่ต้องใช้ขาตั้งกล้องเลยล่ะครับ?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มีข่าวลือหนาหูจากหลายแหล่ง รวมถึง Droidsans ที่พูดถึง iPhone จอพับตัวแรกของ Apple ที่อาจจะใช้ชื่อว่า iPhone Duo ครับ สำหรับช่างภาพอย่างเราๆ เรื่องนี้มันน่าตื่นเต้นกว่าแค่จอพับได้นะ</w:t>
        <w:br/>
        <w:br/>
        <w:t>ลองนึกภาพตามนะครับ การที่ตัวเครื่องพับและตั้งได้เอง มันคือการสร้างขาตั้งกล้องในตัวที่มีความเสถียรสูงมาก ซึ่งนี่คือตัวเปลี่ยนเกมสำหรับ Computational Photography ของ Apple เลย</w:t>
        <w:br/>
        <w:br/>
        <w:t>ฟีเจอร์อย่าง Night mode หรือ Deep Fusion ทำงานโดยการถ่ายภาพหลายๆ ใบแล้วนำมารวมกันเพื่อลด noise และเพิ่ม detail ลองจินตนาการดูว่าถ้าตัว iPhone นิ่งสนิทโดยไม่ต้องพึ่งมือเรา มันจะเปิดโอกาสให้ซอฟต์แวร์ทำงานได้ขนาดไหน เราอาจจะได้เห็น Night mode ที่เปิดหน้ากล้องได้นานเป็นนาที หรือแม้กระทั่งฟีเจอร์ Focus Stacking สำหรับภาพมาโครที่คมชัดทั้งภาพ ทำได้อัตโนมัติเลยก็ได้ นี่ไม่ใช่แค่เรื่องความสะดวกสบาย แต่มันคือการปลดล็อกศักยภาพใหม่ๆ ของกล้อง iPhone เลยครับ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อยากเห็นภาพ Long Exposure เทียบกันระหว่าง iPhone ใช้ขาตั้งกล้อง กับไม่ใช้ไหม? กด Save โพสต์นี้ไว้เลย เดี๋ยวมีเครื่องเมื่อไหร่จัดให้แน่นอนครับ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65s  📰 Droidsans  #iPhoneDuo #Apple #iPhonePhotography #ไอโฟนถ่ายรูป #ช่างภาพ  💡 The 'Computational Tripod' Paradigm: วิเคราะห์ว่าฟอร์มแฟคเตอ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2E7D32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คุณเลือกภาพโทนไหนระหว่างสองภาพนี้? คำตอบอาจจะบอกได้ว่า ถ้า iPhone Duo ออกมาจริง มันจะเหมาะกับสไตล์การถ่ายภาพของคุณมากกว่า Samsung รึเปล่า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ตอนนี้มีข่าวลือเยอะมากว่า Apple กำลังจะเปิดตัว iPhone จอพับที่อาจจะมาท้าชนกับ Samsung โดยตรง ตามรายงานจาก Droidsans นะครับ แต่สำหรับช่างภาพ การต่อสู้ครั้งนี้มันลึกซึ้งกว่าเรื่องสเปคหรือดีไซน์ มันคือการปะทะกันของ 'ปรัชญา' ในการสร้างภาพ</w:t>
        <w:br/>
        <w:br/>
        <w:t>ฝั่ง Samsung จะเน้นให้เครื่องมือมาครบ จัดเต็มทุกฟังก์ชัน ให้ความยืดหยุ่นสูง ปรับแต่งได้เยอะ และให้ภาพที่สีสันสดใส จัดจ้าน จบหลังกล้องได้สวยงาม</w:t>
        <w:br/>
        <w:br/>
        <w:t>ในขณะที่ปรัชญาของ Apple คือความเรียบง่ายแต่ทรงพลัง ให้ภาพที่มีสีสันเป็นธรรมชาติ สมจริง และให้ไฟล์ ProRAW ที่คุณภาพสูงมากเพื่อนำไปต่อยอดใน Workflow ของช่างภาพมืออาชีพได้อย่างราบรื่น</w:t>
        <w:br/>
        <w:br/>
        <w:t>ดังนั้น iPhone Duo ที่จะออกมา มันไม่ใช่แค่จอพับได้ แต่มันจะเป็นผืนผ้าใบใหม่สำหรับปรัชญาการถ่ายภาพของ Apple เราอาจจะได้เห็นการใช้งาน Cinematic Mode ในมุมมองใหม่ๆ หรือการ Edit รูป ProRAW บนจอที่ใหญ่ขึ้น มันคือการเลือกระหว่างเครื่องมือที่ครบครัน กับ Workflow ที่สมบูรณ์แบบครับ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ถ้า iPhone Duo มาจริง อยากให้ผมเทสฟีเจอร์กล้องอะไรเทียบกับ Samsung มากที่สุด? คอมเมนต์บอกหน่อย แล้วกด Save โพสต์นี้ไว้เลยครับ!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70s  📰 Droidsans  #iPhoneDuo #iPhonecamera #AppleProRAW #ไอโฟน #ถ่ายภาพ  💡 The 'Photographic Philosophy' Divergence: ไม่ได้เปรียบเทียบฟ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2E7D32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เคยสงสัยไหมครับ ว่าทำไมกล้อง Mirrorless ดีๆ ถึงแพง? มันคือราคาของ 'เซ็นเซอร์' ครับ และนี่อาจเป็นเหตุผลที่ข่าวลือบอกว่า iPhone 18 Pro Max จะแพงขึ้นมาก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ล่าสุด Droidsans รายงานข่าวลือราคาของ iPhone 18 Pro Max ที่อาจจะเริ่มต้นสูงถึงเกือบ 5 หมื่นบาท หลายคนอาจจะตกใจ แต่ในฐานะคนถ่ายรูป เรามาลองวิเคราะห์กันว่ามีเหตุผลอะไรมารองรับได้บ้าง</w:t>
        <w:br/>
        <w:br/>
        <w:t>คำตอบที่เป็นไปได้มากที่สุด และน่าตื่นเต้นที่สุดสำหรับช่างภาพ คือการอัปเกรด 'ขนาดเซ็นเซอร์' ครั้งใหญ่ครับ มีการคาดการณ์ว่า Apple อาจจะนำเซ็นเซอร์ขนาดใหญ่ระดับ 1 นิ้ว หรือเทคโนโลยี Stacked Sensor แบบที่ใช้ในกล้องโปร มาใส่ใน iPhone</w:t>
        <w:br/>
        <w:br/>
        <w:t>การมีเซ็นเซอร์ที่ใหญ่ขึ้นมันคือ Game Changer ของจริงครับ มันหมายถึงการรับแสงที่ดีขึ้นมหาศาล, Dynamic Range ที่กว้างขึ้น, Noise ในที่แสงน้อยที่ลดลงอย่างมีนัยสำคัญ และที่สำคัญคือการสร้าง 'มิติของภาพ' หรือ Natural Bokeh ที่สวยงามโดยไม่ต้องพึ่ง Portrait Mode มากเท่าเดิม ต้นทุนการวิจัยและผลิตเซ็นเซอร์ระดับนี้ในสเกลของ iPhone นั้นสูงมากครับ ดังนั้น ราคาที่ลือกัน อาจจะไม่ใช่แค่ค่าเงินเฟ้อ แต่มันคือราคาของเทคโนโลยีกล้องระดับโปรที่กำลังจะมาอยู่ในมือเราครับ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อยากให้ผมทำวิดีโอเจาะลึกเรื่องเทคโนโลยีเซ็นเซอร์กล้องมือถือโดยเฉพาะไหมครับ? กด Save โพสต์นี้ไว้เลย เดี๋ยวจัดให้แบบเต็มๆ 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75s  📰 Droidsans  #iPhone18ProMax #iPhonecamera #Apple #ไอโฟน #ช่างภาพ  💡 The 'Sensor-Size Economics' Hypothesis: ใช้ข่าวลือเรื่องราคา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E65100"/>
          <w:sz w:val="26"/>
        </w:rPr>
        <w:t xml:space="preserve">  💰  งบน้อย อยากได้ iPhone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E65100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งบ 20,000 กำลังจะซื้อ Samsung แต่เจอข่าวขึ้นราคา! ใจเย็นก่อน...เงินเท่านี้อาจได้ iPhone สภาพดีนะ!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ใครที่กำลังเล็งมือถือใหม่ในงบหมื่นปลายๆ สองหมื่นต้นๆ ต้องฟังทางนี้เลย! มีรายงานจาก Droidsans ว่าตอนนี้ Samsung เค้าปรับขึ้นราคามือถือหลายรุ่น สูงสุดถึง 7,000 บาทเลยนะ</w:t>
        <w:br/>
        <w:br/>
        <w:t>แต่เดี๋ยวก่อน! อย่าเพิ่งท้อใจ นี่อาจจะเป็นโอกาสดีของเราก็ได้ เพราะในงบเท่าๆ กันนี้ มันทำให้ตัวเลือกอย่าง iPhone มือสองดูน่าสนใจขึ้นมาทันทีเลย อย่าง iPhone 13 หรือบางทีอาจจะหา iPhone 14 ได้ในบางร้าน ราคามันจะนิ่งกว่า ไม่ค่อยเหวี่ยงแรงเท่า แถมใช้ได้ยาวๆ อัปเดตได้อีกหลายปี</w:t>
        <w:br/>
        <w:br/>
        <w:t>การที่คู่แข่งขยับราคาขึ้นแบบนี้ ทำให้ iPhone มือสองกลายเป็นตัวเลือกที่คุ้มค่ามากๆ สำหรับคนงบน้อยที่อยากเข้าวงการ Apple 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ใครมีงบเท่าไหร่กันบ้าง? คอมเมนต์มาเลย เดี๋ยวช่วยดูให้ว่ารุ่นไหนเหมาะสุดตอนนี้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45s  📰 Droidsans  #ไอโฟนมือสอง #samsung #iphonevsandroid #ไอโฟน #มือถืองบน้อย  💡 The 'Unexpected Safe Harbor' Pivot: ใช้ข่าวการขึ้นราคาของคู่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E65100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มีเงินอยู่ 18,000 กะจะซื้อ iPhone รุ่นเก่า...แต่ช้าก่อน! Apple เพิ่งขึ้นราคารุ่นเก่ายกแผง!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ใครที่เก็บเงินรอสอย iPhone รุ่นเก่าอยู่ต้องรีบเลยนะ! เพราะล่าสุดมีข่าวจากช่องอาตี๋รีวิวว่า Apple ปรับขึ้นราคา iPhone รุ่นเก่าที่มีขายอยู่ทั้งหมด บางรุ่นขยับขึ้นเป็นหมื่นเลย!</w:t>
        <w:br/>
        <w:br/>
        <w:t>นี่หมายความว่าอะไร? หมายความว่าพวกรุ่นที่เคยเป็นตัวคุ้มๆ ในตลาด อย่าง iPhone 13, iPhone 14 มือหนึ่งที่ยังค้างสต็อก หรือเครื่อง Refurbished ที่ขายโดยตัวแทนต่างๆ ราคาจะขยับขึ้นตามแน่นอน</w:t>
        <w:br/>
        <w:br/>
        <w:t>และมันจะส่งผลกระทบมาถึงตลาดมือสองด้วย! ตอนนี้เลยอาจจะเป็นโค้งสุดท้ายจริงๆ ที่เราจะหาซื้อรุ่นพวกนี้ในราคาเดิมๆ ได้ ก่อนที่พ่อค้าแม่ค้าจะเริ่มปรับราคาตามตลาดใหญ่ ใครเล็งไว้ต้องรีบตัดสินใจด่วนๆ เลยครับ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ใครเล็งรุ่นไหน งบเท่าไหร่ไว้? คอมเมนต์มาคุยกัน ด่วนเลยก่อนราคาจะไปไกลกว่านี้!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40s  📰 อาตี๋รีวิว  #ไอโฟนราคาขึ้น #ไอโฟนมือสอง #iphone13 #iphone14 #เตือนภัย  💡 The 'Closing Window' Effect: สร้างความรู้สึกเร่งด่วนโดยการตี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E65100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อยากได้ iPhone เครื่องใหม่ป้ายแดงในงบ 30,000? อาจเป็นโอกาสสุดท้ายแล้วนะ!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ใครอยากได้ iPhone มือหนึ่ง แต่ไม่อยากจ่ายแพงถึงขั้นตัว Pro ต้องฟังคลิปนี้ดีๆ เลยครับ มีรายงานจาก Droidsans บอกว่า iPhone 15 อาจจะเป็นล็อตสุดท้ายแล้วที่ยังเปิดตัวมาในราคาที่จับต้องได้ง่ายแบบนี้</w:t>
        <w:br/>
        <w:br/>
        <w:t>เพราะถ้าดูจากข่าวลือราคา iPhone รุ่นใหม่ๆ ที่หลุดออกมา จะเห็นว่ามีแนวโน้มจะแพงขึ้นเยอะมากๆ การซื้อ iPhone 15 ตอนนี้เลยเหมือนเป็นการซื้อความคุ้มค่าก่อนที่ราคามาตรฐานของ iPhone จะขยับขึ้นไปอีกขั้น</w:t>
        <w:br/>
        <w:br/>
        <w:t>ถึงแม้จะเป็นรุ่นเริ่มต้น แต่สเปคก็ยังดีมากๆ กล้องสวย ชิปแรง ใช้ได้ยาวๆ แน่นอน ถ้าใครมีงบประมาณสามหมื่นนิดๆ การจัด iPhone 15 เครื่องใหม่ป้ายแดงตอนนี้ ถือว่าเป็นตัวเลือกที่ฉลาดและปลอดภัยมากๆ 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ถ้ามีงบประมาณ 3 หมื่นต้นๆ ตอนนี้ คุณจะเลือก iPhone 15 มือหนึ่ง หรือไปเอารุ่น Pro มือสอง? คอมเมนต์มาแชร์กัน!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50s  📰 Droidsans  #iphone15 #ไอโฟน15 #ไอโฟนราคาถูก #apple #ไอโฟน  💡 The 'Last Generation Value' Play: วางตำแหน่ง iPhone 15 ที่เป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37474F"/>
          <w:sz w:val="26"/>
        </w:rPr>
        <w:t xml:space="preserve">  🏢  นักธุรกิจ / ผู้บริหาร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37474F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Samsung เพิ่งประกาศขึ้นราคาสมาร์ทโฟนสูงสุด 7,000 บาท แต่นี่ไม่ใช่แค่เรื่องราคา สำหรับองค์กร นี่คือตัวเลขความเสี่ยงทางการเงินที่ชัดเจน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การที่ราคาอุปกรณ์มีความผันผวนสูง สร้างความซับซ้อนในการวางแผนงบประมาณจัดซื้อ (CapEx) และการคำนวณต้นทุนรวมในการเป็นเจ้าของ (TCO) ขององค์กร ตามรายงานจาก Droidsans การปรับราคาของ Samsung เป็นตัวอย่างของความไม่แน่นอนนี้</w:t>
        <w:br/>
        <w:br/>
        <w:t>ในทางตรงกันข้าม วงจรการตั้งราคาของ Apple ที่ค่อนข้างคาดเดาได้ ทำให้ iPhone เป็นสินทรัพย์ขององค์กรที่มีอัตราค่าเสื่อมที่บริหารจัดการได้ง่ายกว่า ฝ่ายการเงินสามารถวางแผนอัปเกรดอุปกรณ์ให้พนักงานได้แม่นยำ และมูลค่าขายต่อที่สูงกว่ายังช่วยลดต้นทุนรวมในระยะยาว การเลือกอุปกรณ์จึงไม่ใช่แค่เรื่องสเปค แต่คือการตัดสินใจเชิงกลยุทธ์ทางการเงินครับ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Follow ไว้ ถ้าอยากเข้าใจว่าการเลือกเทคโนโลยีส่งผลต่อตัวเลขทางการเงินของบริษัทคุณยังไง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60s  📰 Droidsans  #iPhoneForBusiness #AppleEcosystem #ผู้บริหาร #การเงินธุรกิจ #ไอทีองค์กร  💡 The 'Asset Depreciation' Calculation: วิเคราะห์ความผันผวนของ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37474F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ผู้บริหารอาจไม่ต้องพกทั้ง iPhone และ iPad อีกต่อไป มีรายงานว่า Apple กำลังซุ่มพัฒนา iPhone จอพับ ที่อาจเปลี่ยนวิธีการทำงานนอกออฟฟิศไปตลอดกาล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ตามรายงานข่าวลือจาก Droidsans อุปกรณ์ที่อาจใช้ชื่อว่า 'iPhone Duo' นี้ ยังไม่ได้รับการยืนยันจาก Apple แต่แนวคิดของมันน่าสนใจอย่างยิ่งสำหรับโลกธุรกิจ</w:t>
        <w:br/>
        <w:br/>
        <w:t>ลองจินตนาการถึงการประชุมนอกสถานที่ ที่คุณสามารถกาง iPhone ออกเพื่อดูสเปรดชีต Excel บนจอขนาดใหญ่ได้ทันที หรือการตอบอีเมลบนหน้าจอหนึ่ง พร้อมกับเปิดไฟล์นำเสนองานอีกหน้าจอหนึ่ง ทั้งหมดในอุปกรณ์เดียว นี่คือการรวมศักยภาพของ iPhone และ iPad เข้าไว้ด้วยกันอย่างแท้จริง ซึ่งจะช่วยลดจำนวนอุปกรณ์ที่ต้องพกพา และยกระดับ Mobile Productivity ไปอีกขั้นสำหรับผู้บริหารที่ต้องตัดสินใจอย่างรวดเร็วทุกที่ทุกเวลา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Follow ไว้เพื่ออัปเดตว่า Apple ecosystem จะเปลี่ยนวิธีการทำงานของผู้บริหารได้อย่างไร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65s  📰 Droidsans  #iPhoneDuo #AppleEcosystem #Productivity #ผู้บริหาร #ข่าวไอที  💡 The 'Executive C-Suite Consolidation' Play: วิเคราะห์ข่าวลือ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37474F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คู่แข่งของคุณในตลาดต่างประเทศกำลังพูดอะไร? มีเครื่องมือ AI ที่ใช้บน Mac ของคุณ สามารถปลดล็อกข้อมูลเชิงลึกนี้ได้แบบเรียลไทม์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ในยุคที่ข้อมูลคือความได้เปรียบ การเข้าถึงและทำความเข้าใจคอนเทนต์ภาษาต่างประเทศได้อย่างรวดเร็วคือสิ่งจำเป็นสำหรับผู้นำธุรกิจ ตามรายงานจาก Droidsans มีเครื่องมือ AI อย่าง Extension 'Tofu Dubbing' ที่สามารถแปลเสียงในวิดีโอได้ทันที</w:t>
        <w:br/>
        <w:br/>
        <w:t>สำหรับผู้บริหารที่ใช้ Mac หรือ iPad ใน Apple ecosystem นี่คือเครื่องมือทำ Competitive Intelligence ที่ทรงพลัง คุณสามารถใช้วิเคราะห์วิดีโอเปิดตัวผลิตภัณฑ์ของคู่แข่งในเยอรมนี ฟังความคิดเห็นของลูกค้าในตลาดญี่ปุ่น หรือเรียนรู้กลยุทธ์จากผู้เชี่ยวชาญในบราซิล ทั้งหมดนี้ทำได้บนเบราว์เซอร์ของคุณเอง เป็นการใช้เทคโนโลยีเพื่อสร้างความได้เปรียบทางการแข่งขันอย่างแท้จริง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Follow ไว้สำหรับ productivity tools ที่จะทำให้คุณนำหน้าคู่แข่งหนึ่งก้าวเสมอด้วย Apple ecosystem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70s  📰 Droidsans  #ProductivityTips #AppleEcosystem #MacBook #ธุรกิจ #AI  💡 The 'Global Competitive Intelligence' Enabler: วางตำแหน่งเคร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C62828"/>
          <w:sz w:val="26"/>
        </w:rPr>
        <w:t xml:space="preserve">  🔥  คนชอบข่าวลือ / leaks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C62828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iPhone จอพับไม่ได้มีดีแค่พับได้! แต่โครงสร้างข้างในนี่แหละคือทีเด็ดที่ Samsung ต้องจับตาดู!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มีรายงานล่าสุดจาก iMod เผยข้อมูลโครงสร้างจอพับของ iPhone Duo ที่ลือกันมานานครับ บอกเลยว่าไม่ธรรมดา! ตามข่าวลือระบุว่า Apple กำลังพัฒนาจอแสดงผลที่ใช้วัสดุบางพิเศษซ้อนกันถึง 10 ชั้น และที่สำคัญคือมีการเสริมแผ่นไทเทเนียมเข้าไปด้วย! นี่อาจหมายความว่า iPhone จอพับจะไม่ได้แค่บางเฉียบ แต่ยังแข็งแกร่งทนทานกว่าคู่แข่งอย่างเห็นได้ชัด การใช้ไทเทเนียมอาจช่วยแก้ปัญหาเรื่องรอยพับกลางจอ และเพิ่มความพรีเมียมไปอีกขั้น บอกเลยว่าถ้ามาจริง Samsung มีหนาวแน่นอน!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อยากรู้มั้ยว่า Apple จะทำจอพับออกมาสู้ Galaxy Z Fold ได้จริงรึเปล่า? กด follow ไว้เลย อัปเดตข้อมูลใหม่ก่อนใคร! 🔔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48s  📰 iMod  #iPhoneDuo #ไอโฟนจอพับ #AppleLeaks #iPhone  💡 The 'Material Science' Deep Dive: เจาะลึกไปที่ 'วัสดุและวิศว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C62828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ผลเทสหลุด! ชิป A20 Pro ใน iPhone 18 Pro อาจแรงขึ้นแบบก้าวกระโดด GPU พุ่งขึ้นเกือบ 40%!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ใครที่รอ iPhone 18 Pro อยู่ต้องฟังทางนี้! มีผลทดสอบที่คาดว่าจะเป็นของชิป A20 Pro หลุดออกมาแล้วครับ อ้างอิงจาก iMod ผลเทสชี้ว่า CPU อาจแรงขึ้นสูงสุดถึง 28% และที่พีคกว่าคือ GPU หรือชิปประมวลผลกราฟิก อาจแรงขึ้นถึง 40% เมื่อเทียบกับรุ่นก่อน! ถ้าตัวเลขนี้เป็นจริง หมายความว่าการเล่นเกมกราฟิกโหดๆ การตัดต่อวิดีโอ 4K หรือการทำงาน AI บนเครื่องจะลื่นไหลและเร็วกว่าเดิมแบบคนละเรื่องเลย นี่อาจเป็นการอัปเกรดชิปครั้งใหญ่ที่สุดในรอบหลายปีของ Apple เลยก็ได้ครับ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เกมเมอร์คนไหนรอชิปใหม่บ้าง? กด follow ไว้เลย มีข่าวหลุดเรื่องสเปคมาอัปเดตอีกแน่นอน!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45s  📰 iMod  #iPhone18Pro #A20Pro #Apple #ชิปไอโฟน #ข่าวไอที  💡 The 'Generational Leap' Quantifier: แปลงตัวเลขเปอร์เซ็นต์ที่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C62828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iPhone อาจได้ฟีเจอร์ลับจาก Mac มาใช้! ขอบจอจะเรืองแสงได้เวลาแจ้งเตือนเข้า!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คุณอาจยังไม่รู้ว่าบน Mac มีฟีเจอร์ที่เรียกว่า Edge Light ที่ขอบจอจะเรืองแสงขึ้นมาแว่บนึงเมื่อมีแจ้งเตือน และล่าสุดมีข่าวลือจาก MacRumors ว่า Apple อาจนำฟีเจอร์นี้มาใส่ใน iPhone รุ่นใหม่ครับ! ลองนึกภาพตามนะ เวลาเราคว่ำหน้าจอ iPhone อยู่บนโต๊ะ แทนที่จะมีแค่เสียงหรือสั่น ขอบจอทั้งหมดอาจจะเรืองแสงเป็นสีต่างๆ ตามแอปได้ มันจะดูสวยและล้ำกว่าไฟแจ้งเตือน LED แบบที่เคยมีใน Android สมัยก่อนเยอะเลย นี่อาจจะเป็นการพลิกโฉมวิธีการรับรู้ notification ของเราไปเลยก็ได้ ใครเบื่อ Always-On Display อาจจะชอบฟีเจอร์นี้มากกว่า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ใครอยากได้ฟีเจอร์นี้บ้าง คอมเมนต์บอกหน่อย! แล้วกด follow ไว้เลย ถ้ามีภาพหลุดออกมาจะรีบเอามาให้ดู!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52s  📰 MacRumors  #iPhone18 #iOS19 #AppleRumors #ฟีเจอร์ใหม่ไอโฟน  💡 The 'Ecosystem Feature Migration' Forecast: มองข่าวลือนี้ไม่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0"/>
      </w:pPr>
    </w:p>
    <w:p>
      <w:pPr>
        <w:spacing w:before="0" w:after="120"/>
        <w:jc w:val="center"/>
      </w:pPr>
      <w:r>
        <w:rPr>
          <w:rFonts w:ascii="Arial" w:hAnsi="Arial"/>
          <w:b w:val="0"/>
          <w:i/>
          <w:color w:val="AAAAAA"/>
          <w:sz w:val="16"/>
        </w:rPr>
        <w:t>Generated by TikTok Farming Pipeline  •  Next step: Script QC Agent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