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i w:val="0"/>
          <w:color w:val="1A1A2E"/>
          <w:sz w:val="40"/>
        </w:rPr>
        <w:t>🚀 TikTok Farming — Script Report</w:t>
      </w:r>
    </w:p>
    <w:p>
      <w:pPr>
        <w:spacing w:before="0" w:after="40"/>
      </w:pPr>
      <w:r>
        <w:rPr>
          <w:rFonts w:ascii="Arial" w:hAnsi="Arial"/>
          <w:b w:val="0"/>
          <w:i w:val="0"/>
          <w:color w:val="666666"/>
          <w:sz w:val="18"/>
        </w:rPr>
        <w:t>Run: 12 Sep 2026  08:11 ICT  •  18 scripts  •  6 clusters  •  Gemini 2.5 Pro</w:t>
      </w:r>
    </w:p>
    <w:p>
      <w:pPr>
        <w:spacing w:before="80" w:after="80"/>
        <w:pBdr>
          <w:bottom w:val="single" w:sz="4" w:space="1" w:color="7c4dff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8E24AA"/>
          <w:sz w:val="26"/>
        </w:rPr>
        <w:t xml:space="preserve">  🎮  Gen Z / นักเรียน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เพื่อนทักทั้งคณะแน่! ถ้า Apple ออก iPhone จอพับจริงๆ จะมีอะไรเด็ดบ้าง?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แก คิดดูดิ! ถ้ามี iPhone จอพับจริงที่ข่าวลือเขาเรียกกันว่า 'iPhone Duo' อะ มันจะเฟี้ยวขนาดไหน! ตามรายงานจาก Droidsans นะ เขาบอกว่านี่คือการที่ Apple จะลงมาเล่นตลาดจอพับครั้งแรกเลย ลองนึกภาพเรากางจอใหญ่ๆ ออกมาไถ TikTok ดิ คือเต็มตา! หรือจะเปิดสองแอปพร้อมกันตอนทำรายงานก็ยังได้ คือจบในเครื่องเดียว ไม่ต้องพกหลายอย่างให้วุ่นวาย สายคอนเทนต์ต้องชอบแน่ๆ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ใครรอ iPhone จอพับอยู่บ้าง? กด follow ไว้เลย มีข่าวหลุดอะไรใหม่ๆ จะรีบมาบอก!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Droidsans  #iPhoneDuo #ไอโฟนจอพับ #Apple #ข่าวไอที #gadget  💡 The 'Flex Factor' Multiplier: วิเคราะห์ iPhone จอพับไม่ใช่ใน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ช็อตฟีล! รู้ยังว่า iPhone ที่เราเล็งๆ ไว้อาจเป็นรุ่นสุดท้ายที่ราคาดีแบบนี้แล้ว?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ใครที่กำลังเก็บตังค์ซื้อ iPhone ฟังทางนี้ด่วน! มีข่าวจาก Droidsans ที่แบบน่าคิดมาก เขาบอกว่า iPhone 15 กับ iPhone 16 ที่กำลังจะมาเนี่ย อาจจะเป็นล็อตสุดท้ายที่ราคายังน่ารักน่าคบหาอยู่ เพราะมีแนวโน้มว่ารุ่นหลังจากนี้ราคาอาจจะพุ่งขึ้นไปอีก! ใครที่ลังเลอยู่ว่าจะซื้อดีมั้ย นี่อาจจะเป็นโอกาสสุดท้ายที่จะได้เครื่องใหม่ในราคาที่ยังไม่แรงเกินไปนะ เตือนแล้วนะ!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ไม่อยากพลาดข่าวราคา iPhone ที่ต้องรู้? กด follow ด่วนๆ เลย!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35s  📰 Droidsans  #iPhone15 #iPhone16 #ราคาไอโฟน #นักเรียน #นักศึกษา  💡 The 'FOMO-Proof' Investment: เปลี่ยนมุมมองการซื้อ iPhone 15/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ศึกจอพับหยุดโลก! ถ้า iPhone Duo มาจริง จะเลือกทีมไหนระหว่าง Apple กับ Samsung?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โอเค เปิดวอร์! ตอนนี้ฝั่ง Samsung เขามีจอพับตัวท็อปอยู่แล้วใช่มะ แต่ถ้าข่าวลือเป็นจริงแล้ว Apple ส่ง iPhone Duo ลงสนามบ้างล่ะ? Droidsans เขาทำคลิปเทียบกันไว้เลย ประเด็นคือมันไม่ใช่แค่เทียบสเปค แต่มันคือการเลือกไลฟ์สไตล์! จะเลือกทีม Apple ที่ขึ้นชื่อเรื่องความสมูท ระบบปิดใช้งานง่าย หรือจะไปทีม Samsung ที่จัดเต็มฟีเจอร์ ปรับแต่งได้ทุกอย่าง ถ้าเป็นเพื่อนๆ จะเลือกอยู่ทีมไหนกัน?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ทีมไหนคอมเมนต์มาเลย! แล้วกด follow ไว้ ถ้าของจริงมาเมื่อไหร่จะมารีวิวเทียบให้ดูชัดๆ!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42s  📰 Droidsans  #iPhoneDuo #GalaxyZFold8 #ไอโฟนจอพับ #ทีมApple #ทีมSamsung  💡 The 'Digital Lifestyle' Fork-in-the-Road: ยกระดับการเปรียบเท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1565C0"/>
          <w:sz w:val="26"/>
        </w:rPr>
        <w:t xml:space="preserve">  💼  มนุษย์เงินเดือน 25–35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วางแผน Trade-in iPhone อยู่รึเปล่า? ข่าวนี้อาจทำให้แผนการเงินคุณเปลี่ยน เพราะ Apple เพิ่งปรับราคาเครื่องรุ่นเก่าขึ้นสูงสุด 12,000 บาท!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ข่าวล่าสุดสำหรับคนใช้ iPhone ที่กำลังวางแผนจะอัปเกรดครับ ตามรายงานจากอาตี๋รีวิว Apple ได้ปรับราคา iPhone รุ่นเก่าขึ้นยกแผง บางรุ่นขยับขึ้นสูงสุดถึง 12,000 บาท! เรื่องนี้กระทบแผนการเงินของคุณเต็มๆ ครับ ไม่ว่าจะซื้อหรือขาย</w:t>
        <w:br/>
        <w:br/>
        <w:t>สำหรับคนที่กำลังจะขายหรือทำ Trade-in นี่คือข่าวดีเลยครับ iPhone ในมือคุณอาจมีมูลค่าสูงขึ้นกว่าที่คิดไว้ ลองเช็คราคาล่าสุดจากเว็บ Apple หรือผู้ให้บริการดูด่วนเลยครับ ส่วนต่างที่คุณต้องจ่ายสำหรับเครื่องใหม่อาจจะน้อยลง</w:t>
        <w:br/>
        <w:br/>
        <w:t>แต่สำหรับคนที่เล็งจะซื้อรุ่นเก่าเพื่อประหยัดงบ ตอนนี้อาจต้องคิดใหม่นะครับ เพราะส่วนต่างระหว่างรุ่นเก่ากับรุ่นใหม่มันน้อยลง ความคุ้มค่าอาจไม่เหมือนเดิม การเพิ่มเงินอีกนิดเพื่อไปรุ่นล่าสุด อาจจะเป็นตัวเลือกที่ดีกว่าแล้วก็ได้ในตอนนี้</w:t>
        <w:br/>
        <w:br/>
        <w:t>สรุปคือ ไม่ว่าคุณจะอยู่ฝั่งซื้อหรือขาย ถึงเวลาต้องประเมินแผนการเงินในการอัปเกรดมือถือใหม่แล้วครับ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เช็คราคา Trade-in ล่าสุดกันรึยัง? คอมเมนต์บอกหน่อยว่ารุ่นที่ใช้อยู่ราคาขึ้นมั้ยครับ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อาตี๋รีวิว  #iPhone #Apple #ไอโฟน #เทรดอินไอโฟน #การเงิน  💡 The 'Personal Asset Revaluation' Trigger: ไม่ใช่แค่รายงานข่า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15 และ 16 อาจเป็น iPhone รุ่นสุดท้ายที่ราคาไม่ทะลุ 50,000 บาท นี่คือ 2 เหตุผลที่มนุษย์เงินเดือนควรตัดสินใจตอนนี้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ตามรายงานจาก Droidsans นะครับ มีแนวโน้มว่า iPhone 15 และ iPhone 16 ที่กำลังจะเปิดตัว อาจเป็น iPhone รุ่นสุดท้ายที่ราคาเริ่มต้นยังจับต้องได้ ก่อนที่รุ่นถัดๆ ไปอย่าง iPhone 18 จะขยับราคาเริ่มต้นไปเกือบ 50,000 บาท</w:t>
        <w:br/>
        <w:br/>
        <w:t>นี่คือ 2 เหตุผลที่การตัดสินใจซื้อในช่วงนี้เป็นการวางแผนการเงินที่ฉลาดมากครับ</w:t>
        <w:br/>
        <w:br/>
        <w:t>หนึ่งคือ 'การล็อคต้นทุน' ครับ การซื้อตอนนี้เหมือนการซื้อเครื่องมือทำงานชิ้นสำคัญในราคาที่เรารู้แน่นอน และใช้งานยาวๆ ไปอีก 3-4 ปี ทำให้คุณข้ามช่วงที่ราคาเทคโนโลยีกำลังจะพุ่งสูงขึ้นไปได้เลย ช่วยให้วางแผนค่าใช้จ่ายระยะยาวได้นิ่งขึ้น</w:t>
        <w:br/>
        <w:br/>
        <w:t>สองคือ 'ประสิทธิภาพที่เหลือเฟือ' ชิปใน iPhone 15 หรือ 16 มันแรงพอสำหรับงานเอกสาร วิดีโอคอล หรือแม้แต่ตัดต่อคลิปง่ายๆ ไปอีกหลายปี การซื้อตอนนี้จึงไม่ใช่การยอมลดสเปค แต่เป็นการเลือกความแรงที่เหมาะสมในงบประมาณที่ดีที่สุด ก่อนที่ตลาดจะเปลี่ยนไปครับ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ใครใช้ iPhone 15 อยู่บ้างครับ? หรือกำลังรอ 16? คอมเมนต์คุยกันหน่อย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Droidsans  #iPhone15 #iPhone16 #วางแผนการเงิน #มนุษย์เงินเดือน #ไอโฟน  💡 The 'Strategic Purchase Window' Framework: วางตำแหน่งการซื้อ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48,900 บาท คือราคาเริ่มต้นของ iPhone 18 Pro ที่ลือกัน...ราคานี้ มนุษย์เงินเดือนอย่างเราต้องทำงานกี่วันถึงจะซื้อได้?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มีข่าวลือราคาไทย iPhone 18 Pro หลุดออกมาแล้วครับ โดย Droidsans และอาตี๋รีวิวรายงานตรงกันว่าอาจเริ่มต้นที่ 48,900 บาท! ฟังดูอาจจะเฉยๆ แต่ถ้าเราลองแปลงเป็น 'จำนวนวันทำงาน' มันจะเห็นภาพชัดขึ้นเยอะเลยครับ</w:t>
        <w:br/>
        <w:br/>
        <w:t>สมมติฐานนะครับ ถ้าเงินเดือนเฉลี่ยของเราอยู่ที่ 45,000 บาทต่อเดือน เท่ากับเรามีรายได้ประมาณวันละ 1,500 บาท</w:t>
        <w:br/>
        <w:br/>
        <w:t>นั่นหมายความว่า กว่าจะซื้อ iPhone 18 Pro รุ่นเริ่มต้นได้ เราต้องทำงานทั้งหมด 33 วันเต็มๆ โดยที่ห้ามกินห้ามใช้เลยนะครับ</w:t>
        <w:br/>
        <w:br/>
        <w:t>คำถามสำคัญคือ ฟีเจอร์ใหม่ๆ ที่ยังไม่ยืนยัน เช่น กล้องที่ดีขึ้น ชิปที่แรงขึ้น หรือ AI ใหม่ๆ มันคุ้มค่ากับเวลาทำงาน 'เดือนกว่าๆ' ของเรารึเปล่า?</w:t>
        <w:br/>
        <w:br/>
        <w:t>นี่เป็นวิธีคิดที่ช่วยให้เราประเมินความคุ้มค่าของแก็ดเจ็ตราคาแพงได้ดีขึ้นครับ ไม่ได้มองแค่ตัวเลขบนป้ายราคา แต่มองไปที่ต้นทุนเวลาและแรงงานของเราจริงๆ ที่ต้องแลกไป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ถ้าคำนวณจากเงินเดือนคุณ ต้องทำงานกี่วันถึงจะซื้อได้? คอมเมนต์บอกตัวเลขกันหน่อยครับ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Droidsans  #iPhone18Pro #ข่าวไอที #ไอโฟน #การเงิน #มนุษย์เงินเดือน  💡 The 'Salary-to-Value' Conversion Metric: แปลงราคาที่สูงลิ่วแ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2E7D32"/>
          <w:sz w:val="26"/>
        </w:rPr>
        <w:t xml:space="preserve">  📸  คนชอบถ่ายรูป / ช่างภาพ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จอพับอาจเปลี่ยนวิธีที่เราถ่ายรูปไปตลอดกาล... โดยเฉพาะถ้า Apple กล้าทำแบบนี้กับกล้อง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ข่าวลือเรื่อง iPhone Duo กำลังมาแรงมาก แข่งกับ Samsung Galaxy Z Fold โดยตรง แต่สำหรับคนถ่ายรูปอย่างเรา มันไม่ใช่แค่เรื่องจอพับได้ แต่มันคือโอกาสใหม่ๆ ทางความคิดสร้างสรรค์เลยครับ ลองนึกภาพตามนะ เราสามารถใช้ตัวเครื่องเป็นขาตั้งกล้องได้ในตัว ถ่าย Long Exposure น้ำตกฟุ้งๆ หรือไฟรถตอนกลางคืนได้นิ่งสนิทโดยไม่ต้องพกขาตั้งกล้อง หรือจะวางบนพื้นเพื่อถ่ายมุมต่ำเท่ๆ ก็ทำได้ง่ายๆ นอกจากนี้ การที่เราพรีวิวภาพตัวเองจากกล้องหลักเซ็นเซอร์ใหญ่สุดได้เลย มันจะยกระดับการถ่าย Portrait หรือ Vlog ไปอีกขั้น เพราะเราจะได้คุณภาพที่ดีที่สุดเสมอ ถ้า Apple ผสานฟีเจอร์นี้เข้ากับพลังของ Computational Photography อย่าง Night Mode หรือ Deep Fusion ที่ต้องการความนิ่งสูงสุด นี่อาจจะเป็นกล้องมือถือที่ versatile ที่สุดในตลาดเลยก็ได้ครับ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 iPhone Duo มีกล้องแบบนี้จริง คุณจะยอมเปลี่ยนไหม? กด Save ไว้เลย เดี๋ยวมาเจาะลึก camera spec ที่ลือกัน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Droidsans  #iPhoneDuo #Apple #ไอโฟนจอพับ #ถ่ายรูปด้วยมือถือ #ช่างภาพ  💡 The 'Form-Factor-Enabled Creativity' Angle: วิเคราะห์ว่าการเ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ลือกันสนั่นว่า iPhone Duo มาแน่... แต่สำหรับช่างภาพ นี่ไม่ใช่แค่จอพับ มันคือการรวมร่างของกล้อง iPhone Pro กับจอ iPad Pro ในกระเป๋าเดียว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หลายคนตื่นเต้นกับ iPhone จอพับ แต่สิ่งที่คนทำคอนเทนต์ต้องโฟกัสคือ workflow ครับ อ้างอิงจากข่าวลือเรื่อง iPhone Duo สิ่งที่จะเปลี่ยนเกมจริงๆ คือจอแสดงผลด้านในขนาดใหญ่ ลองจินตนาการว่าคุณถ่ายวิดีโอ Apple ProRes Log หรือถ่ายภาพ ProRAW เสร็จปุ๊บ สามารถกางจอออกมาเพื่อเช็คไฟล์ได้ทันทีบนหน้าจอขนาดใหญ่ที่สีตรงระดับ professional-grade นี่มันคือการมี field monitor ติดตัวตลอดเวลา การจัดองค์ประกอบภาพ เช็คโฟกัส หรือแม้กระทั่งการเกรดสีเบื้องต้น จะทำได้ละเอียดและแม่นยำขึ้นมาก มันคือการยุบรวมกล้อง, จอภาพ, และเครื่องมือตัดต่อ ให้จบในอุปกรณ์เดียว นี่อาจเป็น mobile studio ที่สมบูรณ์แบบที่สุดสำหรับช่างภาพและวิดีโอครีเอเตอร์เลยครับ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นี่อาจเป็น mobile workflow ที่ดีที่สุดสำหรับคนทำคอนเทนต์ กด Save ไว้เลย ข่าวลือกล้องชุดใหม่มาจะรีบอัปเดตให้ฟัง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Droidsans  #iPhoneDuo #AppleProRAW #ProResLog #MobileWorkflow #ไอโฟน  💡 The 'Mobile Studio Consolidation' Angle: วางตำแหน่ง iPhone จ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Samsung ทำกล้องจอพับมาหลายปีแล้ว... แต่ถ้า Apple จะลงแข่งในสนามนี้จริง นี่คือ 3 อย่างที่กล้อง iPhone Duo ต้องทำให้ดีกว่าสถานเดียว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จากข่าวลือที่ว่า Apple อาจจะเปิดตัว iPhone Duo หรือ Ultra มาแข่งกับ Samsung คำถามสำคัญสำหรับช่างภาพคือ แล้วกล้องล่ะ? จะสู้ได้ไหม? ในฐานะคนที่ใช้กล้องเป็นหลัก ผมมองว่ามี 3 อย่างที่ Apple ต้องทำให้ได้สถานเดียวครับ หนึ่งคือ 'Sensor Parity' กล้องหลักของตัวพับ ต้องเป็นตัวเดียวกับรุ่นเรือธงอย่าง iPhone Pro Max ของปีนั้น ห้ามลดสเปคเด็ดขาด สองคือ 'Pro Workflow Integration' ต้องรองรับ ProRAW และ ProRes Log เต็มรูปแบบ และต้องมี UI ที่ออกแบบมาสำหรับจอพับโดยเฉพาะ อาจจะแสดงผลภาพฝั่งนึง แสดงเครื่องมืออีกฝั่งนึง และสาม 'Optics &amp; Durability' ด้วยดีไซน์ที่ซับซ้อน Apple ต้องพิสูจน์ให้ได้ว่าชุดเลนส์และกลไกจะทนทาน และให้คุณภาพที่ไม่ด้อยไปกว่ารุ่นปกติ ถ้าทำ 3 อย่างนี้ไม่ได้ ก็อาจจะยังสู้คู่แข่งที่มีประสบการณ์มากกว่าลำบากครับ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คุณคิดว่า Apple จะกล้าใส่กล้องระดับไหนมาใน iPhone Duo? กด Save ไว้รอชม Full Comparison ถ้าเปิดตัวจริง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70s  📰 Droidsans  #iPhoneUltra #iPhoneDuo #กล้องมือถือ #Apple #iPhone18  💡 The 'Flagship Parity Mandate' Angle: กำหนดกรอบการวิเคราะห์ข่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E65100"/>
          <w:sz w:val="26"/>
        </w:rPr>
        <w:t xml:space="preserve">  💰  งบน้อย อยากได้ iPhone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ช็อค! Apple ปรับราคา iPhone รุ่นเก่าขึ้นสูงสุด 12,000 บาท งบหมื่นต้นๆ จะหา iPhone ที่ไหน?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ใครที่เล็ง iPhone รุ่นเก่ามือหนึ่งไว้ต้องรีบเช็คเลยครับ! ล่าสุดมีรายงานจากช่องอาตี๋รีวิวว่า Apple ปรับราคา iPhone รุ่นเก่าขึ้นยกแผง บางรุ่นบวกไปเป็นหมื่น! แบบนี้แผนที่จะเก็บเงินซื้อมือหนึ่งราคาประหยัดอาจจะต้องพับไปก่อน</w:t>
        <w:br/>
        <w:br/>
        <w:t>แต่ไม่ต้องห่วงครับ! ข่าวนี้ยิ่งทำให้ "ตลาดมือสอง" น่าสนใจขึ้นไปอีก เพราะเป็นทางออกที่คุ้มที่สุดสำหรับคนงบน้อยตอนนี้เลย แค่เราต้องดูเครื่องให้เป็น เช็คสุขภาพแบตให้ดี เลือกร้านที่เชื่อถือได้ ก็ยังหาเครื่องสภาพสวยๆ ในราคาที่จับต้องได้สบายๆ 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ใครมีงบเท่าไหร่ เล็งรุ่นไหนไว้ คอมเมนต์มาเลย เดี๋ยวช่วยแนะนำวิธีเช็คเครื่องให้ครับ!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48s  📰 อาตี๋รีวิว  #ไอโฟนมือสอง #ไอโฟนราคาถูก #iphone #apple #สอนดูมือถือ  💡 The 'Forced Pivot' Strategy: ใช้ข่าวการขึ้นราคา iPhone รุ่นเ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งบ 20,000 บาท ตอนนี้ซื้อ iPhone มือสอง หรือไป Android มือหนึ่งดี? ข่าวนี้อาจมีคำตอบ!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 xml:space="preserve">เป็นคำถามโลกแตกเลยใช่ไหมครับ ว่างบเท่านี้จะเลือกอะไรดี แต่ล่าสุดมีข่าวจาก Droidsans ว่า Samsung ปรับขึ้นราคามือถือหลายรุ่น สูงสุดถึง 7,000 บาท! </w:t>
        <w:br/>
        <w:br/>
        <w:t>ข่าวนี้น่าสนใจมาก เพราะมันทำให้ 'ส่วนต่าง' ระหว่าง iPhone มือสองสภาพดีๆ กับ Android มือหนึ่งมันน้อยลงไปอีก จากที่เคยต้องเพิ่มเงินเยอะ ตอนนี้อาจจะเพิ่มอีกนิดเดียว หรือแทบไม่ต่างกันเลย ทำให้การเลือก iPhone มือสองที่ได้ใช้ iOS, อัปเดตยาวๆ, และราคาขายต่อดีกว่า กลายเป็นตัวเลือกที่ดูสมเหตุสมผลขึ้นมาทันทีเลยครับ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ถ้าเป็นคุณ งบสองหมื่นตอนนี้จะเลือกอะไร? คอมเมนต์งบที่มีมา เดี๋ยวช่วยเทียบให้ดูเลยว่ารุ่นไหนเหมาะสุด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52s  📰 Droidsans  #iphoneมือสอง #ไอโฟนvsแอนดรอยด์ #ซื้อมือถือ #samsung #จัดสเปค  💡 The 'Shrinking Value Gap' Argument: ใช้ข่าวการขึ้นราคาของคู่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มือหนึ่งราคา 2 หมื่นกว่าบาท อาจไม่มีอีกแล้ว? นี่อาจเป็นโอกาสสุดท้ายจริงๆ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ใครที่ตั้งใจจะซื้อ iPhone 15 หรือรอ 16 รุ่นเริ่มต้นอยู่ต้องฟังทางนี้เลยครับ มีรายงานจาก Droidsans บอกว่านี่อาจเป็นล็อตสุดท้ายแล้วที่เราจะได้เห็น iPhone ในราคาที่ไม่แรงเกินไป เพราะมีแนวโน้มว่ารุ่นใหม่ๆ ในอนาคตจะเปิดตัวแพงขึ้นอีก!</w:t>
        <w:br/>
        <w:br/>
        <w:t>แปลว่าถ้าอยากได้ iPhone มือหนึ่งที่ยังรู้สึกว่า 'คุ้มค่า' และราคาเป็นมิตรที่สุด iPhone 15 ตอนนี้คือคำตอบเลยครับ ก่อนที่ราคามาตรฐานของ iPhone รุ่นเริ่มต้นจะขยับไปไกลกว่านี้ ใครที่ลังเลอยู่ อาจจะต้องรีบตัดสินใจหน่อยนะ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ใครเล็ง iPhone 15 อยู่บ้าง? คอมเมนต์งบมา เดี๋ยวช่วยแนะนำโปรที่คุ้มที่สุดให้!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Droidsans  #iphone15 #ไอโฟน15 #ซื้อมือถือใหม่ #โปรไอโฟน #รีวิวiphone  💡 The 'Entry-Level Extinction' Alert: สร้างความรู้สึกเร่งด่วนโ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37474F"/>
          <w:sz w:val="26"/>
        </w:rPr>
        <w:t xml:space="preserve">  🏢  นักธุรกิจ / ผู้บริหาร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Forrester Research ระบุว่าอุปกรณ์พับได้จะกลายเป็นเครื่องมือสำคัญสำหรับผู้บริหารในไม่ช้า และข่าวลือ 'iPhone Duo' จาก Apple อาจเป็นตัวเปลี่ยนเกมสำหรับองค์กรของคุณ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ตามรายงานจาก Droidsans, Apple กำลังพัฒนา 'iPhone Duo' ซึ่งเป็น iPhone จอพับรุ่นแรกที่หลายคนรอคอย สำหรับโลกธุรกิจ นี่ไม่ใช่แค่นวัตกรรม แต่มันคือการควบรวมศักยภาพของ iPhone และ iPad ไว้ในอุปกรณ์เดียว ลองนึกภาพการประชุมทางวิดีโอพร้อมจดบันทึกบนหน้าจอที่ใหญ่ขึ้น หรือการแก้ไข Presentation ระหว่างเดินทาง ทั้งหมดนี้จะทำงานร่วมกับ Mac ของคุณได้อย่างไร้รอยต่อผ่าน Apple ecosystem ที่แข็งแกร่ง นี่คือการยกระดับ Productivity และลดจำนวนอุปกรณ์ที่ต้องจัดการ ที่สำคัญที่สุดคือมันจะทำงานบนรากฐานความปลอดภัยและความเป็นส่วนตัวที่องค์กรทั่วโลกไว้วางใจมาตลอด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เราไว้ เพื่ออัปเดตว่า Apple ecosystem จะยกระดับทีมของคุณได้อย่างไร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Droidsans  #iPhoneDuo #AppleEcosystem #BusinessTech #ผู้บริหาร #ไอทีธุรกิจ  💡 The 'Enterprise Device Consolidation' Security Gambit: มุมนี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การบริหารต้นทุนด้าน IT คือความท้าทายหลักของผู้บริหาร ข่าวการปรับขึ้นราคาของ Samsung สูงสุด 7,000 บาท ตอกย้ำถึงความสำคัญของสินทรัพย์ที่คาดการณ์มูลค่าได้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Droidsans รายงานว่า Samsung ได้ปรับขึ้นราคาโทรศัพท์หลายรุ่น ซึ่งสร้างความผันผวนในการวางแผนงบประมาณด้าน IT ขององค์กร ในทางกลับกัน วัฏจักรผลิตภัณฑ์และราคาของ Apple นั้นค่อนข้างคาดการณ์ได้ ทำให้การคำนวณต้นทุนรวมในการเป็นเจ้าของ (Total Cost of Ownership) ทำได้แม่นยำกว่า นอกจากนี้ iPhone ยังมีมูลค่าคงเหลือ (Residual Value) ที่สูงกว่าคู่แข่งอย่างมีนัยสำคัญ ซึ่งหมายความว่าเมื่อถึงรอบการอัปเกรดสินทรัพย์ของบริษัท ต้นทุนสุทธิจะต่ำลง การเลือกใช้ iPhone ในองค์กรจึงไม่ใช่แค่เรื่องของราคาซื้อ แต่เป็นการลงทุนเชิงกลยุทธ์ที่ช่วยให้บริหารจัดการงบประมาณได้อย่างมีเสถียรภาพในระยะยาว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อยากรู้ว่าการเลือกใช้ iPhone จะช่วยคุมงบประมาณองค์กรได้อย่างไร? Follow เราเลย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Droidsans  #iPhoneForBusiness #BusinessROI #การลงทุน #ผู้บริหาร #Apple  💡 The 'Predictive Budgeting &amp; TCO' Framework: มุมนี้ใช้ข่าวควา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การเลือกระหว่าง iPhone Duo ที่มีข่าวลือกับ Samsung Galaxy Z Fold ไม่ใช่แค่เรื่องของแบรนด์ แต่เป็นการตัดสินใจเชิงกลยุทธ์ด้าน Workflow และความปลอดภัยขององค์กร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เมื่ออุปกรณ์จอพับกลายเป็นตัวเลือกสำหรับผู้บริหาร คำถามสำคัญไม่ใช่แค่ว่าใครมีฟีเจอร์อะไร จากข้อมูลการเปรียบเทียบของ Droidsans การตัดสินใจนี้คือการเลือกระหว่างสองปรัชญา ฝั่ง Apple ที่มีข่าวลือเกี่ยวกับ iPhone Duo คือการต่อยอด Ecosystem ที่แข็งแกร่งและปลอดภัย ลองนึกถึงการจัดการอุปกรณ์ผ่าน Apple Business Manager, ความปลอดภัยของข้อมูลระดับ Enterprise และแอปที่ทำงานร่วมกันอย่างไร้รอยต่อระหว่าง iPhone, iPad และ Mac ในขณะที่ฝั่ง Samsung นำเสนอฮาร์ดแวร์ที่มีประสบการณ์ในตลาดมาก่อน คำถามสำหรับผู้นำองค์กรคือ: คุณให้ความสำคัญกับความปลอดภัยและการบูรณาการที่ไร้รอยต่อ หรือความยืดหยุ่นของฮาร์ดแวร์ ณ ปัจจุบันมากกว่ากัน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ไว้ ถ้าอยากรู้ว่าทีมของคุณควรใช้ iPhone อย่างไรให้เต็มประสิทธิภาพสูงสุด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Droidsans  #iPhoneVsSamsung #iPhoneDuo #BusinessStrategy #TechLeader #AppleEcosystem  💡 The 'Ecosystem Integration vs. Hardware Versatility' Dilemma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C62828"/>
          <w:sz w:val="26"/>
        </w:rPr>
        <w:t xml:space="preserve">  🔥  คนชอบข่าวลือ / leaks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คุณรู้มั้ยว่าแค่ 'จอ' ของ iPhone จอพับที่ลือกัน อาจมีต้นทุนสูงถึง 9,000 บาท!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ข่าวลือล่าสุดร้อนๆ จากฝั่ง Supply Chain! ตามรายงานจาก 9to5Mac ที่อ้างถึง leaker รายหนึ่งระบุว่า Apple อาจต้องจ่ายเงินให้ Samsung สูงถึง 250 เหรียญสหรัฐต่อจอ 1 ชิ้นสำหรับโปรเจกต์ iPhone Duo หรือคิดเป็นเงินไทยก็ราวๆ 9,000 กว่าบาทเลยทีเดียวครับ!</w:t>
        <w:br/>
        <w:br/>
        <w:t>ย้ำนะครับว่านี่เป็นแค่ 'ต้นทุน' ของหน้าจออย่างเดียวนะ ยังไม่รวมชิป กล้อง แบตเตอรี่ และส่วนอื่นๆ อีกเพียบ! ซึ่งข้อมูลนี้ชี้ให้เห็นว่า iPhone จอพับรุ่นแรกของ Apple จะต้องเป็นอุปกรณ์ระดับพรีเมียมขั้นสุด และราคาเปิดตัวอาจจะแรงกว่าที่เราคาดการณ์กันไว้มากแน่นอนครับ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ถ้าข้อมูลราคาเต็มหลุดออกมาเมื่อไหร่ จะรีบมาอัปเดตทันที กด Follow รอไว้เลย!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9to5Mac  #iPhoneDuo #ไอโฟนจอพับ #AppleLeak #ข่าวไอที #samsungdisplay  💡 The 'Component Cost Deconstruction' Angle: เจาะลึกไปที่ 'ต้น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ฟีเจอร์เด็ดบน Apple Watch รุ่นใหม่อาจถูกดีเลย์! และนี่คือเหตุผลที่คุณอาจคาดไม่ถึง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ใครที่รอฟีเจอร์วัดความดันโลหิตบน Apple Watch อาจจะต้องรอต่อไปอีกนิดครับ! มีรายงานจาก iPhonemod เผยว่าฟีเจอร์แจ้งเตือนความดันโลหิตสูง อาจจะยังไม่พร้อมใช้งานบน Apple Watch Series 12 และ Ultra 4 ที่ลือกันว่าจะเปิดตัวในอนาคต</w:t>
        <w:br/>
        <w:br/>
        <w:t>แต่สาเหตุที่ช้า ไม่ใช่เพราะปัญหาทางเทคนิคนะครับ แต่เป็นเพราะฟีเจอร์นี้กำลังอยู่ในขั้นตอนการ 'ขออนุมัติ' จากหน่วยงานกำกับดูแลด้านสุขภาพ ซึ่งเป็นขั้นตอนที่เข้มงวดและสำคัญมากเพื่อรับรองความแม่นยำและความปลอดภัยของผู้ใช้งาน แสดงให้เห็นว่า Apple จริงจังกับเรื่องสุขภาพมาก ถึงขนาดยอมเลื่อนฟีเจอร์สำคัญออกไปเพื่อให้ได้มาตรฐานที่ดีที่สุดครับ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ถ้าฟีเจอร์นี้ผ่านการอนุมัติเมื่อไหร่ จะรีบมาบอกทันที กดติดตามไว้เลย!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iMod  #AppleWatch #watchOS #AppleLeak #ฟีเจอร์ใหม่ #ข่าวApple  💡 The 'Regulatory Hurdle' Narrative: เปลี่ยนมุมมองการดีเลย์ฟีเ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จอพับอาจไม่ได้มาแค่รุ่นเดียว! ลือสนั่นว่า Apple อาจกำลังซุ่มทำอยู่ 2 โมเดลพร้อมกัน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ตอนนี้ใครๆ ก็พูดถึง iPhone Duo ไอโฟนจอพับรุ่นแรกจาก Apple แต่คุณอาจยังไม่รู้ว่า ข่าวลือล่าสุดจากสื่อต่างประเทศอย่าง MacRumors เริ่มพูดถึงชื่อ 'iPhone Duo' ควบคู่ไปกับ 'iPhone 18 Pro' แล้วครับ</w:t>
        <w:br/>
        <w:br/>
        <w:t>นี่อาจจะหมายความว่าอะไร? เป็นไปได้มั้ยว่า Apple จะไม่ได้เปิดตัวจอพับแค่รุ่นเดียว แต่อาจจะมาเป็นไลน์อัปใหม่ที่มีทั้งรุ่นธรรมดาและรุ่น Pro เหมือนกับที่เรามี iPhone 16 และ 16 Pro ในปัจจุบัน หรือว่านี่จะเป็นสัญญาณว่า iPhone Duo จะเป็นไลน์ผลิตภัณฑ์ที่แยกออกมาโดยเฉพาะเลย?</w:t>
        <w:br/>
        <w:br/>
        <w:t>ทั้งหมดนี้ยังเป็นแค่ข่าวลือที่ต้องจับตาดูกันยาวๆ นะครับ แต่บอกเลยว่าน่าตื่นเต้นมาก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คุณคิดว่า Apple จะออกมากี่รุ่น? คอมเมนต์มาคุยกัน! แล้วกด follow ไว้รอข่าวจริงได้เลย!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35s  📰 MacRumors  #iPhoneDuo #iPhone18 #ไอโฟนจอพับ #Apple #ข่าวลือไอโฟน  💡 The 'Product Line Strategy' Speculation: ยกระดับการวิเคราะห์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0"/>
      </w:pPr>
    </w:p>
    <w:p>
      <w:pPr>
        <w:spacing w:before="0" w:after="120"/>
        <w:jc w:val="center"/>
      </w:pPr>
      <w:r>
        <w:rPr>
          <w:rFonts w:ascii="Arial" w:hAnsi="Arial"/>
          <w:b w:val="0"/>
          <w:i/>
          <w:color w:val="AAAAAA"/>
          <w:sz w:val="16"/>
        </w:rPr>
        <w:t>Generated by TikTok Farming Pipeline  •  Next step: Script QC Agent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