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i w:val="0"/>
          <w:color w:val="1A1A2E"/>
          <w:sz w:val="40"/>
        </w:rPr>
        <w:t>🚀 TikTok Farming — Script Report</w:t>
      </w:r>
    </w:p>
    <w:p>
      <w:pPr>
        <w:spacing w:before="0" w:after="40"/>
      </w:pPr>
      <w:r>
        <w:rPr>
          <w:rFonts w:ascii="Arial" w:hAnsi="Arial"/>
          <w:b w:val="0"/>
          <w:i w:val="0"/>
          <w:color w:val="666666"/>
          <w:sz w:val="18"/>
        </w:rPr>
        <w:t>Run: 13 Sep 2026  07:54 ICT  •  18 scripts  •  6 clusters  •  Gemini 2.5 Pro</w:t>
      </w:r>
    </w:p>
    <w:p>
      <w:pPr>
        <w:spacing w:before="80" w:after="80"/>
        <w:pBdr>
          <w:bottom w:val="single" w:sz="4" w:space="1" w:color="7c4dff"/>
        </w:pBdr>
      </w:pPr>
    </w:p>
    <w:p>
      <w:pPr>
        <w:spacing w:before="240" w:after="0"/>
      </w:pPr>
    </w:p>
    <w:p>
      <w:pPr>
        <w:spacing w:before="40" w:after="40"/>
        <w:shd w:val="clear" w:color="auto" w:fill="EDE7F6"/>
      </w:pPr>
      <w:r>
        <w:rPr>
          <w:rFonts w:ascii="Arial" w:hAnsi="Arial"/>
          <w:b/>
          <w:i w:val="0"/>
          <w:color w:val="8E24AA"/>
          <w:sz w:val="26"/>
        </w:rPr>
        <w:t xml:space="preserve">  🎮  Gen Z / นักเรียน</w:t>
      </w:r>
    </w:p>
    <w:p>
      <w:pPr>
        <w:spacing w:before="40" w:after="0"/>
      </w:pPr>
    </w:p>
    <w:p>
      <w:pPr>
        <w:spacing w:before="160" w:after="40"/>
      </w:pPr>
      <w:r>
        <w:rPr>
          <w:rFonts w:ascii="Arial" w:hAnsi="Arial"/>
          <w:b/>
          <w:i w:val="0"/>
          <w:color w:val="8E24AA"/>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เพื่อน! คิดว่าถ้า iPhone จอพับได้จริง...จะเอาไว้ทำอะไรกันอะ?</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คือตอนนี้มีข่าวลือหนาหูมากว่า Apple กำลังซุ่มทำ iPhone จอพับตัวแรก! ชื่อตามข่าวลือคือ iPhone Duo อะแก ตามรายงานจาก Droidsans บอกว่ามันอาจจะพับได้เหมือนหนังสือเลย ลองนึกภาพดิ ไถ TikTok จอใหญ่ๆ หรือเล่นเกมจอข้างบน แล้วมีปุ่มคอนโทรลอยู่จอล่างแบบเต็มๆ ไม่ต้องบังจอ คือฟินมาก! แต่ย้ำนะว่านี่ยังเป็นแค่ข่าวลือ ต้องรอดูว่า Apple จะเปิดตัวจริงมั้ย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ถ้ามาจริงจะซื้อป่ะ? คอมเมนต์มา! แล้วกด follow ไว้เลย เดี๋ยวมีข่าวหลุดอะไรใหม่ๆ จะรีบมาเล่าให้ฟัง 🔥</w:t>
      </w:r>
    </w:p>
    <w:p>
      <w:pPr>
        <w:spacing w:before="0" w:after="40"/>
      </w:pPr>
      <w:r>
        <w:rPr>
          <w:rFonts w:ascii="Arial" w:hAnsi="Arial"/>
          <w:b w:val="0"/>
          <w:i/>
          <w:color w:val="888888"/>
          <w:sz w:val="16"/>
        </w:rPr>
        <w:t>⏱ 40s  📰 Droidsans  #iPhoneDuo #ไอโฟนจอพับ #Apple #ข่าวไอที #มือถือใหม่  💡 The 'Game Night Upgrade' Revolution: มุมนี้เล่าเรื่อง iPhone</w:t>
      </w:r>
    </w:p>
    <w:p>
      <w:pPr>
        <w:spacing w:before="80" w:after="80"/>
        <w:pBdr>
          <w:bottom w:val="single" w:sz="4" w:space="1" w:color="DDDDDD"/>
        </w:pBdr>
      </w:pPr>
    </w:p>
    <w:p>
      <w:pPr>
        <w:spacing w:before="160" w:after="40"/>
      </w:pPr>
      <w:r>
        <w:rPr>
          <w:rFonts w:ascii="Arial" w:hAnsi="Arial"/>
          <w:b/>
          <w:i w:val="0"/>
          <w:color w:val="8E24AA"/>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ใครเก็บตังค์ซื้อไอโฟนอยู่ ฟังทางนี้ด่วน! เพราะนี่อาจจะเป็นโอกาสสุดท้ายแล้วนะ!</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เรื่องจริงปะเนี่ย! Droidsans เค้าไปเจอรายงานมาว่า iPhone ล็อตที่ราคาดีๆ แบบนี้อาจจะมีแค่ iPhone 15 กับ iPhone 16 เท่านั้น! ข่าวลือบอกว่ารุ่นหลังจากนี้ไปราคาอาจจะพุ่งขึ้นไปอีกเยอะเลย ใครที่เล็งๆ ไว้ หรือกำลังเก็บตังค์ก้อนแรกอยู่ อาจจะต้องรีบตัดสินใจหน่อยนะ เพราะถ้าข่าวนี้เป็นจริง การจะเป็นเจ้าของไอโฟนเครื่องใหม่อาจจะยากขึ้นไปอีกสเต็ปเลยอะ</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คิดว่าไง? จะรีบซื้อหรือจะรอดู? กด follow ไว้เลย ถ้ามีดีลเด็ดๆ โปรนักเรียนมาจะรีบเอามาบอก! 🔥</w:t>
      </w:r>
    </w:p>
    <w:p>
      <w:pPr>
        <w:spacing w:before="0" w:after="40"/>
      </w:pPr>
      <w:r>
        <w:rPr>
          <w:rFonts w:ascii="Arial" w:hAnsi="Arial"/>
          <w:b w:val="0"/>
          <w:i/>
          <w:color w:val="888888"/>
          <w:sz w:val="16"/>
        </w:rPr>
        <w:t>⏱ 38s  📰 Droidsans  #iPhone15 #iPhone16 #ไอโฟน #นักเรียน #ข่าวApple  💡 The 'Allowance Race' Countdown: เปลี่ยนข่าวราคาขึ้นให้เป็นเร</w:t>
      </w:r>
    </w:p>
    <w:p>
      <w:pPr>
        <w:spacing w:before="80" w:after="80"/>
        <w:pBdr>
          <w:bottom w:val="single" w:sz="4" w:space="1" w:color="DDDDDD"/>
        </w:pBdr>
      </w:pPr>
    </w:p>
    <w:p>
      <w:pPr>
        <w:spacing w:before="160" w:after="40"/>
      </w:pPr>
      <w:r>
        <w:rPr>
          <w:rFonts w:ascii="Arial" w:hAnsi="Arial"/>
          <w:b/>
          <w:i w:val="0"/>
          <w:color w:val="8E24AA"/>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งานนี้มีคนกำหมัด! รู้ยังว่า Apple อาจจะเปิดตัว iPhone จอพับมาชนกับ Samsung แบบจังๆ!</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เปิดวอร์กันสุดๆ ไปเลย! มีข่าวลือจาก Droidsans ว่า Apple เตรียมจะเปิดตัว iPhone Duo หรือ iPhone Ultra ที่เป็นจอพับเหมือนกันเป๊ะๆ แถมอาจจะเปิดตัวในเวลาไล่เลี่ยกันด้วย! เหมือนแบบจงใจมาท้าชนกันเลยอะแก นึกภาพดิ สงครามมือถือจอพับครั้งใหม่กำลังจะเริ่มขึ้นแล้ว! งานนี้บอกเลยว่า Samsung มีกำหมัดแน่นๆ อะ แต่ทั้งหมดนี้ยังเป็นแค่ข่าวลือนะ รอดูของจริงกันอีกที</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แล้วเธออยู่ทีมไหน? ทีม Apple หรือทีม Samsung? คอมเมนต์บอกหน่อย! แล้วกด follow ไว้อัปเดตสงครามครั้งนี้! 🔥</w:t>
      </w:r>
    </w:p>
    <w:p>
      <w:pPr>
        <w:spacing w:before="0" w:after="40"/>
      </w:pPr>
      <w:r>
        <w:rPr>
          <w:rFonts w:ascii="Arial" w:hAnsi="Arial"/>
          <w:b w:val="0"/>
          <w:i/>
          <w:color w:val="888888"/>
          <w:sz w:val="16"/>
        </w:rPr>
        <w:t>⏱ 36s  📰 Droidsans  #iPhoneDuo #AppleVSSamsung #ไอโฟน #ข่าวลือ #เทคโทค  💡 The 'Tech Rivalry as Spectator Sport' Narrative: เล่าข่าวการ</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1565C0"/>
          <w:sz w:val="26"/>
        </w:rPr>
        <w:t xml:space="preserve">  💼  มนุษย์เงินเดือน 25–35</w:t>
      </w:r>
    </w:p>
    <w:p>
      <w:pPr>
        <w:spacing w:before="40" w:after="0"/>
      </w:pPr>
    </w:p>
    <w:p>
      <w:pPr>
        <w:spacing w:before="160" w:after="40"/>
      </w:pPr>
      <w:r>
        <w:rPr>
          <w:rFonts w:ascii="Arial" w:hAnsi="Arial"/>
          <w:b/>
          <w:i w:val="0"/>
          <w:color w:val="1565C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48,900 บาท! คือราคาเริ่มต้นของ iPhone 18 Pro ที่มีข่าวลือออกมา... เงินเกือบ 5 หมื่นนี้ เราจะได้ฟีเจอร์อะไรที่ช่วยให้ทำงานดีขึ้นจริงบ้าง?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ตามรายงานจากหลายสื่ออย่าง Droidsans และอาตี๋รีวิว ราคาหลุดของ iPhone 18 Pro เริ่มต้นที่ 48,900 บาท ซึ่งถ้าเป็นจริงก็ถือว่าสูงขึ้นอีกระดับครับ สำหรับคนทำงานอย่างเรา คำถามคือเงินที่จ่ายเพิ่มไป มันคุ้มค่ากับงานของเราแค่ไหน? ปกติรุ่น Pro จะได้เปรียบเรื่องกล้องที่คุณภาพสูงกว่า เหมาะกับคนที่ต้องถ่ายงาน ถ่ายสินค้า หรือทำคอนเทนต์, ชิปที่แรงกว่าสำหรับแอปเฉพาะทาง และจอ ProMotion ที่ลื่นไหลกว่า แต่คำถามสำคัญคือ ฟีเจอร์ใหม่ๆ ที่จะมากับ iPhone 18 Pro นั้น จะเปลี่ยนวิธีการทำงานของเราได้มากพอที่จะจ่ายราคานี้หรือไม่? บางทีการใช้ iPhone 15 Pro หรือ 16 Pro ต่อไป อาจจะเป็นตัวเลือกที่สมเหตุสมผลกว่าก็ได้ครับ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คุณว่าราคาเริ่มต้น 48,900 บาทสำหรับรุ่น Pro รับได้มั้ย? คอมเมนต์บอกกันหน่อยครับ</w:t>
      </w:r>
    </w:p>
    <w:p>
      <w:pPr>
        <w:spacing w:before="0" w:after="40"/>
      </w:pPr>
      <w:r>
        <w:rPr>
          <w:rFonts w:ascii="Arial" w:hAnsi="Arial"/>
          <w:b w:val="0"/>
          <w:i/>
          <w:color w:val="888888"/>
          <w:sz w:val="16"/>
        </w:rPr>
        <w:t>⏱ 55s  📰 Droidsans  #iphone18pro #apple #ไอโฟน #ราคาไอโฟน #ข่าวไอที  💡 The 'Professional Feature Tax' Analysis: วิเคราะห์ราคาที่ลือ</w:t>
      </w:r>
    </w:p>
    <w:p>
      <w:pPr>
        <w:spacing w:before="80" w:after="80"/>
        <w:pBdr>
          <w:bottom w:val="single" w:sz="4" w:space="1" w:color="DDDDDD"/>
        </w:pBdr>
      </w:pPr>
    </w:p>
    <w:p>
      <w:pPr>
        <w:spacing w:before="160" w:after="40"/>
      </w:pPr>
      <w:r>
        <w:rPr>
          <w:rFonts w:ascii="Arial" w:hAnsi="Arial"/>
          <w:b/>
          <w:i w:val="0"/>
          <w:color w:val="1565C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ใช้ Samsung อยู่ต้องรู้! ล่าสุดมีประกาศขึ้นราคาสูงสุด 7,000 บาท แล้วแบบนี้การซื้อ iPhone จะกลายเป็นตัวเลือกที่คุ้มค่ากว่าเดิมจริงมั้ย?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ข่าวล่าสุดจาก Droidsans รายงานว่า Samsung ได้ปรับขึ้นราคามือถือหลายรุ่นสูงสุดถึง 7,000 บาท ซึ่งความผันผวนแบบนี้ทำให้หลายคนต้องคิดหนักเรื่องการวางแผนซื้อมือถือใหม่ ในทางกลับกัน Apple มักจะมีโครงสร้างราคาที่ค่อนข้างนิ่งและคาดเดาได้มากกว่าในแต่ละปี จุดนี้ทำให้ iPhone ได้เปรียบในแง่ของการเป็น 'สินทรัพย์' ที่มีมูลค่าตกน้อยกว่าอย่างเห็นได้ชัด สำหรับคนทำงาน การซื้อมือถือไม่ใช่แค่เรื่องฟีเจอร์ แต่คือการลงทุนระยะยาว การที่ iPhone มีราคาขายต่อ (Resale Value) ที่แข็งแกร่งกว่ามาก หมายความว่าต้นทุนรวมในการเป็นเจ้าของ (Total Cost of Ownership) ตลอด 2-3 ปีอาจจะต่ำกว่าด้วยซ้ำ ข่าวนี้ยิ่งตอกย้ำว่าความเสถียรของแบรนด์ ก็เป็นปัจจัยสำคัญในการตัดสินใจครับ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ใครเคยขาย iPhone มือสองแล้วได้ราคาดีบ้าง? มาแชร์ประสบการณ์ในคอมเมนต์หน่อยครับ</w:t>
      </w:r>
    </w:p>
    <w:p>
      <w:pPr>
        <w:spacing w:before="0" w:after="40"/>
      </w:pPr>
      <w:r>
        <w:rPr>
          <w:rFonts w:ascii="Arial" w:hAnsi="Arial"/>
          <w:b w:val="0"/>
          <w:i/>
          <w:color w:val="888888"/>
          <w:sz w:val="16"/>
        </w:rPr>
        <w:t>⏱ 50s  📰 Droidsans  #iphone #samsung #ไอที #การลงทุน #มนุษย์เงินเดือน  💡 The 'Market Volatility Shield' Argument: ใช้ข่าวการขึ้นราคาข</w:t>
      </w:r>
    </w:p>
    <w:p>
      <w:pPr>
        <w:spacing w:before="80" w:after="80"/>
        <w:pBdr>
          <w:bottom w:val="single" w:sz="4" w:space="1" w:color="DDDDDD"/>
        </w:pBdr>
      </w:pPr>
    </w:p>
    <w:p>
      <w:pPr>
        <w:spacing w:before="160" w:after="40"/>
      </w:pPr>
      <w:r>
        <w:rPr>
          <w:rFonts w:ascii="Arial" w:hAnsi="Arial"/>
          <w:b/>
          <w:i w:val="0"/>
          <w:color w:val="1565C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คิดจะรอซื้อ iPhone 17 ตอน iPhone 18 ออก? อาจต้องคิดใหม่! มีรายงานว่าราคารุ่นเก่าอาจไม่ลง แถมอาจจะแพงขึ้นด้วยซ้ำ!</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ปกติเราจะเชื่อว่าพอรุ่นใหม่ออก รุ่นเก่าราคาจะตก แต่จากบทวิเคราะห์ของช่องเอกวิทย์ ทำให้เราต้องมองเรื่องนี้ใหม่ครับ มีความเป็นไปได้ว่าหลัง iPhone 18 เปิดตัว ราคาของ iPhone 17 Pro อาจจะไม่ได้ลดลงตามที่เราคาดกัน อาจจะเพราะการปรับไลน์สินค้าของ Apple หรือความต้องการในตลาดที่ยังมีสูงอยู่ ปรากฏการณ์นี้จะเปลี่ยนเกมการอัปเกรดมือถือของพวกเราไปเลย สำหรับคนทำงานที่ต้องการความคุ้มค่าสูงสุด นี่คือ 3 ทางเลือกที่ต้องพิจารณา 1. ซื้อ iPhone รุ่นปัจจุบันไปเลยเพื่อล็อคราคา 2. ตัดสินใจซื้อ iPhone 18 ทันทีที่เปิดตัว 3. หันไปมองตลาดมือสองที่ราคาอาจจะสมเหตุสมผลกว่า การวางแผนอัปเกรดครั้งต่อไปจึงไม่ใช่แค่เรื่องของสเปค แต่เป็นเรื่องของจังหวะเวลาที่ถูกต้องด้วยครับ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ปกติคุณอัปเกรด iPhone ทุกกี่ปี แล้วมีแผนจะเปลี่ยนรุ่นต่อไปเมื่อไหร่? คอมเมนต์มาคุยกันครับ</w:t>
      </w:r>
    </w:p>
    <w:p>
      <w:pPr>
        <w:spacing w:before="0" w:after="40"/>
      </w:pPr>
      <w:r>
        <w:rPr>
          <w:rFonts w:ascii="Arial" w:hAnsi="Arial"/>
          <w:b w:val="0"/>
          <w:i/>
          <w:color w:val="888888"/>
          <w:sz w:val="16"/>
        </w:rPr>
        <w:t>⏱ 60s  📰 เอกวิทย์  #iphone17 #iphone18 #อัปเกรดไอโฟน #วางแผนการเงิน #ไอทีน่ารู้  💡 The 'Paradigm Shift' Upgrade Timing: ชี้ให้เห็นว่าสมมติฐานเด</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2E7D32"/>
          <w:sz w:val="26"/>
        </w:rPr>
        <w:t xml:space="preserve">  📸  คนชอบถ่ายรูป / ช่างภาพ</w:t>
      </w:r>
    </w:p>
    <w:p>
      <w:pPr>
        <w:spacing w:before="40" w:after="0"/>
      </w:pPr>
    </w:p>
    <w:p>
      <w:pPr>
        <w:spacing w:before="160" w:after="40"/>
      </w:pPr>
      <w:r>
        <w:rPr>
          <w:rFonts w:ascii="Arial" w:hAnsi="Arial"/>
          <w:b/>
          <w:i w:val="0"/>
          <w:color w:val="2E7D32"/>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ถ่ายภาพ Long Exposure แบบนี้ด้วย iPhone โดยไม่ใช้ขาตั้งกล้อง? ข่าวลือเรื่อง iPhone จอพับอาจทำให้มันเป็นจริงครับ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ช่างภาพรู้ดีว่าการถ่ายภาพในที่แสงน้อย หรือลากสปีดชัตเตอร์นานๆ แบบนี้ สิ่งที่จำเป็นที่สุดคือ 'ความนิ่ง' ซึ่งปกติเราต้องพึ่งขาตั้งกล้องตลอด แต่ตามรายงานข่าวลือเกี่ยวกับ iPhone จอพับ หรือที่เรียกกันว่า iPhone Duo จาก Droidsans กำลังจะเปลี่ยนเกมนี้ไปเลย ลองนึกภาพตามนะครับ ถ้าเราพับจอเป็นรูปตัว L แล้ววางบนพื้นผิวเรียบๆ ตัวเครื่องก็จะกลายเป็นขาตั้งกล้องในตัวเองทันที นี่จะปลดล็อคการถ่ายภาพตอนกลางคืน, การถ่ายดาว หรือแม้แต่การทำ Timelapse ในเมืองได้แบบไม่ต้องพกอุปกรณ์เสริมให้วุ่นวายเลย นี่ไม่ใช่แค่เรื่องของจอที่ใหญ่ขึ้น แต่มันคือการเปลี่ยน Form Factor ที่ส่งผลโดยตรงกับเทคนิคการถ่ายภาพของเราครับ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ถ้ามี iPhone จอพับจริง จะเอาไปถ่ายอะไรกัน? คอมเมนต์มาเลย! กด save ไว้ เดี๋ยวมาเจาะลึกเทคนิคถ่ายภาพด้วย iPhone กันต่อครับ</w:t>
      </w:r>
    </w:p>
    <w:p>
      <w:pPr>
        <w:spacing w:before="0" w:after="40"/>
      </w:pPr>
      <w:r>
        <w:rPr>
          <w:rFonts w:ascii="Arial" w:hAnsi="Arial"/>
          <w:b w:val="0"/>
          <w:i/>
          <w:color w:val="888888"/>
          <w:sz w:val="16"/>
        </w:rPr>
        <w:t>⏱ 60s  📰 Droidsans  #iPhoneDuo #iPhonePhotography #LongExposure #ไอโฟนจอพับ #ถ่ายไงได้งี้  💡 The 'Built-in Tripod' Technique Angle: เจาะจงไปที่ประโยชน์เช</w:t>
      </w:r>
    </w:p>
    <w:p>
      <w:pPr>
        <w:spacing w:before="80" w:after="80"/>
        <w:pBdr>
          <w:bottom w:val="single" w:sz="4" w:space="1" w:color="DDDDDD"/>
        </w:pBdr>
      </w:pPr>
    </w:p>
    <w:p>
      <w:pPr>
        <w:spacing w:before="160" w:after="40"/>
      </w:pPr>
      <w:r>
        <w:rPr>
          <w:rFonts w:ascii="Arial" w:hAnsi="Arial"/>
          <w:b/>
          <w:i w:val="0"/>
          <w:color w:val="2E7D32"/>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ภาพซ้าย สีสดจัดจ้าน ภาพขวา สีสมจริงเป็นธรรมชาติ คุณคือช่างภาพสายไหน? ข่าวการมาของ iPhone Duo ทำให้การเลือกข้างครั้งนี้ชัดเจนขึ้นครับ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เวลาพูดถึงการเปรียบเทียบกล้องมือถือ หลายคนจะดูแค่ฮาร์ดแวร์ แต่สำหรับช่างภาพแล้ว 'ปรัชญาการโปรเซสภาพ' สำคัญไม่แพ้กันครับ จากข่าวการเปรียบเทียบระหว่าง Samsung และ iPhone Duo ที่กำลังจะมา เราจะเห็นความต่างนี้ชัดเจน ฝั่งหนึ่งเน้นการโปรเซสภาพที่สดใส สีสันจัดจ้าน จบหลังกล้องพร้อมแชร์ทันที ในขณะที่ปรัชญาของ Apple จะเน้นความสมจริงของสี (Color Science) และการเก็บข้อมูลให้ได้มากที่สุดในไฟล์ ProRAW เพื่อให้ช่างภาพเอาไปต่อยอดในโปรแกรมแต่งภาพได้อย่างยืดหยุ่น ดังนั้นการเลือกระหว่างสองค่ายนี้ในอนาคต มันไม่ใช่แค่การเลือกสเปค แต่มันคือการเลือก Workflow ที่เหมาะกับสไตล์การทำงานของเรา ว่าเราเป็นสาย 'Shoot and Share' หรือสาย 'Shoot and Post-Process' 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คุณทีมไหน? #TeamVibrant หรือ #TeamRealism? กด save ไว้รอชม Full Comparison ถ้าเปิดตัวจริง!</w:t>
      </w:r>
    </w:p>
    <w:p>
      <w:pPr>
        <w:spacing w:before="0" w:after="40"/>
      </w:pPr>
      <w:r>
        <w:rPr>
          <w:rFonts w:ascii="Arial" w:hAnsi="Arial"/>
          <w:b w:val="0"/>
          <w:i/>
          <w:color w:val="888888"/>
          <w:sz w:val="16"/>
        </w:rPr>
        <w:t>⏱ 65s  📰 Droidsans  #iPhoneDuo #MobilePhotography #ProRAW #ColorScience #ช่างภาพ  💡 The 'Computational Philosophy' Showdown Angle: ยกระดับการเปร</w:t>
      </w:r>
    </w:p>
    <w:p>
      <w:pPr>
        <w:spacing w:before="80" w:after="80"/>
        <w:pBdr>
          <w:bottom w:val="single" w:sz="4" w:space="1" w:color="DDDDDD"/>
        </w:pBdr>
      </w:pPr>
    </w:p>
    <w:p>
      <w:pPr>
        <w:spacing w:before="160" w:after="40"/>
      </w:pPr>
      <w:r>
        <w:rPr>
          <w:rFonts w:ascii="Arial" w:hAnsi="Arial"/>
          <w:b/>
          <w:i w:val="0"/>
          <w:color w:val="2E7D32"/>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นี่คือโจทย์วิศวกรรมที่ยากที่สุดของกล้องมือถือจอพับ และข่าวที่ว่า Apple กำลังจะลงมาเล่นในตลาดนี้ ทำให้เราต้องจับตาดูว่าพวกเขาจะแก้เกมนี้ยังไง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ข่าวลือจาก Droidsans ที่บอกว่า iPhone Duo อาจจะเปิดตัวเร็วๆ นี้ ทำให้วงการตื่นเต้น แต่สำหรับคนถ่ายภาพ คำถามที่ใหญ่ที่สุดคือ 'กล้อง' ครับ ความท้าทายหลักคือ จะใส่เซ็นเซอร์ขนาดใหญ่และชุดเลนส์ซูมแบบ Periscope ที่มีในรุ่น Pro Max เข้าไปในตัวเครื่องที่ต้องบางลงครึ่งหนึ่งได้อย่างไรโดยไม่ลดคุณภาพ? ที่ผ่านมาเราเห็นการประนีประนอมบางอย่างในตลาด แต่การที่ Apple เข้ามา หมายถึงอาจจะมี 'สงครามวิศวกรรมกล้องจอพับ' เกิดขึ้น เราอาจจะได้เห็นเทคโนโลยีเซ็นเซอร์แบบใหม่ หรือการออกแบบเลนส์ที่ฉีกกรอบเดิมๆ เพื่อแก้ปัญหานี้โดยเฉพาะ เพราะเป้าหมายของ Apple คือต้องทำให้กล้องของรุ่นจอพับ เทียบเท่าหรือดีกว่ารุ่นเรือธงปกติให้ได้ นี่คือสิ่งที่น่าจับตาดูที่สุดสำหรับช่างภาพครับ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อยากเห็น Apple ใส่กล้อง Periscope ใน iPhone จอพับไหม? กด save ไว้เลย เดี๋ยวมีข่าวลึกๆ จะรีบมารายงาน!</w:t>
      </w:r>
    </w:p>
    <w:p>
      <w:pPr>
        <w:spacing w:before="0" w:after="40"/>
      </w:pPr>
      <w:r>
        <w:rPr>
          <w:rFonts w:ascii="Arial" w:hAnsi="Arial"/>
          <w:b w:val="0"/>
          <w:i/>
          <w:color w:val="888888"/>
          <w:sz w:val="16"/>
        </w:rPr>
        <w:t>⏱ 70s  📰 Droidsans  #iPhoneDuo #iPhoneUltra #AppleRumors #TechExplained #กล้องไอโฟน  💡 The 'Foldable Camera Arms Race' Engineering Angle: มองข่าวกา</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E65100"/>
          <w:sz w:val="26"/>
        </w:rPr>
        <w:t xml:space="preserve">  💰  งบน้อย อยากได้ iPhone</w:t>
      </w:r>
    </w:p>
    <w:p>
      <w:pPr>
        <w:spacing w:before="40" w:after="0"/>
      </w:pPr>
    </w:p>
    <w:p>
      <w:pPr>
        <w:spacing w:before="160" w:after="40"/>
      </w:pPr>
      <w:r>
        <w:rPr>
          <w:rFonts w:ascii="Arial" w:hAnsi="Arial"/>
          <w:b/>
          <w:i w:val="0"/>
          <w:color w:val="E6510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งบ 25,000 อยากได้ iPhone 'มือหนึ่ง' ต้องรีบแล้ว! เพราะนี่อาจเป็นโอกาสสุดท้าย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ใครที่เก็บเงินรอซื้อ iPhone รุ่นธรรมดามือหนึ่ง ฟังทางนี้เลย! มีรายงานจาก Droidsans บอกว่า iPhone 15 และ iPhone 16 ที่กำลังจะมา อาจเป็น iPhone ล็อตสุดท้ายที่ยังเปิดตัวในราคาที่เราคุ้นเคยกันครับ</w:t>
        <w:br/>
        <w:br/>
        <w:t xml:space="preserve">แปลว่าอะไร? แปลว่าในอนาคต iPhone รุ่นเริ่มต้นอาจจะไม่ได้เปิดตัวที่ราคา 2-3 หมื่นอีกต่อไป แต่อาจจะขยับแพงขึ้นไปอีก! </w:t>
        <w:br/>
        <w:br/>
        <w:t>ดังนั้น ถ้าใครตั้งใจจะซื้อมือหนึ่งแบบไม่โปร และมีงบถึง iPhone 15 อยู่แล้ว นี่อาจจะเป็นจังหวะที่ดีที่สุดก่อนที่ราคามาตรฐานจะเปลี่ยนไปตลอดกาลครับ แต่ถ้าใครงบไม่ถึงจริงๆ ไม่เป็นไรนะ ตลาดมือสองยังมีรุ่นดีๆ รออยู่เพียบ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ใครเล็ง iPhone 15 อยู่บ้าง? หรือถ้ามีงบเท่าไหร่ comment มาเลย เดี๋ยวช่วยแนะนำรุ่นที่เหมาะที่สุดให้ครับ</w:t>
      </w:r>
    </w:p>
    <w:p>
      <w:pPr>
        <w:spacing w:before="0" w:after="40"/>
      </w:pPr>
      <w:r>
        <w:rPr>
          <w:rFonts w:ascii="Arial" w:hAnsi="Arial"/>
          <w:b w:val="0"/>
          <w:i/>
          <w:color w:val="888888"/>
          <w:sz w:val="16"/>
        </w:rPr>
        <w:t>⏱ 48s  📰 Droidsans  #ไอโฟน15 #iphone15 #ไอโฟน #ผ่อนไอโฟน #นักศึกษา  💡 The 'Last Call for Entry-Level' Alert: สร้างความรู้สึกเร่งด่</w:t>
      </w:r>
    </w:p>
    <w:p>
      <w:pPr>
        <w:spacing w:before="80" w:after="80"/>
        <w:pBdr>
          <w:bottom w:val="single" w:sz="4" w:space="1" w:color="DDDDDD"/>
        </w:pBdr>
      </w:pPr>
    </w:p>
    <w:p>
      <w:pPr>
        <w:spacing w:before="160" w:after="40"/>
      </w:pPr>
      <w:r>
        <w:rPr>
          <w:rFonts w:ascii="Arial" w:hAnsi="Arial"/>
          <w:b/>
          <w:i w:val="0"/>
          <w:color w:val="E6510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งบ 15,000 ตอนนี้ ซื้อ iPhone มือสอง หรือ Android ใหม่ดี? ข่าวนี้อาจทำให้คุณตัดสินใจง่ายขึ้นเยอะเลย!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เป็นคำถามโลกแตกมาตลอดว่างบหมื่นกลางๆ จะเลือก iPhone มือสองที่ตกรุ่นไปนิดหน่อย หรือไปเอา Android รุ่นใหม่แกะกล่องดี?</w:t>
        <w:br/>
        <w:br/>
        <w:t>ล่าสุดมีข่าวจาก Droidsans ว่า Samsung กำลังจะขึ้นราคามือถือหลายรุ่น สูงสุดถึง 7,000 บาท! ทำให้ Android รุ่นใหม่ๆ ในงบของเราอาจจะแพงขึ้น หรือได้สเปคที่ดรอปลง</w:t>
        <w:br/>
        <w:br/>
        <w:t>สถานการณ์แบบนี้ ยิ่งทำให้ iPhone มือสองอย่าง iPhone 13 หรือ 14 ดูน่าสนใจขึ้นไปอีก เพราะนอกจากจะได้ประสบการณ์ iOS ที่ลื่นไหล กล้องสวย และราคาขายต่อดีกว่าแล้ว ในงบเท่าเดิม เราอาจได้เครื่องที่ 'คุ้มค่า' กว่าในระยะยาว เมื่อเทียบกับ Android ที่ราคาพุ่งขึ้นไปครับ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ถ้าเป็นคุณในสถานการณ์นี้ งบ 15,000 จะเลือกทีมไหน? คอมเมนต์มาคุยกันครับ!</w:t>
      </w:r>
    </w:p>
    <w:p>
      <w:pPr>
        <w:spacing w:before="0" w:after="40"/>
      </w:pPr>
      <w:r>
        <w:rPr>
          <w:rFonts w:ascii="Arial" w:hAnsi="Arial"/>
          <w:b w:val="0"/>
          <w:i/>
          <w:color w:val="888888"/>
          <w:sz w:val="16"/>
        </w:rPr>
        <w:t>⏱ 52s  📰 Droidsans  #ไอโฟนมือสอง #iphoneมือสอง #samsung #ไอโฟนvsแอนดรอยด์ #ซื้อมือถือ  💡 The 'Safe Haven' Argument: ใช้ข่าวการขึ้นราคาของคู่แข่งเพื่อ</w:t>
      </w:r>
    </w:p>
    <w:p>
      <w:pPr>
        <w:spacing w:before="80" w:after="80"/>
        <w:pBdr>
          <w:bottom w:val="single" w:sz="4" w:space="1" w:color="DDDDDD"/>
        </w:pBdr>
      </w:pPr>
    </w:p>
    <w:p>
      <w:pPr>
        <w:spacing w:before="160" w:after="40"/>
      </w:pPr>
      <w:r>
        <w:rPr>
          <w:rFonts w:ascii="Arial" w:hAnsi="Arial"/>
          <w:b/>
          <w:i w:val="0"/>
          <w:color w:val="E6510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ใครรอ iPhone 18 เปิดตัวแล้วจะไปสอย iPhone 14-15 มือสองราคาถูกๆ... อาจต้องคิดใหม่!</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ปกติเราจะคิดว่าพอรุ่นใหม่เปิดตัวปุ๊บ รุ่นเก่าราคามือสองต้องร่วงระนาวแน่ๆ แต่เดี๋ยวก่อน! จากคลิปของคุณเอกวิทย์ มีการพูดถึงกระแสข่าวที่น่าสนใจว่า ขนาด iPhone 17 ยังอาจจะขึ้นราคาตาม iPhone 18 เลย</w:t>
        <w:br/>
        <w:br/>
        <w:t>นี่เป็นสัญญาณที่แปลกมาก และมันอาจจะส่งผลกระทบมาถึงตลาดมือสองได้ครับ ถ้า iPhone รุ่นใหม่ๆ แพงขึ้นแบบก้าวกระโดด คนก็จะหันมาหาซื้อรุ่นเก่าที่ยังแรงอยู่ อย่าง iPhone 14 หรือ 15 กันมากขึ้น พอความต้องการสูงขึ้น ราคาขายต่อมือสองก็อาจจะไม่ได้ลงแรงอย่างที่เราคิด หรืออาจจะทรงๆ ตัวด้วยซ้ำ</w:t>
        <w:br/>
        <w:br/>
        <w:t>ดังนั้น ใครที่เล็งรุ่นพวกนี้อยู่ การซื้อ 'ก่อน' ที่รุ่นใหม่จะเปิดตัว อาจจะได้ราคาที่ดีกว่าการไปรอช้อนซื้อทีหลังก็ได้ครับ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แล้วเพื่อนๆ ล่ะครับ กำลังรอสอย iPhone มือสองรุ่นไหนกันอยู่? คอมเมนต์บอกหน่อย!</w:t>
      </w:r>
    </w:p>
    <w:p>
      <w:pPr>
        <w:spacing w:before="0" w:after="40"/>
      </w:pPr>
      <w:r>
        <w:rPr>
          <w:rFonts w:ascii="Arial" w:hAnsi="Arial"/>
          <w:b w:val="0"/>
          <w:i/>
          <w:color w:val="888888"/>
          <w:sz w:val="16"/>
        </w:rPr>
        <w:t>⏱ 55s  📰 เอกวิทย์  #ไอโฟนมือสอง #iphoneมือสอง #ราคาไอโฟน #iphone14 #iphone15  💡 The 'Second-Hand Market Ripple Effect' Warning: เป็นการวิเคร</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37474F"/>
          <w:sz w:val="26"/>
        </w:rPr>
        <w:t xml:space="preserve">  🏢  นักธุรกิจ / ผู้บริหาร</w:t>
      </w:r>
    </w:p>
    <w:p>
      <w:pPr>
        <w:spacing w:before="40" w:after="0"/>
      </w:pPr>
    </w:p>
    <w:p>
      <w:pPr>
        <w:spacing w:before="160" w:after="40"/>
      </w:pPr>
      <w:r>
        <w:rPr>
          <w:rFonts w:ascii="Arial" w:hAnsi="Arial"/>
          <w:b/>
          <w:i w:val="0"/>
          <w:color w:val="37474F"/>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ผู้บริหารระดับ C-Suite พกอุปกรณ์เฉลี่ย 2.7 เครื่องต่อวัน แต่ข่าวลือเรื่อง iPhone จอพับอาจเปลี่ยนตัวเลขนี้ให้เหลือแค่ 1</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ตามรายงานจาก Droidsans, Apple กำลังพัฒนา iPhone จอพับที่อาจใช้ชื่อว่า 'iPhone Duo' ครับ นี่ไม่ใช่แค่โทรศัพท์ใหม่ แต่มันคือการเปลี่ยนวิธีทำงานของผู้บริหารโดยสิ้นเชิง</w:t>
        <w:br/>
        <w:br/>
        <w:t>ลองนึกภาพการรวม iPhone ที่คุณใช้สื่อสาร กับ iPad สำหรับการอ่านเอกสาร, ตอบอีเมลยาวๆ, หรือพรีเซนต์งานด่วนๆ ไว้ในอุปกรณ์เดียว เมื่อกางออก คุณจะได้หน้าจอขนาดใหญ่สำหรับงานที่ซับซ้อน พอพับเก็บ ก็คือ iPhone ที่พกพาสะดวก</w:t>
        <w:br/>
        <w:br/>
        <w:t>สำหรับองค์กร นี่หมายถึงการลดความซับซ้อนในการจัดการอุปกรณ์ (MDM), ลดความเสี่ยงด้านความปลอดภัยจากการมีอุปกรณ์หลายชิ้น และที่สำคัญคือการเพิ่ม Productivity ให้กับบุคลากรระดับสูงที่ทุกนาทีของเขามีค่า นี่คือกลยุทธ์ของ Apple ในการควบรวม workflow การทำงานให้จบในที่เดียวครับ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ทีมของคุณพร้อมสำหรับอุปกรณ์ฟอร์มแฟคเตอร์ใหม่หรือยัง? Follow ไว้สำหรับกลยุทธ์การใช้ Apple Ecosystem ในองค์กร</w:t>
      </w:r>
    </w:p>
    <w:p>
      <w:pPr>
        <w:spacing w:before="0" w:after="40"/>
      </w:pPr>
      <w:r>
        <w:rPr>
          <w:rFonts w:ascii="Arial" w:hAnsi="Arial"/>
          <w:b w:val="0"/>
          <w:i/>
          <w:color w:val="888888"/>
          <w:sz w:val="16"/>
        </w:rPr>
        <w:t>⏱ 60s  📰 Droidsans  #iPhoneDuo #AppleEcosystem #BusinessTech #Productivity #ไอโฟน  💡 The 'Executive Workflow Consolidation' Thesis: วางตำแหน่ง iP</w:t>
      </w:r>
    </w:p>
    <w:p>
      <w:pPr>
        <w:spacing w:before="80" w:after="80"/>
        <w:pBdr>
          <w:bottom w:val="single" w:sz="4" w:space="1" w:color="DDDDDD"/>
        </w:pBdr>
      </w:pPr>
    </w:p>
    <w:p>
      <w:pPr>
        <w:spacing w:before="160" w:after="40"/>
      </w:pPr>
      <w:r>
        <w:rPr>
          <w:rFonts w:ascii="Arial" w:hAnsi="Arial"/>
          <w:b/>
          <w:i w:val="0"/>
          <w:color w:val="37474F"/>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80% ของข้อมูลรั่วไหลในองค์กรเกิดจากอุปกรณ์พกพาที่ไม่ปลอดภัย การเลือกระหว่าง iPhone จอพับ กับ Samsung Foldable จึงไม่ใช่แค่เรื่องสเปค แต่เป็นเรื่องการบริหารความเสี่ยง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เมื่อพูดถึงอุปกรณ์จอพับสำหรับผู้บริหาร Droidsans ได้เปรียบเทียบตัวเลือกที่น่าสนใจระหว่าง Samsung และ iPhone Duo ที่มีข่าวลือออกมา</w:t>
        <w:br/>
        <w:br/>
        <w:t>ในมุมธุรกิจ การตัดสินใจนี้ลึกซึ้งกว่าแค่ฮาร์ดแวร์ครับ Samsung เป็นผู้นำด้านนวัตกรรมจอพับบนแพลตฟอร์ม Android ซึ่งให้ความยืดหยุ่นสูง แต่สำหรับฝ่าย IT นั่นอาจหมายถึงความท้าทายในการจัดการความปลอดภัยที่หลากหลายและ fragmented</w:t>
        <w:br/>
        <w:br/>
        <w:t>ในทางกลับกัน iPhone Duo ที่มีข่าวลือว่าจะมา จะทำงานบน iOS หรือ iPadOS ภายใน Ecosystem ของ Apple ที่เป็นระบบปิด ข้อดีที่ชัดเจนสำหรับองค์กรคือการรักษาความปลอดภัยแบบ End-to-end, การอัปเดตที่สม่ำเสมอพร้อมกันทุกเครื่อง และการ deploy ผ่าน Mobile Device Management (MDM) ที่ทำได้ง่ายกว่า นี่คือการเลือกระหว่าง 'ความยืดหยุ่นของฮาร์ดแวร์' กับ 'ความมั่นคงและความปลอดภัยของแพลตฟอร์ม' 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เราเพื่อวิเคราะห์ ROI ของ Apple Ecosystem สำหรับธุรกิจของคุณ</w:t>
      </w:r>
    </w:p>
    <w:p>
      <w:pPr>
        <w:spacing w:before="0" w:after="40"/>
      </w:pPr>
      <w:r>
        <w:rPr>
          <w:rFonts w:ascii="Arial" w:hAnsi="Arial"/>
          <w:b w:val="0"/>
          <w:i/>
          <w:color w:val="888888"/>
          <w:sz w:val="16"/>
        </w:rPr>
        <w:t>⏱ 65s  📰 Droidsans  #iPhoneDuo #CyberSecurity #EnterpriseTech #AppleVSamsung #MDM  💡 The 'Platform Risk vs. Ecosystem Security' Framework: ยกระดั</w:t>
      </w:r>
    </w:p>
    <w:p>
      <w:pPr>
        <w:spacing w:before="80" w:after="80"/>
        <w:pBdr>
          <w:bottom w:val="single" w:sz="4" w:space="1" w:color="DDDDDD"/>
        </w:pBdr>
      </w:pPr>
    </w:p>
    <w:p>
      <w:pPr>
        <w:spacing w:before="160" w:after="40"/>
      </w:pPr>
      <w:r>
        <w:rPr>
          <w:rFonts w:ascii="Arial" w:hAnsi="Arial"/>
          <w:b/>
          <w:i w:val="0"/>
          <w:color w:val="37474F"/>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มีรายงานว่า iPhone รุ่นใหม่อาจเริ่มต้นที่ 48,900 บาท แต่นี่ไม่ใช่แค่ราคาขายปลีก มันคือสัญญาณเตือนให้ฝ่ายการเงินและ IT ของคุณต้องวางแผนงบประมาณใหม่</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รายงานล่าสุดจาก Droidsans ระบุถึงราคาคาดการณ์ของ iPhone รุ่นใหม่ ซึ่งรวมถึง iPhone Duo ที่อาจมีราคาสูงขึ้นอย่างมีนัยสำคัญ</w:t>
        <w:br/>
        <w:br/>
        <w:t>สำหรับผู้บริหารและฝ่ายจัดซื้อในองค์กร ตัวเลขนี้เป็นมากกว่าป้ายราคาครับ มันคือ 'CapEx Planning Signal' หรือสัญญาณในการวางแผนงบประมาณการลงทุนในสินทรัพย์ระยะยาว ราคาที่สูงขึ้นของอุปกรณ์ระดับเรือธง กำลังจะกลายเป็นมาตรฐานใหม่ ซึ่งส่งผลโดยตรงต่อแผนการจัดซื้อและ chu kỳ การเปลี่ยนอุปกรณ์ (device refresh cycle) ของบริษัทในอีก 2-3 ปีข้างหน้า</w:t>
        <w:br/>
        <w:br/>
        <w:t>การเตรียมงบประมาณสำหรับอุปกรณ์ที่แพงขึ้น ต้องถูกนำมาพิจารณาควบคู่ไปกับ Total Cost of Ownership (TCO) ซึ่ง iPhone มักจะได้เปรียบในระยะยาวจากมูลค่าขายต่อที่สูงและความต้องการการซัพพอร์ตด้านเทคนิคที่น้อยกว่า นี่คือเวลาที่ต้องเริ่มประเมินกลยุทธ์การลงทุนด้านอุปกรณ์พกพาขององค์กรคุณใหม่แล้วครับ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อยากรู้ว่าการลงทุนใน iPhone คุ้มค่ากับองค์กรของคุณจริงไหม? Follow ไว้เลยครับ</w:t>
      </w:r>
    </w:p>
    <w:p>
      <w:pPr>
        <w:spacing w:before="0" w:after="40"/>
      </w:pPr>
      <w:r>
        <w:rPr>
          <w:rFonts w:ascii="Arial" w:hAnsi="Arial"/>
          <w:b w:val="0"/>
          <w:i/>
          <w:color w:val="888888"/>
          <w:sz w:val="16"/>
        </w:rPr>
        <w:t>⏱ 60s  📰 Droidsans  #iPhone18 #BusinessStrategy #TotalCostOfOwnership #CorporateFinance #TechROI  💡 The 'CapEx Planning Signal' Interpretation: ตีความข่าวลือเรื</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C62828"/>
          <w:sz w:val="26"/>
        </w:rPr>
        <w:t xml:space="preserve">  🔥  คนชอบข่าวลือ / leaks</w:t>
      </w:r>
    </w:p>
    <w:p>
      <w:pPr>
        <w:spacing w:before="40" w:after="0"/>
      </w:pPr>
    </w:p>
    <w:p>
      <w:pPr>
        <w:spacing w:before="160" w:after="40"/>
      </w:pPr>
      <w:r>
        <w:rPr>
          <w:rFonts w:ascii="Arial" w:hAnsi="Arial"/>
          <w:b/>
          <w:i w:val="0"/>
          <w:color w:val="C62828"/>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คุณอาจยังไม่รู้: iPhone จอพับที่ทุกคนรอคอย อาจทำให้ Apple ต้องจ่ายเงินมหาศาลให้คู่แข่งตลอดกาลอย่าง Samsung!</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มีข่าวลือหลุดมาใหม่ล่าสุดจาก 9to5Mac ครับ! Leaker รายหนึ่งอ้างว่า Apple อาจต้องจ่ายเงินให้ Samsung สูงถึง 250 ดอลลาร์ หรือประมาณ 9,000 บาท ต่อจอแสดงผลหนึ่งจอสำหรับ iPhone Duo ที่เป็นจอพับ! รายงานยังบอกอีกว่าดีลนี้อาจเป็นสัญญาระยะยาวถึง 3 ปีเลยทีเดียว นี่แสดงให้เห็นว่าแม้แต่ Apple ก็ยังต้องพึ่งพาเทคโนโลยีหน้าจอของคู่แข่งเบอร์หนึ่งสำหรับโปรเจกต์ที่ทะเยอทะยานที่สุด แค่ต้นทุนจอก็ปาไปขนาดนี้แล้ว ลองคิดดูว่าราคาขายจริงจะเปิดมาเท่าไหร่กันแน่?</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 iPhone Duo เปิดราคามาแสนนึงจะซื้อกันมั้ย? กด follow ไว้เลย มีข่าวใหม่เมื่อไหร่เดี๋ยวรีบมาอัปเดตทันที!</w:t>
      </w:r>
    </w:p>
    <w:p>
      <w:pPr>
        <w:spacing w:before="0" w:after="40"/>
      </w:pPr>
      <w:r>
        <w:rPr>
          <w:rFonts w:ascii="Arial" w:hAnsi="Arial"/>
          <w:b w:val="0"/>
          <w:i/>
          <w:color w:val="888888"/>
          <w:sz w:val="16"/>
        </w:rPr>
        <w:t>⏱ 45s  📰 9to5Mac  #iPhoneDuo #ไอโฟนจอพับ #Appleleaks #ข่าวไอที #รู้รอบไอที  💡 The 'Frenemy' Alliance Implication: วิเคราะห์ความสัมพันธ์เชิ</w:t>
      </w:r>
    </w:p>
    <w:p>
      <w:pPr>
        <w:spacing w:before="80" w:after="80"/>
        <w:pBdr>
          <w:bottom w:val="single" w:sz="4" w:space="1" w:color="DDDDDD"/>
        </w:pBdr>
      </w:pPr>
    </w:p>
    <w:p>
      <w:pPr>
        <w:spacing w:before="160" w:after="40"/>
      </w:pPr>
      <w:r>
        <w:rPr>
          <w:rFonts w:ascii="Arial" w:hAnsi="Arial"/>
          <w:b/>
          <w:i w:val="0"/>
          <w:color w:val="C62828"/>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ใครที่รอฟีเจอร์วัดความดันบน Apple Watch รุ่นใหม่อยู่...อาจจะต้องรอกันต่อไปอีกนิด และนี่คือเหตุผลที่คุณอาจคาดไม่ถึง!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ตามรายงานจาก iPhonemod ดูเหมือนว่าฟีเจอร์แจ้งเตือนความดันโลหิตสูง อาจจะยังไม่พร้อมใช้งานบน Apple Watch Series 12 และ Ultra 4 ที่กำลังจะเปิดตัวครับ แต่นี่ไม่ใช่เพราะ Apple ทำไม่ได้นะ! เหตุผลที่แท้จริงคือฟีเจอร์นี้กำลังอยู่ในขั้นตอนการขออนุมัติจากหน่วยงานกำกับดูแลด้านการแพทย์ ซึ่งเป็นกระบวนการที่เข้มงวดและซับซ้อนมาก นี่คือเบื้องหลังที่หลายคนไม่เคยรู้ ว่านวัตกรรมทางการแพทย์ล้ำๆ แบบนี้ มันไม่ใช่แค่เรื่องของเทคโนโลยี แต่ต้องผ่านกำแพงด้านกฎหมายและมาตรฐานความปลอดภัยที่สูงลิ่วก่อนจะมาถึงข้อมือเราได้</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ระหว่างรอฟีเจอร์นี้ คุณอยากได้ฟีเจอร์สุขภาพอะไรบน Apple Watch มากที่สุด? คอมเมนต์มาคุยกันหน่อย แล้วกด follow ไว้อัปเดตข่าวนี้กันต่อนะครับ!</w:t>
      </w:r>
    </w:p>
    <w:p>
      <w:pPr>
        <w:spacing w:before="0" w:after="40"/>
      </w:pPr>
      <w:r>
        <w:rPr>
          <w:rFonts w:ascii="Arial" w:hAnsi="Arial"/>
          <w:b w:val="0"/>
          <w:i/>
          <w:color w:val="888888"/>
          <w:sz w:val="16"/>
        </w:rPr>
        <w:t>⏱ 50s  📰 iMod  #AppleWatch #AppleWatchUltra #ฟีเจอร์ใหม่ #ข่าวApple #Gadget  💡 The 'Innovation Roadmap Detour' Reveal: เปลี่ยนมุมมองการดีเล</w:t>
      </w:r>
    </w:p>
    <w:p>
      <w:pPr>
        <w:spacing w:before="80" w:after="80"/>
        <w:pBdr>
          <w:bottom w:val="single" w:sz="4" w:space="1" w:color="DDDDDD"/>
        </w:pBdr>
      </w:pPr>
    </w:p>
    <w:p>
      <w:pPr>
        <w:spacing w:before="160" w:after="40"/>
      </w:pPr>
      <w:r>
        <w:rPr>
          <w:rFonts w:ascii="Arial" w:hAnsi="Arial"/>
          <w:b/>
          <w:i w:val="0"/>
          <w:color w:val="C62828"/>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ในขณะที่ Samsung กำลังจะเปิดตัว SmartTag รุ่นที่ 3 แล้ว...คำถามสำคัญก็คือ AirTag 2 ของ Apple หายไปไหน?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นี่คือภาพดีไซน์ที่หลุดออกมาของ Samsung Galaxy SmartTag3 ครับ! จากรายงานของ iPhonemod เผยให้เห็นดีไซน์ใหม่และมีให้เลือกถึง 2 สี ในขณะที่คู่แข่งขยับตัวแรงขนาดนี้ ฝั่ง Apple กลับเงียบสนิทเกี่ยวกับ AirTag รุ่นที่ 2 ทั้งที่รุ่นแรกก็เปิดตัวมานานมากแล้ว การเคลื่อนไหวของ Samsung ครั้งนี้เลยเหมือนเป็นการส่งสัญญาณกดดันไปที่ Apple แบบกลายๆ ว่าตลาดอุปกรณ์ติดตามยังมีการแข่งขันสูงอยู่นะ และถึงเวลาแล้วที่ AirTag ต้องมีการอัปเกรดครั้งใหญ่สักที</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 AirTag 2 จะออกมาจริง คุณอยากให้เพิ่มฟีเจอร์อะไรมากที่สุด? กด follow ไว้เลย ถ้ามีข่าวหลุด AirTag 2 เมื่อไหร่ ช่องเรารู้ก่อนใครแน่นอน!</w:t>
      </w:r>
    </w:p>
    <w:p>
      <w:pPr>
        <w:spacing w:before="0" w:after="40"/>
      </w:pPr>
      <w:r>
        <w:rPr>
          <w:rFonts w:ascii="Arial" w:hAnsi="Arial"/>
          <w:b w:val="0"/>
          <w:i/>
          <w:color w:val="888888"/>
          <w:sz w:val="16"/>
        </w:rPr>
        <w:t>⏱ 40s  📰 iMod  #AirTag #Apple #Samsung #ของหายได้คืน #ข่าวลือ  💡 The 'Competitive Pressure Cooker' Analysis: ใช้ข่าวการเคลื่อ</w:t>
      </w:r>
    </w:p>
    <w:p>
      <w:pPr>
        <w:spacing w:before="80" w:after="80"/>
        <w:pBdr>
          <w:bottom w:val="single" w:sz="4" w:space="1" w:color="DDDDDD"/>
        </w:pBdr>
      </w:pPr>
    </w:p>
    <w:p>
      <w:pPr>
        <w:spacing w:before="160" w:after="0"/>
      </w:pPr>
    </w:p>
    <w:p>
      <w:pPr>
        <w:spacing w:before="0" w:after="120"/>
        <w:jc w:val="center"/>
      </w:pPr>
      <w:r>
        <w:rPr>
          <w:rFonts w:ascii="Arial" w:hAnsi="Arial"/>
          <w:b w:val="0"/>
          <w:i/>
          <w:color w:val="AAAAAA"/>
          <w:sz w:val="16"/>
        </w:rPr>
        <w:t>Generated by TikTok Farming Pipeline  •  Next step: Script QC Agent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