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14 Sep 2026  08:04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เฮ้ย! เพื่อนในแก๊งหายไปไหนคนนึง? ข่าวลือล่าสุดบอกว่า iPhone 18 รุ่นธรรมดาอาจจะไม่มีแล้ว!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ช็อคเลยดิ! ฟังนะ ปกติไลน์อัพ iPhone จะมีรุ่นธรรมดา, Plus, Pro, Pro Max ใช่ปะ? แต่ล่าสุดมีรายงานว่า Apple อาจจะปรับทัพใหม่หมดจด! รุ่นธรรมดาอาจจะโดนเท แล้วส่งรุ่นใหม่ชื่อ 'iPhone 18 Slim' ลงมาแทน! คือจะบางลง เบาลง แต่จออาจจะใหญ่ขึ้น! เหมือนเปลี่ยนเพื่อนในแก๊งจากสายชิลล์เป็นสายโมเดลเฉยเลย อะ แล้วราคาก็อาจจะขยับขึ้นไปอีก! ใครทีมรุ่นธรรมดาอยู่คือต้องคิดหนักละงานนี้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 iPhone 18 อยู่บ้าง? คอมเมนต์มาหน่อย! แล้วกด follow ไว้เลย เดี๋ยวมาอัปเดตให้ไวสุด! 🔥</w:t>
      </w:r>
    </w:p>
    <w:p>
      <w:pPr>
        <w:spacing w:before="0" w:after="40"/>
      </w:pPr>
      <w:r>
        <w:rPr>
          <w:rFonts w:ascii="Arial" w:hAnsi="Arial"/>
          <w:b w:val="0"/>
          <w:i/>
          <w:color w:val="888888"/>
          <w:sz w:val="16"/>
        </w:rPr>
        <w:t>⏱ 40s  📰 Droidsans  #iPhone18 #ไอโฟน18 #Apple #ข่าวไอที #มือถือ  💡 The 'Squad Roster Shuffle' Angle: ไม่ได้มองการเปลี่ยนแปลงไลน</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อยากได้ฟีลตัวเอกปะ? Apple อาจจะจัดให้ด้วย iPhone จอพับตัวแรกในชื่อ 'iPhone Duo'!</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ลืมเรื่องทำงานไปก่อน! ลองนึกภาพตามนะ... แก๊งเพื่อนล้อมวงดู TikTok บนจอใหญ่ยักษ์ที่พับได้จากเครื่องแก! หรือตอนไปเที่ยว ตั้งกล้องถ่ายรูปกลุ่มแบบไม่ต้องหาที่วาง เพราะมันตั้งได้เอง! นี่แหละคือ iPhone Duo ตามข่าวลือ คือมันไม่ได้มาแค่พับได้เว้ย แต่มันจะเปลี่ยนวิธีที่เราใช้มือถือกับเพื่อนไปเลย ฟีลแบบหยิบออกมาปุ๊บ ทุกสายตาจับจ้อง! พลังตัวเอกเวอร์ๆ ข้อมูลจาก Droidsans บอกว่านี่คือ iPhone จอพับตัวแรกของ Apple เลยนะ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ถ้ามีจริงจะซื้อปะ? กด follow ไว้เลย ถ้ามีหลุดมาอีกจะรีบมาบอก! 🔥</w:t>
      </w:r>
    </w:p>
    <w:p>
      <w:pPr>
        <w:spacing w:before="0" w:after="40"/>
      </w:pPr>
      <w:r>
        <w:rPr>
          <w:rFonts w:ascii="Arial" w:hAnsi="Arial"/>
          <w:b w:val="0"/>
          <w:i/>
          <w:color w:val="888888"/>
          <w:sz w:val="16"/>
        </w:rPr>
        <w:t>⏱ 42s  📰 Droidsans  #iPhoneDuo #ไอโฟนจอพับ #Apple #iPhone18 #Gadget  💡 The 'Main Character' Gadget Angle: โฟกัสไปที่ผลกระทบต่อสถานะ</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เจอลาสบอสแล้ว! นี่อาจเป็นโอกาสสุดท้ายที่จะซื้อ iPhone ในราคาที่ยังเอื้อมถึง!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เกมเมอร์จะเข้าใจฟีลนี้... ตอนนี้เราอยู่หน้าบอสตัวสุดท้ายของการตัดสินใจละ! ข่าวล่าสุดคือ iPhone 15 กับ iPhone 16 ที่กำลังจะมาเนี่ย อาจเป็นล็อตสุดท้ายที่ราคายังไม่พุ่งไปไกลแบบติดจรวด เพราะมีรายงานว่ารุ่นต่อๆ ไปราคาจะโดดขึ้นอีกเยอะมาก! มันคือทางแยกเลยเว้ย ว่าจะใช้เงินตอนนี้เพื่อเคลียร์ด่านนี้ไปเลย หรือจะเก็บไว้เสี่ยงดวงกับบอสตัวหน้าที่โหดกว่า (และแพงกว่า) เดิม! ใครที่เล็งๆ อยู่ บอกเลยว่าเวลานับถอยหลังแล้วนะ!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ใครกำลังตัดสินใจอยู่บ้าง? พิมพ์ '15' หรือ '16' มาหน่อย! กด follow ด่วน มีดีลดีๆ จะรีบมาบอก! 🔥</w:t>
      </w:r>
    </w:p>
    <w:p>
      <w:pPr>
        <w:spacing w:before="0" w:after="40"/>
      </w:pPr>
      <w:r>
        <w:rPr>
          <w:rFonts w:ascii="Arial" w:hAnsi="Arial"/>
          <w:b w:val="0"/>
          <w:i/>
          <w:color w:val="888888"/>
          <w:sz w:val="16"/>
        </w:rPr>
        <w:t>⏱ 45s  📰 Droidsans  #iPhone15 #iPhone16 #ไอโฟน #ราคาไอโฟน #นักเรียน  💡 The 'Final Boss' Decision Point Angle: เปลี่ยนเรื่องการตัดสิ</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เปิดตัว แต่ทำไมราคา iPhone 17 ถึงสวนทางปรับขึ้น? นี่คือสิ่งที่คุณต้องรู้ก่อนตัดสินใจอัปเกรดครับ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เป็นสถานการณ์ที่แปลกมากครับ ปกติรุ่นใหม่มา รุ่นเก่าราคาต้องลง แต่นี่ไม่ใช่กับ iPhone 17 ที่มีรายงานจากคุณเอกวิทย์ว่าราคากลับปรับตัวสูงขึ้น! นี่หมายความว่ายังไงกับคนทำงานที่ใช้ iPhone 15 หรือ 16 อยู่?</w:t>
        <w:br/>
        <w:br/>
        <w:t>หนึ่งคือ Demand ของรุ่น Pro ปีก่อนๆ ยังสูงมาก และสองคือมันส่งผลโดยตรงกับราคาขายต่อครับ ตอนนี้อาจเป็น 'นาทีทอง' ของการขายเครื่องเก่าของคุณ เพราะราคา iPhone 17 ที่แพงขึ้น ดันให้ราคารับซื้อเครื่องมือสองรุ่นใกล้เคียงกันสูงตามไปด้วย</w:t>
        <w:br/>
        <w:br/>
        <w:t>คำถามคือ คุณจะใช้โอกาสนี้ขายเครื่องเก่าเพื่อทำกำไรสูงสุด แล้วรอสอย iPhone 18 ทีเดียวเลย หรือจะรอให้ตลาดนิ่งกว่านี้ ซึ่งก็เสี่ยงว่าราคาขายต่ออาจจะตกลงหลังจาก iPhone 18 วางขายจริงไปแล้ว เป็นการตัดสินใจที่ต้องชั่งน้ำหนักระหว่างความเสี่ยงกับผลตอบแทนทางการเงินเลยครับ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ตอนนี้ใช้รุ่นไหนกันอยู่ แล้วมีแพลนจะเปลี่ยนไหมครับ? คอมเมนต์มาคุยกันได้เลย</w:t>
      </w:r>
    </w:p>
    <w:p>
      <w:pPr>
        <w:spacing w:before="0" w:after="40"/>
      </w:pPr>
      <w:r>
        <w:rPr>
          <w:rFonts w:ascii="Arial" w:hAnsi="Arial"/>
          <w:b w:val="0"/>
          <w:i/>
          <w:color w:val="888888"/>
          <w:sz w:val="16"/>
        </w:rPr>
        <w:t>⏱ 55s  📰 เอกวิทย์  #iPhone18 #iPhone17 #ไอโฟน #การเงิน #เทรดอินไอโฟน  💡 The 'Resale Value Maximization' Window: มุมนี้ไม่ได้มองแค่เร</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ราคาไทย iPhone 18 Pro หลุดมาแล้ว เริ่มต้น 48,900 บาท! คำถามคือ...สำหรับมนุษย์เงินเดือน มันยังคุ้มอยู่ไหม?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ไม่ต้องเดากันอีกต่อไปครับ ล่าสุดมีรายงานราคาไทยอย่างไม่เป็นทางการจากหลายแหล่ง ทั้ง Droidsans และ อาตี๋รีวิว ว่า iPhone 18 Pro จะเริ่มต้นที่ 48,900 บาท ส่วนรุ่น Pro Max และ iPhone Duo ที่เป็นจอพับก็จะขยับราคาสูงขึ้นไปอีก</w:t>
        <w:br/>
        <w:br/>
        <w:t>ราคานี้ถือว่าเป็นการขยับขึ้นจากรุ่นก่อนพอสมควรเลยครับ สำหรับคนทำงานอย่างเราๆ นี่คือการลงทุนที่ต้องคิดหนักขึ้น การจะจ่ายเงินเกือบ 50,000 บาทสำหรับเครื่องมือทำงานชิ้นเดียวแปลว่ามันต้องตอบโจทย์เราได้จริงๆ ไม่ว่าจะเป็นเรื่องกล้องที่ต้องดีพอสำหรับงานคอนเทนต์ หรือฟีเจอร์ AI ที่จะเข้ามาช่วยให้เราทำงานได้เร็วขึ้น</w:t>
        <w:br/>
        <w:br/>
        <w:t>ดังนั้นก่อนจะตัดสินใจอัปเกรดจาก iPhone 15 หรือ 16 ที่ยังใช้งานได้ดีเยี่ยมอยู่ ลองถามตัวเองก่อนว่า ฟีเจอร์ใหม่ๆ ที่ลือกันมานั้น จะช่วยประหยัดเวลาหรือสร้างรายได้ให้เราได้คุ้มกับเงินที่ต้องจ่ายเพิ่มอีกหลายหมื่นบาทหรือเปล่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ถ้าต้องจ่าย 48,900 บาท คุณคิดว่าฟีเจอร์อะไรที่ต้องมีถึงจะเรียกว่าคุ้ม? คอมเมนต์บอกหน่อยครับ</w:t>
      </w:r>
    </w:p>
    <w:p>
      <w:pPr>
        <w:spacing w:before="0" w:after="40"/>
      </w:pPr>
      <w:r>
        <w:rPr>
          <w:rFonts w:ascii="Arial" w:hAnsi="Arial"/>
          <w:b w:val="0"/>
          <w:i/>
          <w:color w:val="888888"/>
          <w:sz w:val="16"/>
        </w:rPr>
        <w:t>⏱ 50s  📰 Droidsans  #iPhone18Pro #ราคาไอโฟน #Apple #ไอที #มนุษย์เงินเดือน  💡 The 'Affordability Threshold' Analysis: มุมนี้วิเคราะห์ว่ารา</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อนาคตของการทำงานบนมือถืออาจมีแค่ 2 ทางเลือก: จอพับเดียวแบบ Samsung หรือ 2 จอแยกของ iPhone Duo? คุณจะเลือกทีมไหน?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เมื่อมือถือจอพับกลายเป็นเครื่องมือทำงานชิ้นสำคัญ ตอนนี้เรากำลังเห็นทางแยกของเทคโนโลยี 2 แบบชัดเจนขึ้น ตามรายงานจาก Droidsans ที่เปรียบเทียบ Samsung Galaxy Z Fold รุ่นใหม่กับ iPhone Duo ที่ลือกันมานาน</w:t>
        <w:br/>
        <w:br/>
        <w:t>ฝั่ง Samsung คือปรัชญา 'จอเดียวใหญ่ไร้รอยต่อ' เหมาะกับการดูข้อมูลเยอะๆ เช่น ตาราง Excel หรือพรีเซนต์งานให้ลูกค้าดูบนจอขนาดใหญ่</w:t>
        <w:br/>
        <w:br/>
        <w:t>ในขณะที่ฝั่ง Apple กับ iPhone Duo ที่มีข่าวลือว่าจะเป็น '2 จอแยก' จะเน้นการทำงานแบบ Multi-tasking ที่สมบูรณ์แบบ เช่น จอนึงประชุมวิดีโอ อีกจอเปิดโน้ตเพื่อจดบันทึกไปพร้อมกัน เหมือนมีสองเครื่องในร่างเดียว แต่ก็จะมีขอบจอกั้นกลาง</w:t>
        <w:br/>
        <w:br/>
        <w:t>การเลือกจึงไม่ใช่แค่เรื่องแบรนด์ แต่เป็นการเลือก 'สไตล์การทำงาน' ที่เหมาะกับเราที่สุดครับ ระหว่างความต่อเนื่องของจอเดียว กับการแบ่งสัดส่วนชัดเจนของสองจอ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ถ้าต้องเลือกเครื่องเดียวสำหรับทำงาน คุณจะเลือกทีมไหน? ทีมจอพับ หรือ ทีม 2 จอแยก? คอมเมนต์บอกเหตุผลกันหน่อยครับ</w:t>
      </w:r>
    </w:p>
    <w:p>
      <w:pPr>
        <w:spacing w:before="0" w:after="40"/>
      </w:pPr>
      <w:r>
        <w:rPr>
          <w:rFonts w:ascii="Arial" w:hAnsi="Arial"/>
          <w:b w:val="0"/>
          <w:i/>
          <w:color w:val="888888"/>
          <w:sz w:val="16"/>
        </w:rPr>
        <w:t>⏱ 60s  📰 Droidsans  #iPhoneDuo #GalaxyZFold #มือถือจอพับ #Apple #Samsung  💡 The 'Workflow Philosophy' Clash: ยกระดับการเปรียบเทียบจากสเป</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จอพับอาจไม่ใช่แค่มือถือใหม่ แต่มันอาจจะมาแทน 'จอมอนิเตอร์' ที่ช่างภาพต้องพกไปกองถ่ายเลยก็ได้!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ตามข่าวลือจาก Droidsans เกี่ยวกับ iPhone Duo หรือไอโฟนจอพับตัวแรก ลองนึกภาพตามนะครับ... ช่างภาพอย่างเราไปอยู่หน้ากองถ่าย ปกติเราต้องต่อกล้องเข้าจอนอกเพื่อให้ลูกค้าหรือตัวเราเองดูภาพได้ชัดๆ แต่ถ้า iPhone Duo กางออกมาแล้วจอหนึ่งเป็น Viewfinder สำหรับควบคุมกล้อง ส่วนอีกจอแสดงผลเป็น Live Preview แบบ Full-screen ความละเอียดสูงล่ะครับ? มันจะเปลี่ยน workflow การทำงานไปเลย</w:t>
        <w:br/>
        <w:br/>
        <w:t>เราสามารถให้ลูกค้าดูภาพพรีวิวได้ทันทีจากจอที่สอง หรือเวลาถ่ายวิดีโอตัวเอง ก็ไม่ต้องพึ่งจอนอกเล็กๆ อีกต่อไป แถมยังใช้ความสามารถของตัวเครื่องในการตั้งเป็นขาตั้งกล้องในตัว (Flex mode) สำหรับถ่าย Long Exposure หรือ Timelapse ได้นิ่งขึ้นโดยไม่ต้องพกขาตั้งกล้องเล็กๆ เพิ่ม นี่คือการแก้ปัญหาที่มือโปรเจออยู่ทุกวัน ไม่ใช่แค่การเพิ่มขนาดจอธรรมดาๆ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Apple ทำกล้องแบบนี้จริง ช่างภาพจะซื้อมั้ย? กด Save คลิปนี้ไว้ก่อน เดี๋ยวมีข้อมูลลึกๆ เรื่องกล้องมาอัปเดตให้โดยเฉพาะ</w:t>
      </w:r>
    </w:p>
    <w:p>
      <w:pPr>
        <w:spacing w:before="0" w:after="40"/>
      </w:pPr>
      <w:r>
        <w:rPr>
          <w:rFonts w:ascii="Arial" w:hAnsi="Arial"/>
          <w:b w:val="0"/>
          <w:i/>
          <w:color w:val="888888"/>
          <w:sz w:val="16"/>
        </w:rPr>
        <w:t>⏱ 60s  📰 Droidsans  #iPhoneDuo #ไอโฟนจอพับ #ช่างภาพ #เทคนิคถ่ายรูป #Apple  💡 The 'Field Monitor Replacement' Workflow: วิเคราะห์ iPhone จ</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ช่างภาพสาย Apple ปะทะสาย Samsung เถียงกันมาตลอด... พอเป็น 'จอพับ' ใครจะชนะในเกมนี้? นี่ไม่ใช่แค่เรื่องสเปคกล้องครับ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เมื่อ Droidsans รายงานข่าวการมาของ iPhone Duo ที่จะมาแข่งกับ Samsung โดยตรง คำถามสำคัญสำหรับช่างภาพไม่ใช่แค่ 'ใครมีเลนส์ซูมดีกว่ากัน' แต่มันคือการปะทะกันของ 'ปรัชญาการทำภาพ' บนฟอร์มแฟคเตอร์ใหม่</w:t>
        <w:br/>
        <w:br/>
        <w:t>ฝั่ง Samsung มีประสบการณ์กับจอพับมาหลายปี มี FlexCam ที่ให้มุมมองการถ่ายภาพที่สร้างสรรค์ และภาพที่ได้ก็ขึ้นชื่อเรื่องสีสันที่สดใสจาก computational photography ส่วนฝั่ง Apple ถ้าเข้ามาในตลาดนี้จริง คงไม่ได้มาแค่ฮาร์ดแวร์ แต่จะยก ecosystem ระดับโปรอย่าง ProRAW และ ProRes Log video มาด้วย ลองนึกภาพการเปิดไฟล์ ProRAW เพื่อแก้สีบนจอใหญ่ของ iPhone Duo สิครับ มันคือ workflow ที่สมบูรณ์แบบในสนามเลย</w:t>
        <w:br/>
        <w:br/>
        <w:t>ดังนั้นการเลือกไม่ได้อยู่ที่ฮาร์ดแวร์ แต่อยู่ที่ว่าคุณเป็นช่างภาพสายไหน สายที่ต้องการความแม่นยำของสีและไฟล์ดิบที่ยืดหยุ่น หรือสายที่ต้องการความสร้างสรรค์จากฟีเจอร์กล้องและภาพที่สวยจบหลังกล้อง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คุณล่ะครับ ทีม Apple ProRAW หรือทีม Samsung FlexCam? คอมเมนต์บอกหน่อย! กด Save ไว้เลย เดี๋ยวเอาภาพตัวอย่างจากทั้งสองค่ายมาเทียบให้ดูแบบช็อตต่อช็อต</w:t>
      </w:r>
    </w:p>
    <w:p>
      <w:pPr>
        <w:spacing w:before="0" w:after="40"/>
      </w:pPr>
      <w:r>
        <w:rPr>
          <w:rFonts w:ascii="Arial" w:hAnsi="Arial"/>
          <w:b w:val="0"/>
          <w:i/>
          <w:color w:val="888888"/>
          <w:sz w:val="16"/>
        </w:rPr>
        <w:t>⏱ 68s  📰 Droidsans  #iPhoneDuo #GalaxyZFold8 #ถ่ายไงได้งี้ #กล้องมือถือ #ไอที  💡 The 'Photographic Philosophy' Clash: ยกระดับการเปรียบเทียบจา</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ความเชื่อที่ว่า 'มือถือจอพับกล้องต้องกาก' อาจจบลง... ถ้า Apple ใช้ชื่อ iPhone Duo 'Ultra' เพื่อล้างบางความเชื่อนี้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ช่างภาพหลายคนมองข้ามมือถือจอพับเพราะกล้องมักจะเป็นรองรุ่นท็อปเสมอ เพราะข้อจำกัดด้านความหนาและพื้นที่ แต่ตามรายงานล่าสุดจาก Droidsans มีการพูดถึงชื่อ iPhone Duo ควบคู่กับคำว่า 'Ultra' ด้วย</w:t>
        <w:br/>
        <w:br/>
        <w:t>คำว่า Ultra ในภาษาของ Apple ไม่เคยหมายถึงการประนีประนอม ลองดู Apple Watch Ultra สิครับ มันคือรุ่นที่จัดเต็มที่สุด แกร่งที่สุด แพงที่สุด ถ้า Apple จะใช้คำนี้กับ iPhone จอพับ มันอาจหมายความว่าพวกเขากำลังท้าทายข้อจำกัดทางวิศวกรรมที่เคยมีมาทั้งหมด</w:t>
        <w:br/>
        <w:br/>
        <w:t>เราอาจจะได้เห็นเซ็นเซอร์กล้องหลักขนาดเดียวกับรุ่น Pro Max, ระบบเลนส์ Periscope ที่ออกแบบใหม่ให้บางลง หรืออาจจะมีระบบกันสั่น Sensor-shift ที่ไม่เคยมีในจอพับรุ่นไหนมาก่อน นี่คือการส่งสัญญาณว่า Apple ไม่ได้จะทำแค่ 'iPhone ที่พับได้' แต่จะทำ 'กล้องระดับโปรที่พับได้' ซึ่งเป็นคนละเรื่องกันเลย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คิดว่า Apple จะใส่กล้องระดับ 'Ultra' มาในจอพับได้จริงมั้ย? กด Save คลิปนี้ไว้เลย ถ้าเปิดตัวจริง จะเอามาทดสอบให้ดูเป็นคนแรกๆ</w:t>
      </w:r>
    </w:p>
    <w:p>
      <w:pPr>
        <w:spacing w:before="0" w:after="40"/>
      </w:pPr>
      <w:r>
        <w:rPr>
          <w:rFonts w:ascii="Arial" w:hAnsi="Arial"/>
          <w:b w:val="0"/>
          <w:i/>
          <w:color w:val="888888"/>
          <w:sz w:val="16"/>
        </w:rPr>
        <w:t>⏱ 65s  📰 Droidsans  #iPhoneUltra #iPhoneDuo #Apple #ไอโฟน #ถ่ายภาพ  💡 The 'No-Compromise Camera' Engineering Challenge: วิเคราะห์ข</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ปลายๆ กำลังเล็ง iPhone 15 อยู่รึเปล่า? ฟังด่วน! เพราะนี่อาจเป็นโอกาสสุดท้ายที่จะได้ราคานี้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ใครที่เก็บเงินรอซื้อ iPhone 15 อยู่ต้องรีบเลยนะ! ล่าสุด Droidsans รายงานว่า iPhone 15 และ iPhone 16 ที่กำลังจะมา อาจเป็นล็อตสุดท้ายแล้วที่ยังเปิดตัวในราคาที่พอจับต้องได้ เพราะมีข่าวลือว่ารุ่นใหม่ๆ ในอนาคตจะแพงขึ้นอีกเยอะ</w:t>
        <w:br/>
        <w:br/>
        <w:t>แล้วมันเกี่ยวอะไรกับคนงบน้อย? เกี่ยวเต็มๆ เลยครับ! เพราะถ้าราคามือหนึ่งขยับขึ้นทั้งหมด ราคามือสองก็จะขยับตามไปด้วย จากที่เคยหา iPhone 13, 14 มือสองในสภาพดีๆ ราคาหมื่นกลางๆ ได้ อาจจะหายากขึ้นหรือแพงขึ้น</w:t>
        <w:br/>
        <w:br/>
        <w:t>แปลว่าถ้าคุณกำลังจะตัดสินใจ ตอนนี้อาจจะเป็นจังหวะที่ดีที่สุด ก่อนที่ราคาในตลาดทั้งมือหนึ่งและมือสองจะปรับตัวขึ้นตามกันไปหมดครับ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ใครมีงบเท่าไหร่กันอยู่ คอมเมนต์มาเลย เดี๋ยวช่วยดูให้ว่าควรจัดรุ่นไหนดีตอนนี้!</w:t>
      </w:r>
    </w:p>
    <w:p>
      <w:pPr>
        <w:spacing w:before="0" w:after="40"/>
      </w:pPr>
      <w:r>
        <w:rPr>
          <w:rFonts w:ascii="Arial" w:hAnsi="Arial"/>
          <w:b w:val="0"/>
          <w:i/>
          <w:color w:val="888888"/>
          <w:sz w:val="16"/>
        </w:rPr>
        <w:t>⏱ 48s  📰 Droidsans  #ไอโฟน15 #iphone15 #ไอโฟนมือสอง #ผ่อนไอโฟน #การเงิน  💡 The 'Market Floor' Shift Alert: วิเคราะห์ข่าวราคา iPhone รุ่</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15,000 เคยลังเลระหว่าง iPhone มือสองกับ Android มือหนึ่งมั้ย? ข่าวนี้อาจทำให้คุณตัดสินใจง่ายขึ้นเยอะเลย!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เป็นคำถามโลกแตกมาตลอดว่างบหมื่นกลางๆ จะเอา iPhone มือสองที่ตกรุ่นไปนิดหน่อย หรือไปเอา Android รุ่นใหม่แกะกล่องดี?</w:t>
        <w:br/>
        <w:br/>
        <w:t>ล่าสุดมีข่าวจาก Droidsans ว่า Samsung กำลังจะปรับขึ้นราคามือถือ สูงสุดถึง 7,000 บาท! แปลว่าในงบเท่าเดิม เราอาจจะได้ Android ที่สเปครองลงมา หรือต้องจ่ายแพงขึ้นสำหรับรุ่นที่เคยเล็งไว้</w:t>
        <w:br/>
        <w:br/>
        <w:t>พอเป็นแบบนี้ปุ๊บ ความคุ้มค่าของ iPhone มือสองอย่าง iPhone 13 หรือ 14 สภาพดีๆ มันเลยดูน่าสนใจขึ้นมาทันที เพราะในราคาที่ใกล้เคียงหรืออาจจะถูกกว่า เราได้ประสบการณ์ iOS ที่เสถียร ใช้ได้ยาวๆ แถมราคาขายต่อก็ดีกว่าด้วย</w:t>
        <w:br/>
        <w:br/>
        <w:t>เรียกว่าสถานการณ์ตอนนี้ ทำให้ iPhone มือสองกลายเป็นตัวเลือกที่สมเหตุสมผลมากขึ้นไปอีกครับ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ใครกำลังลังเลระหว่างสองค่ายนี้อยู่บ้าง? คอมเมนต์งบมา เดี๋ยวช่วยแนะนำให้!</w:t>
      </w:r>
    </w:p>
    <w:p>
      <w:pPr>
        <w:spacing w:before="0" w:after="40"/>
      </w:pPr>
      <w:r>
        <w:rPr>
          <w:rFonts w:ascii="Arial" w:hAnsi="Arial"/>
          <w:b w:val="0"/>
          <w:i/>
          <w:color w:val="888888"/>
          <w:sz w:val="16"/>
        </w:rPr>
        <w:t>⏱ 52s  📰 Droidsans  #ไอโฟนมือสอง #iphoneมือสอง #ซัมซุง #samsung #มือถืองบน้อย  💡 The 'Cross-Platform Value Re-evaluation' Argument: ใช้ข่าวกา</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มีเงิน 10,000 ก็อยากได้ iPhone ใช่ไหม? แต่ฟังข่าวลือนี้ก่อน เพราะมันอาจทำให้ iPhone มือสองแพงขึ้น!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ใครที่กำลังเก็บเงินก้อนแรก หวังจะซื้อ iPhone มือสองราคาดีๆ ต้องฟังทางนี้เลยครับ มีรายงานจากช่องคุณเอกวิทย์ว่า มีข่าวลือว่าในอนาคตราคา iPhone รุ่นใหม่อย่าง iPhone 17 อาจจะปรับตัวสูงขึ้นอีก</w:t>
        <w:br/>
        <w:br/>
        <w:t>เรื่องนี้อาจจะฟังดูไกลตัว แต่จริงๆ แล้วมันกระทบเราเต็มๆ เลยนะ เพราะเมื่อไหร่ที่ราคามือหนึ่งแพงขึ้น คนก็จะเริ่มหันมามองหาเครื่องมือสองกันมากขึ้น ทำให้ความต้องการสูงขึ้น แต่ของในตลาดอาจจะน้อยลงเพราะคนไม่ยอมขายเครื่องเก่า</w:t>
        <w:br/>
        <w:br/>
        <w:t>ผลก็คือ... iPhone มือสองสภาพดีๆ ก็จะแพงขึ้นตามไปด้วย! จากที่เคยหา iPhone 13 ได้ในราคาหมื่นต้นๆ อนาคตอาจจะต้องจ่ายแพงกว่านี้ ดังนั้น ถ้าใครเจอดีลดีๆ ตอนนี้ อาจจะต้องรีบตัดสินใจหน่อย ก่อนที่ตลาดจะปรับราคาขึ้นครับ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ตอนนี้ใครใช้รุ่นไหนอยู่ แล้วมีงบสำหรับเครื่องต่อไปเท่าไหร่? คอมเมนต์มาคุยกันครับ!</w:t>
      </w:r>
    </w:p>
    <w:p>
      <w:pPr>
        <w:spacing w:before="0" w:after="40"/>
      </w:pPr>
      <w:r>
        <w:rPr>
          <w:rFonts w:ascii="Arial" w:hAnsi="Arial"/>
          <w:b w:val="0"/>
          <w:i/>
          <w:color w:val="888888"/>
          <w:sz w:val="16"/>
        </w:rPr>
        <w:t>⏱ 50s  📰 เอกวิทย์  #ไอโฟนมือ2 #iphoneมือสอง #ไอโฟนราคาถูก #นักเรียนนักศึกษา #เก็บเงิน  💡 The 'Second-Hand Scarcity' Forecast: ตีความข่าวลือเรื่องราคา</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ผู้บริหาร 7 ใน 10 คนพกพาอุปกรณ์ Apple มากกว่าหนึ่งชิ้น — แล้วถ้า iPhone จอพับเครื่องเดียว สามารถแทนที่ทั้ง iPhone และ iPad ของคุณในการประชุมได้ล่ะครับ?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ตามรายงานจากหลายแหล่งข่าวรวมถึง Droidsans, Apple กำลังพัฒนา iPhone จอพับในชื่อที่คาดว่าจะเป็น 'iPhone Duo' อยู่จริงครับ</w:t>
        <w:br/>
        <w:br/>
        <w:t>สำหรับผู้บริหาร นี่ไม่ใช่แค่เรื่องของนวัตกรรม แต่คือการปฏิวัติ Workflow โดยสิ้นเชิง ลองนึกภาพการกางจอขนาดใหญ่ออกมาเพื่อตรวจสอบ Dashboard ของบริษัท, แก้ไขสไลด์นำเสนอ, หรืออ่านสัญญาที่ซับซ้อนได้ทันทีโดยไม่ต้องเปิด MacBook หรือหยิบ iPad ขึ้นมา</w:t>
        <w:br/>
        <w:br/>
        <w:t>เมื่อเทียบกับคู่แข่งอย่าง Samsung ที่บุกเบิกตลาดนี้มาแล้ว จุดแข็งของ Apple คือการผนวกเข้ากับ Ecosystem ที่ไร้รอยต่อได้อย่างสมบูรณ์แบบ ทั้ง Handoff, Universal Clipboard, และความปลอดภัยระดับองค์กรที่มาพร้อมกับชิปเซ็ตของตัวเอง</w:t>
        <w:br/>
        <w:br/>
        <w:t>นี่คือการรวมอุปกรณ์สองชิ้นให้เป็นหนึ่งเดียว ที่อาจลดภาระการพกพาและเพิ่มประสิทธิภาพการทำงานนอกสถานที่ได้อย่างมีนัยสำคัญ</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เพื่ออัปเดตว่า Apple ecosystem จะเปลี่ยนวิธีการทำงานของผู้บริหารได้อย่างไร</w:t>
      </w:r>
    </w:p>
    <w:p>
      <w:pPr>
        <w:spacing w:before="0" w:after="40"/>
      </w:pPr>
      <w:r>
        <w:rPr>
          <w:rFonts w:ascii="Arial" w:hAnsi="Arial"/>
          <w:b w:val="0"/>
          <w:i/>
          <w:color w:val="888888"/>
          <w:sz w:val="16"/>
        </w:rPr>
        <w:t>⏱ 65s  📰 Droidsans  #iPhoneDuo #AppleEcosystem #Productivity #ไอโฟนจอพับ #ผู้บริหาร  💡 The 'Executive Workflow Consolidation': วิเคราะห์ iPhone จอพ</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ข่าวลือราคา iPhone 18 ที่สูงขึ้นทุกปี ไม่ใช่แค่เรื่องของผู้บริโภค แต่เป็นตัวแปรสำคัญในการคำนวณงบประมาณ IT ขององค์กร...และนี่คือสิ่งที่ CFO ต้องพิจารณา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Droidsans รายงานถึงราคาคาดการณ์ของ iPhone รุ่นใหม่ที่อาจเริ่มต้นสูงถึง 48,900 บาท ซึ่งเป็นสัญญาณที่ชัดเจนสำหรับองค์กรที่ใช้ iPhone เป็นอุปกรณ์หลักของพนักงาน</w:t>
        <w:br/>
        <w:br/>
        <w:t>ในมุมมองธุรกิจ นี่คือจุดที่ต้องกลับมาทบทวนกลยุทธ์การจัดซื้อและวงจรการอัปเกรดอุปกรณ์ (Device Refresh Cycle) ทั้งหมด การตัดสินใจว่าจะซื้อ iPhone 15/16 ในล็อตใหญ่ตอนนี้เพื่อ 'ล็อค' ต้นทุน หรือจะตั้งงบประมาณเผื่อสำหรับราคาที่สูงขึ้นในอนาคต มีผลโดยตรงต่อกระแสเงินสดของบริษัท</w:t>
        <w:br/>
        <w:br/>
        <w:t>อย่างไรก็ตาม สิ่งที่ต้องพิจารณาควบคู่ไปกับราคาซื้อคือ 'มูลค่าคงเหลือ' (Residual Value) ที่สูงของ iPhone ซึ่งทำให้ Total Cost of Ownership หรือ TCO ตลอดอายุการใช้งาน 2-3 ปี มักจะต่ำกว่าคู่แข่ง การวางแผนที่ดีจะช่วยให้องค์กรสามารถบริหารจัดการสินทรัพย์ไอทีได้อย่างมีประสิทธิภาพสูงสุด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ถ้าอยากเข้าใจ ROI และ TCO ของอุปกรณ์ Apple ในเชิงธุรกิจ</w:t>
      </w:r>
    </w:p>
    <w:p>
      <w:pPr>
        <w:spacing w:before="0" w:after="40"/>
      </w:pPr>
      <w:r>
        <w:rPr>
          <w:rFonts w:ascii="Arial" w:hAnsi="Arial"/>
          <w:b w:val="0"/>
          <w:i/>
          <w:color w:val="888888"/>
          <w:sz w:val="16"/>
        </w:rPr>
        <w:t>⏱ 70s  📰 Droidsans  #iPhoneForBusiness #Apple #TCO #การลงทุน #ผู้บริหาร  💡 The 'Corporate Fleet Depreciation' Model: แปลงข่าวลือเรื่องร</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iPhone 18 อาจไม่มีรุ่นธรรมดาอีกต่อไป...นี่ไม่ใช่แค่ข่าวสำหรับผู้ใช้ทั่วไป แต่เป็นสัญญาณที่ฝ่ายจัดซื้อขององค์กรต้องจับตามองอย่างใกล้ชิด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ตามรายงานล่าสุดจาก Droidsans มีความเป็นไปได้ที่ Apple อาจตัด iPhone 18 รุ่นเริ่มต้นออกไปจากสายผลิตภัณฑ์ เหลือไว้เพียงรุ่น Pro หรือรุ่นที่มีราคาสูงขึ้น</w:t>
        <w:br/>
        <w:br/>
        <w:t>ในมุมมองของการจัดซื้ออุปกรณ์สำหรับองค์กร (Enterprise Procurement) นี่คือการเปลี่ยนแปลงที่มีนัยสำคัญ การที่ตัวเลือกน้อยลงอาจดูเหมือนเป็นข้อจำกัด แต่ในทางกลับกัน มันคือการ 'บังคับ' ให้เกิดมาตรฐานในองค์กรที่ชัดเจนขึ้น</w:t>
        <w:br/>
        <w:br/>
        <w:t>ฝ่ายไอทีสามารถวางแผนได้ง่ายขึ้น ว่าพนักงานทั่วไปจะใช้รุ่นปีก่อนหน้าที่ยังคุ้มค่า เช่น iPhone 16 ในขณะที่ผู้บริหารหรือทีมที่ต้องการประสิทธิภาพสูงสุดจะใช้ iPhone 18 Pro การทำแบบนี้ช่วยลดความซับซ้อนในการจัดการผ่านระบบ MDM, การซัพพอร์ตทางเทคนิค, และการจัดหาอุปกรณ์เสริม ทำให้การบริหารจัดการอุปกรณ์ทั้งองค์กรมีประสิทธิภาพและเป็นระบบเดียวกันมากขึ้น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 เพื่อวิเคราะห์ข่าว Apple ในมุมที่ผู้บริหารและฝ่ายไอทีต้องรู้</w:t>
      </w:r>
    </w:p>
    <w:p>
      <w:pPr>
        <w:spacing w:before="0" w:after="40"/>
      </w:pPr>
      <w:r>
        <w:rPr>
          <w:rFonts w:ascii="Arial" w:hAnsi="Arial"/>
          <w:b w:val="0"/>
          <w:i/>
          <w:color w:val="888888"/>
          <w:sz w:val="16"/>
        </w:rPr>
        <w:t>⏱ 60s  📰 Droidsans  #iPhone18 #Apple #EnterpriseTech #MDM #ไอทีองค์กร  💡 The 'Enterprise Procurement Standardization': วิเคราะห์การตั</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แค่ 'ค่าจอ' ของ iPhone จอพับรุ่นแรก ก็อาจจะแพงกว่าค่าเครื่องบางคนแล้ว!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มีรายงานล่าสุดจากสายข่าวหลุดว่า Apple อาจจะต้องจ่ายเงินให้ Samsung สูงถึง 250 ดอลลาร์ หรือประมาณ 9,000 กว่าบาท ต่อหน้าจอพับ 1 ชิ้นสำหรับโปรเจกต์ iPhone Duo ครับ! ย้ำนะครับว่านี่เป็นแค่ 'ต้นทุน' ของชิ้นส่วนเดียว ยังไม่รวมชิป, กล้อง, แบตเตอรี่, ค่าการตลาด และกำไรของ Apple เลยซักบาท! ข้อมูลนี้เป็นตัวบ่งชี้สำคัญเลยว่า iPhone จอพับจะถูกวางตำแหน่งไว้ในระดับ Ultra-Premium แน่นอน และความหวังที่จะเห็นจอพับราคาเข้าถึงง่ายจาก Apple ในรุ่นแรกคงเป็นไปได้ยากมาก 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คุณคิดว่าราคาเปิดตัวจะทะลุแสนมั้ย? กด follow ไว้เลย มีข้อมูลต้นทุนชิ้นอื่นหลุดมาเมื่อไหร่ จะรีบมาอัปเดตทันที!</w:t>
      </w:r>
    </w:p>
    <w:p>
      <w:pPr>
        <w:spacing w:before="0" w:after="40"/>
      </w:pPr>
      <w:r>
        <w:rPr>
          <w:rFonts w:ascii="Arial" w:hAnsi="Arial"/>
          <w:b w:val="0"/>
          <w:i/>
          <w:color w:val="888888"/>
          <w:sz w:val="16"/>
        </w:rPr>
        <w:t>⏱ 45s  📰 9to5Mac  #iPhoneDuo #ไอโฟนจอพับ #AppleLeaks #ข่าวลือ #ไอโฟน  💡 The 'Price Floor' Indicator: ใช้ข้อมูลต้นทุนของชิ้นส่วนเดียว</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ข่าวร้ายสำหรับคนรอ iPhone 18! มีข่าวลือว่ารุ่นธรรมดาอาจจะไม่มีขายอีกต่อไปแล้ว!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ใครที่กำลังรอ iPhone 18 รุ่นเริ่มต้นจอ 6.1 นิ้ว อาจจะต้องผิดหวังครับ เพราะมีกระแสข่าวลือออกมาว่า Apple อาจจะตัดรุ่นนี้ทิ้งในปีหน้า! ถ้าเป็นเรื่องจริง จะทำให้ไลน์อัพเริ่มต้นที่รุ่น Plus หรือรุ่น Slim ที่มีขนาดใหญ่และราคาสูงกว่าทันที นี่อาจเป็นกลยุทธ์ที่บีบให้เราต้องเลือกระหว่างการจ่ายเพิ่มเพื่อซื้อรุ่นใหม่ที่แพงขึ้น หรือหันไปซื้อรุ่น Pro ของปีก่อนแทน ซึ่งไม่ว่าจะเลือกทางไหน Apple ก็มีโอกาสได้กำไรต่อเครื่องสูงขึ้นอยู่ดี แต่ทั้งหมดนี้ยังเป็นแค่ข่าวลือที่ยังไม่ได้รับการยืนยันนะครับ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สุดท้ายไลน์อัพจะเป็นยังไง? กด follow ด่วน เดี๋ยวข้อมูลใหม่มารีบเล่าให้ฟัง!</w:t>
      </w:r>
    </w:p>
    <w:p>
      <w:pPr>
        <w:spacing w:before="0" w:after="40"/>
      </w:pPr>
      <w:r>
        <w:rPr>
          <w:rFonts w:ascii="Arial" w:hAnsi="Arial"/>
          <w:b w:val="0"/>
          <w:i/>
          <w:color w:val="888888"/>
          <w:sz w:val="16"/>
        </w:rPr>
        <w:t>⏱ 40s  📰 Droidsans  #iPhone18 #ไอโฟน18 #Apple #ข่าวไอที #มือถือ  💡 The 'Forced Upsell' Funnel: วิเคราะห์ข่าวลือการตัดรุ่นพื้นฐา</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ทำไม Apple ถึงยอมให้ Samsung นำหน้าเรื่องจอพับไปหลายปี? นี่อาจเป็นเหตุผลที่หลายคนคาดไม่ถึง!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หลายคนสงสัยว่าทำไม Apple ถึงช้าในตลาดจอพับ ทั้งที่ Samsung ทำมาแล้วหลายรุ่น คำตอบอาจไม่ใช่เพราะ Apple ทำไม่ได้ แต่เพราะพวกเขากำลังรอ 'จังหวะที่สมบูรณ์แบบ' ครับ ข่าวลือทั้งหมดเกี่ยวกับ iPhone Duo ชี้ว่า Apple ไม่ได้ตั้งใจจะแค่สร้าง 'มือถือที่พับได้' แต่ต้องการจะสร้างอุปกรณ์ที่จะมา 'กำหนดมาตรฐานใหม่' ให้กับตลาดนี้ เหมือนที่เคยทำกับ iPhone รุ่นแรก คือรอจนเทคโนโลยีพร้อม, ซอฟต์แวร์ลงตัว และมีประโยชน์การใช้งานที่ชัดเจนจริงๆ ก่อนจะเปิดตัว เพื่อให้มั่นใจว่าเมื่อ iPhone จอพับออกมา มันจะไม่ได้เป็นแค่ของเล่นสำหรับคนกลุ่มเล็กๆ แต่เป็นสิ่งที่ทุกคนต้องมี</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iPhone จอพับตัวแรกจะเปลี่ยนโลกได้จริงมั้ย? กด follow ไว้ รอดูไปพร้อมกัน!</w:t>
      </w:r>
    </w:p>
    <w:p>
      <w:pPr>
        <w:spacing w:before="0" w:after="40"/>
      </w:pPr>
      <w:r>
        <w:rPr>
          <w:rFonts w:ascii="Arial" w:hAnsi="Arial"/>
          <w:b w:val="0"/>
          <w:i/>
          <w:color w:val="888888"/>
          <w:sz w:val="16"/>
        </w:rPr>
        <w:t>⏱ 50s  📰 Droidsans  #iPhoneDuo #ไอโฟน #AppleRumor #จอพับ #เทคโนโลยี  💡 The 'Category-Defining Delay' Justification: เปลี่ยนมุมมองคว</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