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15 Sep 2026  08:38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อยากลองเล่น iPhone จอพับก่อนใครมะ? มานี่เดี๋ยวสอนทำ Animation เฟี้ยวๆ แบบ iPhone Duo ที่กำลังฮิตกัน!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เห็นใน TikTok เค้าฮิตทำคลิปโชว์ Animation พลิกจอเท่ๆ แบบ iPhone Duo กันปะ? จริงๆ มันไม่ใช่ฟีเจอร์ใหม่นะ แต่เป็นทริคที่ใครๆ ก็ทำได้!</w:t>
        <w:br/>
        <w:br/>
        <w:t xml:space="preserve">แค่มีแอป Keynote ที่ติดมากับเครื่อง iPhone อยู่แล้วนี่แหละ โคตรง่าย! </w:t>
        <w:br/>
        <w:t>1. หาภาพหน้าจอที่เราชอบมา 2 รูป</w:t>
        <w:br/>
        <w:t>2. เอาไปวางใน Keynote แล้วตั้งค่า Animation แบบ 'พลิกวัตถุ'</w:t>
        <w:br/>
        <w:t>3. กดอัดหน้าจอตอนมันเล่น Animation แค่นี้เอง!</w:t>
        <w:br/>
        <w:br/>
        <w:t>เสร็จแล้วก็เอาไปตัดต่อลงคลิป อวดเพื่อนในสตอรี่ได้เลย เหมือนมี iPhone Duo ในมือแล้วหนึ่งกรุบ!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ทำตามแล้วเป็นไง อย่าลืมมาโชว์กันนะ! กด follow ไว้เลย ทริคไอโฟนเด็ดๆ มีอีกเพียบ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อาตี๋รีวิว  #iphonetrick #iphoneduo #keynote #ทริคไอโฟน #สอนแต่งรูป  💡 The 'Viral Trend Simulation' Angle: มุมนี้เน้นการสอนให้ผู้ใช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ช็อค! ข่าวลือล่าสุด iPhone 18 รุ่นธรรมดาอาจจะไม่มีแล้ว!? แล้วชาวเราจะซื้อรุ่นไหนอะทีนี้!?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เรื่องจริงปะเนี่ย!? ตามรายงานข่าวลือจาก Droidsans นะ เค้าว่ากันว่าไลน์อัพ iPhone 18 ที่จะเปิดตัว อาจจะไม่มีรุ่นธรรมดาแล้ว!</w:t>
        <w:br/>
        <w:br/>
        <w:t>เหมือนเพื่อนซี้ในแก๊งค์ที่อยู่ด้วยกันมาตลอดจู่ๆ ก็หายไปเฉยเลย! โดยเค้าคาดว่าไลน์อัพใหม่อาจจะเหลือแค่รุ่น iPhone 18 Slim, iPhone 18 Pro, แล้วก็ Pro Max แทน</w:t>
        <w:br/>
        <w:br/>
        <w:t>เหตุผลอาจจะเพราะ Apple อยากจะดันให้คนขยับไปใช้รุ่น Pro หรืออาจจะเอารุ่น Slim มาเป็นตัวเริ่มต้นใหม่สำหรับสายบางเบาไปเลยก็ได้</w:t>
        <w:br/>
        <w:br/>
        <w:t>แต่อย่าเพิ่งตกใจนะทุกคน! นี่ยังเป็นแค่ 'ข่าวลือ' เท่านั้น ต้องรอ Apple ประกาศจริงอีกที!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ใครทีมรุ่นธรรมดาเหมือนกันบ้าง คอมเมนต์มาหน่อย! กด follow ไว้นะ เดี๋ยวมาอัปเดตให้ก่อนใคร! 🚀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#iphone18 #ข่าวไอที #apple #ไอโฟน #ข่าวลือ  💡 The 'Default Choice Dilemma' Angle: มุมนี้โฟกัสไปที่ผลกระทบท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Duo คืออะไร!? สรุป 3 เรื่องที่ต้องรู้ด่วนเกี่ยวกับ iPhone จอพับตัวแรกจาก Apple ที่ลือกันสนั่น!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ใครยังงงๆ ว่า iPhone Duo คืออะไร มานี่เลย!</w:t>
        <w:br/>
        <w:br/>
        <w:t>หนึ่ง: มันคือ iPhone จอพับ! แต่ตามข่าวลือจาก Droidsans บอกว่าอาจจะไม่เหมือนจอพับของ Samsung นะ แต่อาจจะเป็นสองจอแยกกันที่พับเข้าหากันได้เลย!</w:t>
        <w:br/>
        <w:br/>
        <w:t>สอง: ใช้ทำอะไรได้บ้าง? ลองคิดภาพตามนะ... จอนึงเปิด TikTok อีกจอนึงแชทเม้ากับเพื่อน! หรือจะกางจอออกเล่นเกมแบบเต็มตา! โคตรโกงอะ!</w:t>
        <w:br/>
        <w:br/>
        <w:t>สาม: จะมาเมื่อไหร่? อันนี้ยังไม่ยืนยันนะทุกคน! ยังเป็นแค่ข่าวลืออยู่เลย แต่หลายคนคาดว่าอาจจะมาช่วงเปิดตัว iPhone 18 หรือหลังจากนั้นนิดหน่อย ต้องรอดูกันยาวๆ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 iPhone Duo มาจริงจะซื้อกันมั้ย? บอกหน่อย! กด follow ไว้เลย ถ้ามีข่าวหลุดอะไรเพิ่ม จะรีบมาเล่าให้ฟัง!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#iphoneduo #ไอโฟนจอพับ #apple #iphone #เทคโนโลยี  💡 The 'Feature Fantasia' Angle: แทนที่จะวิเคราะห์สเปคหรือกลยุท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18 มาแล้ว แต่ทำไม iPhone 17 ถึงราคาแพงขึ้น? เรื่องนี้คนทำงานที่กำลังจะเปลี่ยนเครื่องต้องรู้เลยครับ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เป็นเรื่องที่เกิดขึ้นบ่อยแต่หลายคนอาจจะงงนะครับ ตามรายงานจากช่องเอกวิทย์ หลังจาก iPhone 18 เปิดตัว หลายคนคาดว่ารุ่นเก่าอย่าง iPhone 17 ราคาจะลง แต่กลายเป็นว่าราคาอาจจะขยับขึ้นซะงั้น! สาเหตุก็เพราะว่าพอรุ่นใหม่ล่าสุดออกมา คนกลุ่มหนึ่งจะมองหารุ่นรองท็อปที่ยังมีประสิทธิภาพสูงและราคาถูกกว่ารุ่นใหม่ ทำให้ความต้องการ iPhone 17 พุ่งขึ้นชั่วคราว ดันทั้งราคาเครื่องใหม่ที่ยังเหลือในสต็อกและราคามือสองให้สูงขึ้นไปด้วยครับ นี่คือช่วงเวลาวัดใจเลยว่าจะกัดฟันไป 18 ให้จบ หรือจะรออีกสักพักให้ราคา 17 กลับมาคงที่หลังจากกระแสช่วงแรกผ่านไป ใครที่วางแผนการเงินอยู่ต้องคิดให้ดีเลยครับ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คุณใช้รุ่นไหนอยู่ แล้วมีแผนจะเปลี่ยนไปรุ่นไหนครับ? คอมเมนต์คุยกันหน่อย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เอกวิทย์  #iPhone18 #iPhone17 #อัพเกรดiPhone #ราคาไอโฟน #มนุษย์เงินเดือน  💡 The 'Previous-Gen Premium' Trap Analysis: วิเคราะห์ปรากฏการณ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ราคาไทย iPhone 18 Pro เริ่มต้นที่ 48,900 บาท! คำถามคือราคานี้ คนทำงานอย่างเราควรจ่ายไหม คุ้มค่ารึเปล่า?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ตามรายงานล่าสุดจาก Droidsans ราคาเปิดตัวในไทยของ iPhone 18 Pro เริ่มต้นที่ 48,900 บาท ส่วนรุ่น Pro Max และ iPhone Duo รุ่นใหม่ก็ราคาสูงขึ้นไปอีกครับ สำหรับคนทำงานอย่างเราๆ การจ่ายเงินเกือบห้าหมื่นบาทสำหรับมือถือเครื่องเดียว ต้องคิดหนักเลยว่ามันคือการลงทุนที่คุ้มค่าไหม ถ้าฟีเจอร์ใหม่ๆ ของมันช่วยให้เราทำงานได้เร็วขึ้นจริง จัดการเอกสารนอกสถานที่ได้ดีขึ้น หรือกล้องมันดีพอที่จะใช้สร้างคอนเทนต์สำหรับงานได้เลย มันก็อาจจะคุ้มค่า แต่ถ้าการใช้งานหลักๆ ของเรายังเหมือนเดิม การอัพเกรดครั้งนี้อาจจะเป็นการจ่ายเงินเพื่อสิ่งที่เราไม่ได้ใช้เต็มประสิทธิภาพครับ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ถ้าต้องจ่ายเกือบ 50,000 บาท คุณคาดหวังฟีเจอร์อะไรที่ช่วยเรื่องงานมากที่สุด?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#iPhone18Pro #ราคาไอโฟน #รีวิวiPhone #คุ้มค่าไหม #Apple  💡 The 'Professional Tool ROI' Calculation: เปลี่ยนมุมมองจากการ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โอกาสสุดท้ายจริงๆ ที่จะซื้อ iPhone 15 และ 16 ได้ในราคาที่ถูกที่สุดตอนนี้ ก่อนที่ทุกอย่างจะเปลี่ยนไป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ใครที่เล็ง iPhone 15 หรือ iPhone 16 ไว้ ต้องฟังทางนี้เลยครับ Droidsans รายงานว่านี่อาจเป็นล็อตสุดท้ายแล้วที่เราจะหาซื้อรุ่นเหล่านี้ได้ในราคาปัจจุบัน เพราะหลังจาก iPhone 18 วางขายอย่างเป็นทางการ แนวโน้มคือราคาของรุ่นที่เก่ากว่า 1-2 ปีจะถูกปรับเปลี่ยน หรืออาจจะหาซื้อเครื่องใหม่มือหนึ่งยากขึ้นด้วยซ้ำ สำหรับคนทำงานที่ไม่ได้ต้องการฟีเจอร์ล่าสุดของรุ่น 18 แต่ต้องการอัพเกรดจากรุ่นเก่าๆ ขึ้นมาใช้เครื่องที่ยังทรงพลังและรองรับการอัปเดตไปอีกนาน การตัดสินใจซื้อ iPhone 15 หรือ 16 'ตอนนี้' คือจังหวะที่ฉลาดที่สุดครับ เป็นการล็อคราคาที่คุ้มค่า ก่อนที่ตลาดจะปรับฐานราคาใหม่ทั้งหมด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ใครกำลังเล็ง iPhone 15 หรือ 16 อยู่บ้างครับ? คอมเมนต์บอกหน่อยว่าใช้รุ่นไหนอยู่แล้วทำไมถึงอยากเปลี่ยน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#iPhone15 #iPhone16 #ซื้อไอโฟน #โปรไอโฟน #วางแผนการเงิน  💡 The 'Strategic Downgrade' Sweet Spot: ชี้ให้เห็นว่าการเลือกซ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จอพับจะมาแทนที่กล้อง Mirrorless ของคุณได้จริงเหรอ? มาดู workflow ที่จะเปลี่ยนไปตลอดกาลกัน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ช่างภาพทุกคนรู้ดีว่านอกจากกล้องแล้ว 'จอมอนิเตอร์' คืออุปกรณ์สำคัญที่สุดชิ้นนึงในสนาม แต่ถ้าสองอย่างนี้รวมกันเป็นชิ้นเดียวล่ะ? ตามรายงานจาก Droidsans เกี่ยวกับ iPhone Duo มันไม่ใช่แค่เรื่องจอพับได้ แต่มันคือการเปลี่ยน workflow ทั้งระบบ ลองนึกภาพตามนะครับ: จอด้านนอกสำหรับเล็งเฟรมและปรับค่าพื้นฐานไวๆ พอเปิดออกมา จอด้านในขนาดใหญ่จะกลายเป็น Live View ที่เต็มตา เห็นรายละเอียดครบถ้วน หรือจะใช้เป็นหน้าจอสำหรับควบคุมเครื่องมือ ProRAW และ Log Video โดยเฉพาะ โดยไม่บดบังภาพที่เรากำลังจะถ่าย นี่คือการมี Field Monitor ติดตัวตลอดเวลาโดยไม่ต้องพกอะไรเพิ่มเลย ถ้า Apple ทำได้จริงโดยไม่ลดสเปคกล้องระดับ Pro Max ลง นี่คือ Game-changer สำหรับคนทำงานวิดีโอและภาพนิ่งนอกสถานที่แน่นอน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ถ้ามี iPhone Duo ที่เป็นทั้งกล้องและจอมอนิเตอร์ในตัว คุณจะยอมทิ้งกล้องตัวหลักไหม? กด Save ไว้เลย เดี๋ยวข่าวลือชุดต่อไปมา จะมาเจาะลึกเรื่อง Sensor ให้ฟัง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#iPhoneDuo #AppleProRAW #ช่างภาพ #ไอโฟน #ถ่ายไงได้งี้  💡 The 'Integrated Field Monitor' Workflow: วิเคราะห์ iPhone จอ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ภาพจากมือถือจอพับ คุณเลือกทีมไหน? (โชว์ภาพสีสดจัดจ้าน vs ภาพสีธรรมชาติ) นี่คือสงคราม 'ปรัชญาการทำภาพ' ระหว่าง Samsung กับ Apple ที่ช่างภาพต้องเลือกข้าง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จากข่าวการมาของ iPhone Duo ที่ Droidsans รายงาน ทำให้ตลาดจอพับกำลังจะเดือด และสำหรับช่างภาพ มันไม่ใช่แค่การเลือกแบรนด์ แต่มันคือการเลือก 'ปรัชญา' ครับ ฝั่ง Samsung Galaxy Z Fold เปรียบเหมือนภาพที่ผ่านการโปรเซสมาแล้ว สีสันจัดจ้าน ไดนามิกเรนจ์สูง เปิดกล้องมาถ่ายยังไงก็สวยเลย เหมาะกับงานที่ต้องการความรวดเร็ว ส่วน Apple ตามสไตล์ จะเน้น Color Science ที่สมจริง เป็นธรรมชาติ ให้ไฟล์ ProRAW ที่ยืดหยุ่นสูงเหมือนไฟล์ดิบจากกล้องใหญ่ ให้เราคุมโทนสีและแสงในกระบวนการ Post-Production ได้เต็มที่ คำถามจึงไม่ใช่ว่าใครดีกว่า แต่คือ Workflow ของคุณเป็นแบบไหน? คุณต้องการภาพที่จบหลังกล้อง หรือต้องการไฟล์ที่ดีที่สุดเพื่อไปปั้นต่อในห้องมืดดิจิทัลของคุณ?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คุณอยู่ทีมสีสดจบไว หรือทีมสีจริงเอาไปปั้นต่อ? คอมเมนต์บอกหน่อย! กด Save ไว้เลย เดี๋ยวเอาไฟล์ ProRAW จาก iPhone มาลอง Grading เทียบกับไฟล์ Log จากกล้องใหญ่ให้ดู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#iPhoneDuo #GalaxyZFold #ColorGrading #ถ่ายภาพ #ช่างภาพมือถือ  💡 The 'Post-Processing Pipeline' Commitment: ตีความการเลือกระห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ข่าวลือบอกว่า iPhone จอพับอาจใช้ชื่อ 'Ultra'… คำนี้สำหรับ Apple หมายถึง 'ไม่ประนีประนอม' โดยเฉพาะเรื่องกล้อง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เวลา Apple ใช้คำว่า 'Ultra' ลองดู Apple Watch Ultra หรือชิป M-series Ultra มันคือการบอกว่านี่คือที่สุดแบบไม่มีข้อจำกัด Droidsans รายงานว่า iPhone จอพับอาจมาในชื่อนี้ ซึ่งถ้าเป็นจริง มันคือการประกาศว่า Apple จะแก้โจทย์ที่ยากที่สุดของมือถือจอพับ นั่นคือการใส่ชุดกล้องระดับเรือธงลงไปในตัวเครื่องที่บางและมีข้อต่อให้ได้ ช่างภาพรู้ดีว่าคุณภาพของภาพมาจากขนาดเซ็นเซอร์และชุดเลนส์เป็นหลัก การที่มือถือจอพับส่วนใหญ่ต้องลดสเปคกล้องลงก็เพราะข้อจำกัดทางวิศวกรรมนี้ แต่ถ้าชื่อ 'Ultra' มาจริง เราอาจจะได้เห็นเทคโนโลยีการวางเซ็นเซอร์แบบใหม่, Periscope Zoom ที่ไม่กินพื้นที่ หรือแม้กระทั่ง Variable Aperture ในตัวเครื่องที่พับได้ ซึ่งมันจะเป็นการสร้างมาตรฐานใหม่ให้วงการกล้องมือถือไปเลย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 iPhone Duo Ultra มาจริง คุณอยากเห็นนวัตกรรมกล้องอะไรที่โหดที่สุด? กด Save ไว้รอเลย ถ้าเปิดตัวจริง จะเอามาทดสอบในสภาพแสงน้อยเทียบกับกล้อง Full-Frame ให้ดู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75s  📰 Droidsans  #iPhoneUltra #iPhoneDuo #Apple #กล้องไอโฟน #เทคโนโลยี  💡 The 'Engineering Benchmark' Signal: วิเคราะห์การใช้ชื่อ 'Ult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มีงบหมื่นนิดๆ แต่อยากได้ iPhone? ฟังด่วน! เพราะมีข่าวว่า iPhone รุ่นเก่าอาจจะขึ้นราคาสวนทาง!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เพื่อนๆ เห็นข่าวจากช่องพี่เอกวิทย์กันรึยังครับ? มีรายงานว่าพอ iPhone 18 มาเนี่ย รุ่นเก่าอย่าง iPhone 17 กลับมีแนวโน้มราคาขึ้นซะงั้น! เรื่องนี้กระทบตลาดมือสองเต็มๆ เลยนะ เพราะพอราคาเครื่องศูนย์ขยับ ราคารับซื้อ-ขายต่อมือสองก็จะขยับตามไปด้วย</w:t>
        <w:br/>
        <w:br/>
        <w:t>ใครที่กำลังเล็ง iPhone มือสองสภาพดีในงบจำกัดอยู่ บอกเลยว่านี่เป็นช่วงหัวเลี้ยวหัวต่อสำคัญมาก อาจจะต้องรีบตัดสินใจก่อนที่ราคาตลาดมันจะปั่นป่วนไปมากกว่านี้ครับ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ใครมีงบเท่าไหร่กันบ้าง? ลอง comment มาเลย เดี๋ยวช่วยดูให้ว่ารุ่นไหนยังน่าซื้ออยู่ตอนนี้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เอกวิทย์  #ไอโฟนมือสอง #iphoneราคานักเรียน #ผ่อนไอโฟน #Apple #iPhone17  💡 The 'Pre-Shockwave' Purchase Strategy: มุมนี้มองข่าวราคาขึ้น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อยากได้ iPhone เครื่องใหม่! มีจริงเหรอ? รีบดูก่อนราคานี้จะหายไปตลอดกาล!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ใครที่เก็บเงินอยากได้ iPhone เครื่องใหม่แกะกล่อง แต่สู้ราคาตัวล่าสุดไม่ไหว ต้องฟังทางนี้เลย! Droidsans เค้าออกมาบอกว่า ตอนนี้อาจจะเป็น 'โอกาสสุดท้าย' ที่เราจะได้เห็น iPhone 15 หรือ iPhone 16 ในราคาที่ยังจับต้องได้</w:t>
        <w:br/>
        <w:br/>
        <w:t>เพราะปกติแล้วพอรุ่นใหม่เปิดตัวเต็มรูปแบบ Apple ก็จะปรับไลน์สินค้า บางทีรุ่นเก่าอาจจะเลิกขาย หรือราคาไม่ได้ลงไปมากกว่านี้แล้ว ถ้าใครกำเงินไว้แล้วเล็งสองรุ่นนี้อยู่ อาจจะต้องรีบตัดสินใจหน่อย เพราะราคานี้อาจจะไม่มีอีกแล้วจริงๆ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ใครเล็ง iPhone 15 หรือ 16 อยู่บ้าง? comment งบที่มีมา เดี๋ยวช่วยเทียบให้ว่าคุ้มมั้ยกับเงินที่ต้องจ่ายเพิ่มจากมือสอง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Droidsans  #iPhone15 #iPhone16 #ไอโฟนราคาถูก #รีวิวiPhone #Apple  💡 The 'New-Old Stock' Sweet Spot: มุมนี้เจาะไปที่ช่วงเวลาพิเศษ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รุ่นใหม่มา ทำไมรุ่นเก่าแพงขึ้น? งบ 15,000 ควรทำยังไงดี มาดูทางรอดกัน!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เห็นข่าวจาก Droidsans แล้วท้อเลยใช่มั้ยครับ ที่ว่า iPhone ราคาแพงขึ้นกันถ้วนหน้าหลังรุ่นใหม่เปิดตัว...แล้วคนงบน้อยอย่างเราจะทำยังไงดี?</w:t>
        <w:br/>
        <w:br/>
        <w:t>อย่าเพิ่งหมดหวัง! จริงๆ แล้วสถานการณ์แบบนี้เป็นโอกาสทองที่เราจะหันมามองตลาดเครื่อง Refurbished หรือมือสองคุณภาพดีเลยนะ เพราะถึงราคาเครื่องใหม่จะขึ้น แต่เรายังสามารถหารุ่นที่ยังแรงเหลือๆ อย่าง iPhone 13 หรือ iPhone 14 ในราคาหมื่นกลางๆ ได้สบายมาก ขอแค่เรารู้วิธีเช็คเครื่องให้เป็น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กำลังหา iPhone มือสองในงบเท่าไหร่กัน? คอมเมนต์มาเลย เดี๋ยวแชร์ทริคให้ว่าต้องเช็คอะไรบ้างก่อนซื้อ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Droidsans  #ไอโฟนมือสอง #IphoneRefurbished #สอนดูไอโฟนมือ2 #งบน้อยอยากได้ไอโฟน #Apple  💡 The 'Safe Harbor' Navigation Guide: มุมนี้ไม่ได้มองตลาดมือสอ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Apple อาจกำลังบังคับให้องค์กรของคุณต้องจ่ายแพงขึ้นโดยไม่รู้ตัว หลังมีข่าวลือว่า iPhone 18 จะไม่มีรุ่นธรรมดาอีกต่อไป นี่คือสิ่งที่ฝ่ายจัดซื้อและ IT ต้องเตรียมรับมือ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ตามรายงานล่าสุดจาก Droidsans, มีความเป็นไปได้สูงที่ Apple จะตัด iPhone 18 รุ่นธรรมดาออกจากไลน์อัพในปีนี้ แล้วเรื่องนี้สำคัญกับองค์กรของคุณอย่างไร?</w:t>
        <w:br/>
        <w:br/>
        <w:t>หนึ่ง คือ มาตรฐานขั้นต่ำของอุปกรณ์ในองค์กรจะสูงขึ้นทันที การไม่มีรุ่นพื้นฐานหมายความว่าตัวเลือกเริ่มต้นอาจกลายเป็นรุ่น Plus หรือต้องขยับไปใช้รุ่น Pro ของปีก่อนหน้า ซึ่งมีราคาและประสิทธิภาพสูงกว่า</w:t>
        <w:br/>
        <w:br/>
        <w:t>สอง คือ การบริหารจัดการอุปกรณ์ หรือ MDM (Mobile Device Management) อาจง่ายขึ้นในระยะยาว เพราะการมี SKU หรือรุ่นของอุปกรณ์น้อยลง ทำให้ฝ่าย IT สามารถออกมาตรฐานความปลอดภัยและซอฟต์แวร์ได้เป็นหนึ่งเดียวกันมากขึ้น ลดความซับซ้อนในการดูแลรักษา</w:t>
        <w:br/>
        <w:br/>
        <w:t>แต่ในระยะสั้น นี่คือความท้าทายด้านงบประมาณที่หลีกเลี่ยงไม่ได้ องค์กรที่เคยจัดซื้อ iPhone รุ่นพื้นฐานให้พนักงานเป็นจำนวนมาก อาจต้องทบทวนแผนงบประมาณประจำปีใหม่ทั้งหมดเพื่อรองรับต้นทุนต่อหน่วยที่สูงขึ้นครับ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 เพื่อวางแผนการจัดซื้อ iPhone สำหรับองค์กรให้คุ้มค่าและเกิดประโยชน์สูงสุด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62s  📰 Droidsans  #iPhone18 #AppleForBusiness #MDM #ผู้บริหาร #ไอที  💡 The 'Enterprise SKU Simplification' Strategy: วิเคราะห์การตั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ข่าวลือราคา iPhone Duo เริ่มต้นที่ 48,900 บาท อาจดูสูง แต่นี่อาจเป็นอุปกรณ์ที่ 'คุ้มค่าที่สุด' สำหรับผู้บริหารที่ต้องเดินทางบ่อย นี่คือเหตุผลครับ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Droidsans รายงานตัวเลขราคาคาดการณ์ของ iPhone Duo หรือ iPhone จอพับรุ่นแรกจาก Apple ซึ่งอาจเริ่มต้นเกือบห้าหมื่นบาท คำถามสำคัญสำหรับนักธุรกิจไม่ใช่ 'แพงไหม' แต่คือ 'มันจะมาแทนที่อุปกรณ์อะไรได้บ้าง?'</w:t>
        <w:br/>
        <w:br/>
        <w:t>ลองพิจารณาดูครับ ปัจจุบันผู้บริหารหลายท่านอาจต้องพกทั้ง iPhone สำหรับการสื่อสาร และ iPad สำหรับการอ่านเอกสาร, ตอบอีเมลยาวๆ, หรือนำเสนองานด่วนนอกสถานที่</w:t>
        <w:br/>
        <w:br/>
        <w:t>iPhone Duo ถูกออกแบบมาเพื่อยุบรวมสองสิ่งนี้เข้าด้วยกัน หน้าจอด้านนอกสำหรับการใช้งานทั่วไป และเมื่อกางออก คุณจะได้พื้นที่หน้าจอขนาดใกล้เคียง iPad mini สำหรับการทำงานที่ซับซ้อนขึ้น สามารถเปิดสองแอปพลิเคชันพร้อมกันเพื่อดูข้อมูลเปรียบเทียบ หรือประชุมทางวิดีโอพร้อมกับจดโน้ตได้ทันที</w:t>
        <w:br/>
        <w:br/>
        <w:t>การลงทุนครั้งเดียวใน iPhone Duo อาจหมายถึงการลดความจำเป็นในการจัดซื้อและดูแลรักษาอุปกรณ์ชิ้นที่สอง ซึ่งไม่เพียงแต่ลดภาระการพกพา แต่ยังช่วยให้ workflow การทำงานนอกสถานที่คล่องตัวและเป็นมืออาชีพมากขึ้นครับ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ถ้าอยากรู้ว่า Apple ecosystem จะช่วยเพิ่ม Productivity ให้ทีมของคุณได้อย่างไร กด Follow ไว้เลยครับ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68s  📰 Droidsans  #iPhoneDuo #Productivity #AppleEcosystem #นักธุรกิจ #ผู้บริหาร  💡 The 'Device Consolidation' Productivity Gain: วิเคราะห์ iPho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จอพับอาจไม่ใช่การแข่งเรื่องนวัตกรรมกับ Samsung แต่เป็นการส่งสัญญาณว่า Apple กำลังจะเปลี่ยนนิยามของ 'Mobile Workstation' สำหรับผู้บริหารไปตลอดกาล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ข่าวลือเรื่อง iPhone Duo ที่จะมาแข่งกับ Samsung Galaxy Z Fold ทำให้หลายคนโฟกัสที่การเปรียบเทียบสเปค แต่สำหรับโลกธุรกิจ มุมมองที่น่าสนใจกว่าคือ 'ปรัชญาการทำงาน' ที่แตกต่างกัน</w:t>
        <w:br/>
        <w:br/>
        <w:t>ตามรายงานข่าวต่างๆ, Apple ไม่ได้รีบเข้ามาในตลาดนี้ แต่รอจนกว่าจะสามารถสร้างอุปกรณ์ที่ตอบโจทย์ ecosystem ของตัวเองได้อย่างสมบูรณ์ นั่นหมายความว่า iPhone Duo ไม่ได้ถูกสร้างมาเพื่อเป็นแค่ 'มือถือจอพับได้' แต่มันถูกออกแบบมาเพื่อเป็นศูนย์กลางการทำงานเคลื่อนที่ที่เชื่อมต่อกับ Mac และ iPad ได้อย่างไร้รอยต่อ</w:t>
        <w:br/>
        <w:br/>
        <w:t>ลองนึกภาพการเริ่มทำ Presentation บน MacBook ที่ออฟฟิศ, แก้ไขเพิ่มเติมบน iPhone Duo ระหว่างเดินทางไปพบลูกค้า, และฉายพรีเซนต์นั้นขึ้นจอได้ทันทีโดยใช้แค่อุปกรณ์เครื่องเดียว นี่คือ workflow ที่สมบูรณ์แบบที่ Apple ตั้งใจจะมอบให้</w:t>
        <w:br/>
        <w:br/>
        <w:t>ดังนั้น การเปิดตัว iPhone Duo จึงไม่ใช่แค่การเปรียบเทียบฮาร์ดแวร์ แต่เป็นการเดิมพันว่าปรัชญา 'Ecosystem-First' ของ Apple จะสามารถสร้าง Productivity ที่เหนือกว่าคู่แข่งได้ในระยะยาวครับ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 ถ้าอยากอัปเดตเทรนด์เทคโนโลยีสำหรับผู้นำองค์กร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#iPhoneDuo #GalaxyZFold #AppleVsSamsung #FutureOfWork #TechLeader  💡 The 'Mobile Workstation Philosophy' Argument: ยกระดับการวิเค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คุณอาจยังไม่รู้ว่า... Apple มีแผนจะ 'ตัด' iPhone 18 รุ่นธรรมดาออกจากไลน์อัพทั้งหมด!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ช็อควงการ! มีข่าวลือหนาหูจากสายการผลิตว่า ปีนี้เราอาจจะไม่ได้เห็น iPhone 18 รุ่นเริ่มต้นอีกต่อไปแล้วครับ แต่ไลน์อัพจะถูกปรับใหม่หมด โดยอาจจะเริ่มที่รุ่น iPhone 18 Plus ไปเลย แล้วขยับไปที่ Pro และ Pro Max</w:t>
        <w:br/>
        <w:br/>
        <w:t>นี่อาจเป็นกลยุทธ์ใหม่ของ Apple ที่จะดันให้ราคาเริ่มต้นของ iPhone สูงขึ้นไปอีก และบีบให้คนที่อยากได้เครื่องใหม่ ต้องจ่ายเพิ่มเพื่อขยับไปรุ่น Plus หรือไม่ก็ต้องหันไปมองรุ่น Pro ของปีก่อนๆ แทน</w:t>
        <w:br/>
        <w:br/>
        <w:t>แน่นอนว่าข้อมูลนี้ยังไม่ได้รับการยืนยัน 100% นะครับ แต่ถ้าเป็นจริงขึ้นมา แผนเก็บเงินซื้อ iPhone ของหลายคนอาจจะต้องเปลี่ยนไปเลย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กด follow ไว้เลยครับ ถ้ามีข้อมูลยืนยันหรือข่าวหลุดเพิ่มเติม ผมจะรีบมาอัปเดตให้ทันที!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Droidsans  #iPhone18 #ไอโฟน18 #Apple #ข่าวลือไอโฟน #ไอที  💡 The 'Strategic Sacrifice' Angle: วิเคราะห์การตัดรุ่นธรรมดาออ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จอพับอาจจะไม่ได้สมบูรณ์แบบอย่างที่คุณคิด! นี่คือความจริงที่คนรอ 'iPhone Duo' รุ่นแรกต้องรู้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ใครที่กำลังตื่นเต้นกับข่าวลือ iPhone จอพับ ที่อาจจะใช้ชื่อว่า 'iPhone Duo' ต้องฟังทางนี้ก่อนครับ!</w:t>
        <w:br/>
        <w:br/>
        <w:t>ตามประวัติศาสตร์ของ Apple แล้ว สินค้าหมวดหมู่ใหม่ๆ รุ่นแรก มักจะมีข้อจำกัดบางอย่างเสมอ ไม่ว่าจะเป็นฟีเจอร์ที่ยังไม่ครบ หรือดีไซน์ที่ต้องรอการปรับปรุงในรุ่นที่สอง</w:t>
        <w:br/>
        <w:br/>
        <w:t>ถึงแม้ว่า iPhone จอพับจะเป็นนวัตกรรมที่น่าตื่นเต้นสุดๆ แต่ก็มีความเป็นไปได้สูงว่ามันอาจจะยังไม่สมบูรณ์แบบ 100% ในรุ่นแรก และอาจมีราคาที่สูงมากด้วย</w:t>
        <w:br/>
        <w:br/>
        <w:t>คำถามสำคัญคือ ถ้ามันมาจริง คุณจะเป็นทีม 'บุกเบิกรุ่นแรก' ที่พร้อมยอมรับความเสี่ยง หรือจะเป็นทีม 'รอรุ่นสอง' ที่ชัวร์กว่า?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คุณอยู่ทีมไหน? คอมเมนต์บอกกันหน่อย แล้วกด follow ไว้นะครับ อัปเดตทุกข่าวลือ iPhone จอพับที่นี่!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#iPhoneDuo #ไอโฟนจอพับ #AppleFold #Apple #iPhoneLeak  💡 The 'First-Gen Jitters' Dilemma Angle: สร้างบทสนทนาที่ยอมรับ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เตรียมเงินไว้เลย! ข่าวลือล่าสุดบอก iPhone 18 Pro อาจจะไม่ได้แค่ 'แพงขึ้น' แต่มันจะเปลี่ยนราคามาตรฐานของ iPhone ไปตลอดกาล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มีรายงานจากนักวิเคราะห์หลายสำนักว่า iPhone 18 Pro และ Pro Max ที่จะเปิดตัวปีหน้า อาจมีราคาที่พุ่งสูงขึ้นอย่างน่าตกใจ!</w:t>
        <w:br/>
        <w:br/>
        <w:t>แต่นี่ไม่ใช่แค่การขึ้นราคาธรรมดาครับ แต่มันคือกลยุทธ์ที่เรียกว่า 'การปักหมุดราคาใหม่' (Price Anchoring) คือ Apple กำลังจะทำให้ราคาสูงลิ่วของปีนี้ กลายเป็น 'ราคาปกติ' ในความรู้สึกของเรา เพื่อที่ในอนาคต การขึ้นราคาอีกนิดหน่อยจะดูเป็นเรื่องเล็กน้อยไปเลย</w:t>
        <w:br/>
        <w:br/>
        <w:t>พูดง่ายๆ คือ ทำให้เราชินกับราคาที่แพงขึ้นเรื่อยๆ นั่นเองครับ ใครที่เคยคิดว่า iPhone 15 Pro Max แพงแล้ว อาจจะต้องคิดใหม่เมื่อเจอราคาของรุ่น 18 Pro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ราคานี้คุณยังคิดว่าคุ้มอยู่มั้ย? กด follow ด่วนๆ ถ้ามีตัวเลขราคาหลุดมาเพิ่ม จะรีบเอามาบอกก่อนใคร!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52s  📰 Droidsans  #iPhone18Pro #ราคาไอโฟน #ไอโฟน18 #Apple #ข่าวไอที  💡 The 'New Normal' Price Anchor Angle: วิเคราะห์ข่าวลือเรื่องร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