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16 Sep 2026  08:16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เพื่อนทัก "ใช้ iPhone Duo แล้วเหรอ?" ทั้งที่ยังไม่เปิดตัว! ทำไงมาดู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ใครๆ ก็พูดถึง iPhone Duo จอพับตัวแรกจาก Apple ที่เป็นกระแสสุดๆ แต่กว่าจะมาก็อีกนาน... วันนี้จะสอนทริคทำ Animation พลิกจอเท่ๆ แบบในคลิปนี้เลย เอาไปตั้งบนหน้าจอแล้วหลอกเพื่อนได้แบบเนียนๆ แค่เข้าไปตั้งค่านิดหน่อย... (B-roll: แสดงขั้นตอนการตั้งค่า Widget หรือ Shortcut animation แบบเร็วๆ) ...เสร็จแล้ว! แค่นี้ก็ได้ฟีลเหมือนใช้ iPhone Duo ก่อนใครเพื่อน โคตรเฟี้ยว! ไปลองทำตามแล้วแท็กมาอวดหน่อยดิ๊!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อยากได้ทริคเจ๋งๆ แบบนี้อีก กด follow ไว้เลย! 🔥</w:t>
      </w:r>
    </w:p>
    <w:p>
      <w:pPr>
        <w:spacing w:before="0" w:after="40"/>
      </w:pPr>
      <w:r>
        <w:rPr>
          <w:rFonts w:ascii="Arial" w:hAnsi="Arial"/>
          <w:b w:val="0"/>
          <w:i/>
          <w:color w:val="888888"/>
          <w:sz w:val="16"/>
        </w:rPr>
        <w:t xml:space="preserve">⏱ 35s  📰 อาตี๋รีวิว  #iPhoneDuo #iphonetricks #ทริคไอโฟน #แต่งหน้าจอ #Apple  💡 The 'FOMO-Hacker' Angle: ไม่ใช่แค่การจำลองเทรนด์ แต่เป็นการ </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เก็บตังค์รอซื้อ iPhone 18 รุ่นธรรมดาอยู่ปะ? แผนอาจจะพังนะ!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ใครที่วางแผนอัปเกรดเป็นสเต็ป แบบรอสอย iPhone 18 รุ่นเริ่มต้นปีหน้า...ฟังทางนี้ด่วน! ตอนนี้มีข่าวลือหนาหูมากจากฝั่ง Droidsans ว่า Apple อาจจะตัด 'รุ่นธรรมดา' ออกไปเลย! เรื่องจริงปะเนี่ย!? ถ้าเป็นแบบนั้นจริง หมายความว่าไลน์อัพใหม่จะเริ่มที่รุ่น Pro หรือไม่ก็เป็นรุ่น Slim ตัวใหม่ไปเลย ซึ่งแน่นอนว่า...แพงขึ้นจุกๆ แผนเก็บเงินที่วางไว้อาจจะต้องรื้อใหม่หมดเลยนะเนี่ย!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ข่าวจริงไม่จริงยังไง เดี๋ยวมาอัปเดตให้! กดติดตามไว้เลยจะได้ไม่พลาด!</w:t>
      </w:r>
    </w:p>
    <w:p>
      <w:pPr>
        <w:spacing w:before="0" w:after="40"/>
      </w:pPr>
      <w:r>
        <w:rPr>
          <w:rFonts w:ascii="Arial" w:hAnsi="Arial"/>
          <w:b w:val="0"/>
          <w:i/>
          <w:color w:val="888888"/>
          <w:sz w:val="16"/>
        </w:rPr>
        <w:t>⏱ 40s  📰 Droidsans  #iPhone18 #ไอโฟน18 #Apple #ข่าวไอที #รอบรู้ไอที  💡 The 'Upgrade Path Disruption' Angle: โฟกัสไปที่การพังทลาย 'เ</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จอพับไม่ได้มีไว้แค่ใช้คนเดียว! แต่มันจะเปลี่ยนวิธีเล่นกับเพื่อนไปเลย!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ทุกคนน่าจะได้ยินข่าวลือ iPhone Duo จอพับตัวแรกของ Apple กันแล้วใช่มะ? แต่ลองคิดภาพตามนะ... นอกจากจอจะใหญ่สะใจแล้ว มันคือสุดยอดเครื่องเล่นกับเพื่อนเลยเว้ย! นั่งตรงข้ามกันก็เล่นเกมได้แบบไม่ต้องแบ่งจอเล็กๆ หรือจะเปิด TikTok ดูกับแก๊งค์ตอนกินข้าวก็คือเห็นชัดทุกคน ไม่ต้องมุง! กลายเป็นศูนย์กลางของวงได้ง่ายๆ เลย แบบนี้แหละที่เรียกว่าอัปเกรดประสบการณ์จริง! ไม่ใช่แค่จอพับได้เฉยๆ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iPhone Duo มาจริง จะเอาไปทำอะไรกับเพื่อน? คอมเมนต์มาหน่อย! แล้วกดฟอลไว้รอเลย!</w:t>
      </w:r>
    </w:p>
    <w:p>
      <w:pPr>
        <w:spacing w:before="0" w:after="40"/>
      </w:pPr>
      <w:r>
        <w:rPr>
          <w:rFonts w:ascii="Arial" w:hAnsi="Arial"/>
          <w:b w:val="0"/>
          <w:i/>
          <w:color w:val="888888"/>
          <w:sz w:val="16"/>
        </w:rPr>
        <w:t>⏱ 38s  📰 Droidsans  #iPhoneDuo #ไอโฟนจอพับ #Apple #ไอโฟน #gadget  💡 The 'Social Hub Evolution' Angle: ตีความ iPhone จอพับใหม่ ไม</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เปิดตัว แต่ทำไม iPhone 17 ถึงจะแพงขึ้น? นี่คือเหตุผลที่คุณต้องรู้ก่อนตัดสินใจอัปเกรด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ปกติรุ่นใหม่มา รุ่นเก่าต้องราคาลงใช่ไหมครับ? แต่ตามรายงานจากคุณเอกวิทย์ ดูเหมือนว่าปีนี้อาจไม่เป็นแบบนั้นครับ มีความเป็นไปได้สูงว่าหลัง iPhone 18 เริ่มวางขาย ราคาของ iPhone 17 ทั้งมือหนึ่งที่ยังเหลือในสต็อกและในตลาดมือสองอาจจะดีดตัวสูงขึ้นชั่วคราว </w:t>
        <w:br/>
        <w:br/>
        <w:t xml:space="preserve">เหตุผลหลักๆ ก็เพราะ Apple จะเริ่มลดการผลิต iPhone 17 ลง ทำให้เครื่องใหม่ในตลาดน้อยลง สวนทางกับความต้องการของคนที่คิดว่า 'ไม่ต้องเอาใหม่ล่าสุดก็ได้' ซึ่งมีอยู่เยอะมาก ทำให้เกิดภาวะของขาดตลาดระยะสั้น </w:t>
        <w:br/>
        <w:br/>
        <w:t>ดังนั้นสำหรับคนทำงานที่เล็ง iPhone 17 อยู่ นี่อาจเป็นช่วงเวลาที่ดีที่สุดในการตัดสินใจครับ ถ้าคุณรอให้ iPhone 18 วางขายก่อน ราคาอาจจะไม่เป็นใจเหมือนตอนนี้ และตลาดมือสองก็จะผันผวนหนักมากในช่วงแรก</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iPhone 15 หรือ 16 อยู่ แล้วกำลังเล็ง 17 บ้าง? คอมเมนต์มาคุยกันครับ</w:t>
      </w:r>
    </w:p>
    <w:p>
      <w:pPr>
        <w:spacing w:before="0" w:after="40"/>
      </w:pPr>
      <w:r>
        <w:rPr>
          <w:rFonts w:ascii="Arial" w:hAnsi="Arial"/>
          <w:b w:val="0"/>
          <w:i/>
          <w:color w:val="888888"/>
          <w:sz w:val="16"/>
        </w:rPr>
        <w:t>⏱ 55s  📰 เอกวิทย์  #iPhone18 #iPhone17 #อัปเกรดiPhone #การตลาด #ไอทีน่ารู้  💡 The 'Pre-Launch Scarcity' Effect: วิเคราะห์ปรากฏการณ์ที่ราคา</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40,000 บาท ปีนี้อาจซื้อ iPhone รุ่นใหม่ไม่ได้แล้ว! เมื่อมีข่าวลือว่าราคา iPhone 18 Pro เริ่มต้นที่ 48,900 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มนุษย์เงินเดือนที่ตั้งงบอัปเกรดมือถือไว้ประมาณ 3-4 หมื่นอาจต้องคิดใหม่ครับ เพราะตามรายงานล่าสุดจากหลายสื่อ รวมถึงคุณอาตี๋รีวิว ราคาเปิดตัวของ iPhone 18 Pro ในไทยลือกันว่าจะเริ่มต้นที่ 48,900 บาท </w:t>
        <w:br/>
        <w:br/>
        <w:t>ที่น่าสนใจคือ ปีนี้อาจจะไม่มี iPhone 18 รุ่นธรรมดาเปิดตัวมาเป็นตัวเลือกที่ราคาเข้าถึงง่ายกว่าเดิม ทำให้รุ่นเริ่มต้นของปีนี้กลายเป็นรุ่น Pro ไปโดยปริยาย ซึ่งหมายความว่าราคาเริ่มต้นของ iPhone รุ่นใหม่ ขยับสูงขึ้นไปเกือบ 50,000 บาทเลยทีเดียว</w:t>
        <w:br/>
        <w:br/>
        <w:t>คำถามสำคัญสำหรับคนทำงานคือ จะยอมเพิ่มงบอีกเกือบหมื่นเพื่อเทคโนโลยีล่าสุดในรุ่น Pro หรือจะเลือกซื้อ iPhone 17 หรือแม้กระทั่ง iPhone 16 ที่ยังคงประสิทธิภาพดีเยี่ยมในราคาที่คุ้มค่ากว่า นี่คือจุดที่ต้องชั่งน้ำหนักระหว่างนวัตกรรมกับความคุ้มค่าทางการเงินจริงๆ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ถ้าต้องจ่ายเพิ่มเพื่อรุ่น Pro จะยอมจ่ายไหม หรือพอใจกับรุ่นก่อนหน้า? คอมเมนต์บอกหน่อยครับ</w:t>
      </w:r>
    </w:p>
    <w:p>
      <w:pPr>
        <w:spacing w:before="0" w:after="40"/>
      </w:pPr>
      <w:r>
        <w:rPr>
          <w:rFonts w:ascii="Arial" w:hAnsi="Arial"/>
          <w:b w:val="0"/>
          <w:i/>
          <w:color w:val="888888"/>
          <w:sz w:val="16"/>
        </w:rPr>
        <w:t>⏱ 60s  📰 อาตี๋รีวิว  #iPhone18Pro #ราคาไอโฟน #มนุษย์เงินเดือน #วางแผนการเงิน #คุ้มค่า  💡 The 'Entry-Point Elimination' Budget Impact: วิเคราะห์ผลกระท</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 จะช่วยให้เราทำงานได้เร็วขึ้นจริงไหม? เมื่อเทียบกับเจ้าตลาดอย่าง Samsung</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ข่าวลือเรื่อง iPhone Duo หรือ iPhone จอพับเริ่มหนาหูขึ้นเรื่อยๆ ครับ ล่าสุด Droidsans ก็มีการพูดถึงประเด็นนี้ แต่สำหรับคนทำงานอย่างเรา คำถามสำคัญไม่ใช่แค่ 'ว้าว' หรือไม่ แต่คือ 'มันคุ้มค่าตัวหรือเปล่า?'</w:t>
        <w:br/>
        <w:br/>
        <w:t>ลองนึกภาพตามนะครับ จอหนึ่งเปิดอีเมล อีกจอเปิดสไลด์เพื่อเตรียมพรีเซนต์งานไปพร้อมกัน หรือประชุมออนไลน์จอหนึ่ง อีกจอจดโน้ตได้ทันทีโดยไม่ต้องสลับแอป นี่คือศักยภาพด้าน Productivity ที่มือถือจอเดียวให้ไม่ได้</w:t>
        <w:br/>
        <w:br/>
        <w:t>แน่นอนว่า Samsung เป็นเจ้าตลาดในเรื่องนี้มาก่อน แต่จุดแข็งของ Apple คือ Ecosystem ถ้า iPhone Duo สามารถทำงานร่วมกับ MacBook และ iPad ได้แบบไร้รอยต่อ มันอาจกลายเป็นเครื่องมือที่ยุบรวม iPhone และ iPad ไว้ในเครื่องเดียวได้จริง ทำให้การทำงานนอกสถานที่คล่องตัวขึ้นมาก</w:t>
        <w:br/>
        <w:br/>
        <w:t>ถึงแม้ข้อมูลสเปคจะยังไม่ได้รับการยืนยัน แต่แนวคิดนี้ก็น่าสนใจมากสำหรับคนที่ต้องการอุปกรณ์ที่ทรงพลังและยืดหยุ่นในการทำงานครับ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ฟีเจอร์ไหนในมือถือจอพับ ที่จะทำให้งานของคุณเร็วขึ้นได้จริง? คอมเมนต์มาแชร์กันครับ</w:t>
      </w:r>
    </w:p>
    <w:p>
      <w:pPr>
        <w:spacing w:before="0" w:after="40"/>
      </w:pPr>
      <w:r>
        <w:rPr>
          <w:rFonts w:ascii="Arial" w:hAnsi="Arial"/>
          <w:b w:val="0"/>
          <w:i/>
          <w:color w:val="888888"/>
          <w:sz w:val="16"/>
        </w:rPr>
        <w:t>⏱ 58s  📰 Droidsans  #iPhoneDuo #จอพับ #Productivity #ทำงาน #Apple  💡 The 'Workflow Revolution' Potential: ประเมินมูลค่าของ iPhone</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กล้อง iPhone จอพับ จะสู้ iPhone 18 Pro ที่เป็นทรงแท่งไม่ได้จริงเหรอ? เบื้องหลังมันมีเรื่อง 'ฟิสิกส์' ที่ช่างภาพต้องรู้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 AppleInsider ที่น่าสนใจมากครับ คือการเปรียบเทียบระบบกล้องระหว่าง iPhone Duo ที่เป็นจอพับ กับ iPhone 18 Pro ที่เป็นทรงแท่งแบบที่เราคุ้นเคยกัน ประเด็นสำคัญมันอยู่ที่ข้อจำกัดทางกายภาพครับ โทรศัพท์ทรงแท่งแบบ iPhone 18 Pro มี 'ความลึก' ของตัวเครื่องมากกว่า ทำให้มีพื้นที่ใส่เซ็นเซอร์ขนาดใหญ่และชุดเลนส์ที่ซับซ้อนได้เต็มที่กว่า แต่สำหรับ iPhone Duo ที่ต้องบางเฉียบเวลาพับ การออกแบบกล้องจึงเป็นความท้าทายทางวิศวกรรมอย่างสูง นี่ไม่ใช่ 'ข้อบกพร่อง' นะครับ แต่มันคือ 'การแลกเปลี่ยนเชิงดีไซน์' (Design Compromise) มีความเป็นไปได้สูงว่า iPhone 18 Pro จะยังคงเป็นราชาด้านคุณภาพไฟล์ดิบและประสิทธิภาพในที่แสงน้อยสุดๆ เพราะข้อได้เปรียบทางฟิสิกส์ ส่วน iPhone Duo จะโดดเด่นเรื่องความอเนกประสงค์และ workflow ใหม่ๆ ที่ได้จากจอขนาดใหญ่แทน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ถ้าให้เลือก คุณจะยอมแลกคุณภาพกล้องสูงสุดกับนวัตกรรมจอพับมั้ย? คอมเมนต์กันหน่อย แล้วกด save ไว้เลย ถ้าเปิดตัวจริงเดี๋ยวผมเอามาเทียบให้ดูแบบช็อตต่อช็อต</w:t>
      </w:r>
    </w:p>
    <w:p>
      <w:pPr>
        <w:spacing w:before="0" w:after="40"/>
      </w:pPr>
      <w:r>
        <w:rPr>
          <w:rFonts w:ascii="Arial" w:hAnsi="Arial"/>
          <w:b w:val="0"/>
          <w:i/>
          <w:color w:val="888888"/>
          <w:sz w:val="16"/>
        </w:rPr>
        <w:t>⏱ 65s  📰 AppleInsider  #iPhoneDuo #iPhone18Pro #Apple #กล้องไอโฟน #ถ่ายรูปสวย  💡 The 'Form-Factor Physics' Angle: วิเคราะห์ว่า 'รูปทรง' ของมื</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ช่างภาพอาจไม่ต้องพก iPad ไปกองถ่ายอีกต่อไป ถ้านี่คือสิ่งที่ iPhone Duo ทำได้จริง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ตามข่าวลือจากหลายแหล่งรวมถึง Droidsans ที่สรุปข้อมูล iPhone Duo ซึ่งเป็น iPhone จอพับรุ่นแรกของ Apple ทำให้เราเห็นภาพชัดขึ้น แต่สำหรับคนถ่ายรูปอย่างเราๆ สิ่งที่น่าตื่นเต้นที่สุดไม่ใช่แค่การมีจอใหญ่ขึ้นครับ ลองจินตนาการ workflow นี้นะครับ: เราถ่ายภาพด้วยไฟล์ ProRAW จากกล้องของตัว Duo เอง จากนั้นกางจอออกมาให้กลายเป็นหน้าจอขนาดใหญ่เกือบเท่า iPad mini แล้วเปิด Lightroom เพื่อเช็คโฟกัส, เช็ค exposure, หรือแม้กระทั่งลองคุมโทนสีเบื้องต้นได้ทันทีหน้างาน นี่มันคือการปฏิวัติ workflow ให้กลายเป็น 'Mobile Darkroom' ที่สมบูรณ์แบบ มันรวมอุปกรณ์ถ่ายภาพ, จอมอนิเตอร์ภาคสนาม, และเครื่องมือแต่งรูปเบื้องต้นไว้ในเครื่องเดียวจบ ทำให้การทำงานนอกสถานที่คล่องตัวขึ้นแบบก้าวกระโดดเลยครับ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 workflow ถ่ายและแต่งรูป ProRAW จบใน iPhone Duo เครื่องเดียวแบบนี้มั้ย? กด Save คลิปนี้ไว้เลย ถ้าเครื่องมาจริง ผมจัดให้เต็มๆ แน่นอน!</w:t>
      </w:r>
    </w:p>
    <w:p>
      <w:pPr>
        <w:spacing w:before="0" w:after="40"/>
      </w:pPr>
      <w:r>
        <w:rPr>
          <w:rFonts w:ascii="Arial" w:hAnsi="Arial"/>
          <w:b w:val="0"/>
          <w:i/>
          <w:color w:val="888888"/>
          <w:sz w:val="16"/>
        </w:rPr>
        <w:t>⏱ 60s  📰 Droidsans  #iPhoneDuo #AppleProRAW #ช่างภาพ #ไอโฟน #แต่งรูปไอโฟน  💡 The 'Mobile Darkroom' Revolution Angle: ตีความ iPhone Duo ไม</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ภาพจาก iPhone Duo กับ Samsung จอพับ ใครจะถูกใจช่างภาพมากกว่ากัน? เรื่องนี้ไม่ใช่แค่สเปค แต่มันคือ 'ปรัชญา' การทำภาพ</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พอมีข่าวลือเรื่อง iPhone Duo ออกมา ก็หนีไม่พ้นการถูกนำไปเทียบกับเจ้าตลาดจอพับอย่าง Samsung ซึ่ง Droidsans ก็มีการพูดถึงประเด็นนี้ แต่สำหรับช่างภาพ การเปรียบเทียบมันลึกกว่าแค่ฮาร์ดแวร์ครับ มันคือการปะทะกันของ 'ปรัชญา' การทำภาพด้วย Computational Photography ฝั่ง Samsung มักจะขึ้นชื่อเรื่องการโปรเซสภาพให้สวยสดใส คอนทราสต์จัดจ้าน จบหลังกล้อง พร้อมแชร์ลงโซเชียลได้ทันที ในขณะที่ฝั่ง Apple โดยเฉพาะในโหมด ProRAW จะเน้นการให้ข้อมูลดิบในไฟล์มาเยอะที่สุด สีสันเป็นธรรมชาติ เพื่อเปิดโอกาสให้ช่างภาพนำไป 'ปั้น' หรือโปรเซสต่อในสไตล์ของตัวเองได้อย่างยืดหยุ่นที่สุด ดังนั้นการเลือกระหว่างสองค่ายนี้ในอนาคต จึงเหมือนการเลือกว่าคุณเป็นช่างภาพสาย 'สวยด่วนพร้อมแชร์' หรือสาย 'คุมโทนเองทุกขั้นตอน'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คุณล่ะครับ เป็นสายไหน? สวยจบหลังกล้อง หรือขอไฟล์ดิบมาปั้นเอง? คอมเมนต์บอกหน่อย แล้ว Save คลิปนี้ไว้รอเครื่องจริงมา Battle กันครับ</w:t>
      </w:r>
    </w:p>
    <w:p>
      <w:pPr>
        <w:spacing w:before="0" w:after="40"/>
      </w:pPr>
      <w:r>
        <w:rPr>
          <w:rFonts w:ascii="Arial" w:hAnsi="Arial"/>
          <w:b w:val="0"/>
          <w:i/>
          <w:color w:val="888888"/>
          <w:sz w:val="16"/>
        </w:rPr>
        <w:t>⏱ 70s  📰 Droidsans  #iPhoneDuo #GalaxyZFold8 #iPhonevsSamsung #ถ่ายภาพ #กล้องมือถือ  💡 The 'Computational Philosophy Clash' Angle: ยกระดับการเปรียบ</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30,000 บาท ตอนนี้อาจจะซื้อ iPhone 17 เครื่องใหม่ไม่ได้แล้วนะ! เพราะ Apple เพิ่งปรับราคาขึ้น 5,000 บาทรวดเดียว!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ช็อคเลย! ใครที่เก็บเงินรอสอย iPhone 17 อยู่ต้องฟังทางนี้เลยครับ มีรายงานจากพี่เอกวิทย์ว่า Apple ปรับราคา iPhone 17 จากเดิม 29,900 บาท ขึ้นไปเป็น 34,900 บาทแล้ว! เท่ากับแพงขึ้น 5,000 บาทเต็มๆ</w:t>
        <w:br/>
        <w:br/>
        <w:t>แล้วคนงบน้อยทำยังไงดี? ทางออกยังมีครับ</w:t>
        <w:br/>
        <w:t>1. หันไปดู iPhone 17 เครื่องมือสอง หรือเครื่อง Refurbished สภาพดีๆ ที่ราคายังไม่ขึ้นตาม บอกเลยว่ามีของดีซ่อนอยู่เยอะมาก</w:t>
        <w:br/>
        <w:t>2. ลองดู iPhone 16 ครับ ตอนนี้กลายเป็นรุ่นที่คุ้มค่าสุดๆ ไปเลยสำหรับเครื่องใหม่ ได้สเปคดีในราคาที่ยังจับต้องได้</w:t>
        <w:br/>
        <w:br/>
        <w:t>ใครที่งบจำกัดจริงๆ แล้วเล็งรุ่นนี้ไว้ อาจจะต้องเปลี่ยนแผนกันนิดนึงนะครับ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เพื่อนๆ ที่ตั้งงบไว้ประมาณ 2-3 หมื่น ตอนนี้เปลี่ยนใจไปเล็งรุ่นไหนกันอยู่? คอมเมนต์มาแชร์กันหน่อย เดี๋ยวช่วยดูให้!</w:t>
      </w:r>
    </w:p>
    <w:p>
      <w:pPr>
        <w:spacing w:before="0" w:after="40"/>
      </w:pPr>
      <w:r>
        <w:rPr>
          <w:rFonts w:ascii="Arial" w:hAnsi="Arial"/>
          <w:b w:val="0"/>
          <w:i/>
          <w:color w:val="888888"/>
          <w:sz w:val="16"/>
        </w:rPr>
        <w:t>⏱ 45s  📰 เอกวิทย์  #ไอโฟน #iphoneราคาถูก #iphoneมือสอง #รอบรู้ไอที #iphone17  💡 The 'Budget Defense' Strategy: มุมนี้ไม่ได้วิเคราะห์ตลาด แต่</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มีเงิน 25,000 บาท อยากได้ iPhone ใหม่แกะกล่อง? นี่อาจจะเป็นโอกาสสุดท้ายของคุณแล้วนะ!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ใครที่อยากได้ฟีลแกะกล่อง iPhone ใหม่ๆ ในงบไม่แรงต้องรีบเลย! ตอนนี้มีข่าวจาก Droidsans บอกว่า iPhone 15 และ iPhone 16 ที่ขายอยู่ คือล็อตสุดท้ายแล้วที่ยังเป็นราคาเดิมๆ ที่เราคุ้นเคยกัน</w:t>
        <w:br/>
        <w:br/>
        <w:t>มันหมายความว่ายังไง? หมายความว่าหลังจากนี้ ราคาเริ่มต้นของ iPhone รุ่นใหม่ๆ ที่จะเข้ามาแทนที่ อาจจะไม่ได้อยู่ในงบสองหมื่นกลางๆ อีกต่อไปแล้วครับ</w:t>
        <w:br/>
        <w:br/>
        <w:t>ดังนั้น ถ้าใครอยากได้เครื่องใหม่ ประกันเต็มศูนย์ ในราคาที่คุ้มที่สุด ตอนนี้คือจังหวะที่ดีที่สุดแล้วที่จะมอง iPhone 15 หรือ 16 ก่อนที่ของจะหมด หรือราคาจะถูกปรับขึ้นทั้งหมดในอนาคตครับ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ใครกำลังเก็บเงินซื้อ iPhone เครื่องใหม่อยู่? คอมเมนต์งบที่มีมาเลย เดี๋ยวช่วยเลือกรุ่นที่คุ้มสุดให้ตอนนี้!</w:t>
      </w:r>
    </w:p>
    <w:p>
      <w:pPr>
        <w:spacing w:before="0" w:after="40"/>
      </w:pPr>
      <w:r>
        <w:rPr>
          <w:rFonts w:ascii="Arial" w:hAnsi="Arial"/>
          <w:b w:val="0"/>
          <w:i/>
          <w:color w:val="888888"/>
          <w:sz w:val="16"/>
        </w:rPr>
        <w:t>⏱ 40s  📰 Droidsans  #iphone15 #iphone16 #ไอโฟนราคาถูก #ผ่อนไอโฟน #นักศึกษา  💡 The 'End of an Era' Value Hunt: มุมนี้สร้างความรู้สึกเร่งด่ว</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15,000 บาท หา iPhone มือสองอยู่? ต้องรีบแล้วนะ! เพราะ iPhone 18 เปิดตัว อาจทำให้มือสองแพงขึ้น!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หลายคนคิดว่า iPhone 18 เปิดตัวแพงๆ ไม่เกี่ยวกับเราที่หามือสอง... จริงๆ แล้วเกี่ยวเต็มๆ เลยครับ! พอราคาเครื่องใหม่ขยับขึ้นทั้งหมด ราคารุ่นเก่ามือหนึ่งอย่าง iPhone 17 ก็โดนปรับขึ้นตามไปด้วย</w:t>
        <w:br/>
        <w:br/>
        <w:t>ปรากฏการณ์นี้มันจะส่งผลกระทบเป็นลูกโซ่มาถึงตลาดมือสองครับ คนที่เคยจะซื้อมือหนึ่งก็จะหันมาดูมือสองมากขึ้น ทำให้ความต้องการสูงขึ้น สุดท้ายราคามือสองก็จะขยับตาม!</w:t>
        <w:br/>
        <w:br/>
        <w:t>โดยเฉพาะรุ่นยอดนิยมในงบหมื่นกลางๆ อย่าง iPhone 15 หรือ iPhone 14 มือสอง อาจจะหาในราคาเดิมยากขึ้น ดังนั้นใครที่เล็งไว้แล้ว นี่คือจังหวะทองที่ต้องรีบตัดสินใจ ก่อนที่ราคาตลาดจะปรับขึ้นตามกันไปครับ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ตอนนี้เล็ง iPhone มือสองรุ่นไหนในงบเท่าไหร่กันอยู่? คอมเมนต์มาเลย เดี๋ยวช่วยดูให้ว่ายังน่าซื้ออยู่ไหม!</w:t>
      </w:r>
    </w:p>
    <w:p>
      <w:pPr>
        <w:spacing w:before="0" w:after="40"/>
      </w:pPr>
      <w:r>
        <w:rPr>
          <w:rFonts w:ascii="Arial" w:hAnsi="Arial"/>
          <w:b w:val="0"/>
          <w:i/>
          <w:color w:val="888888"/>
          <w:sz w:val="16"/>
        </w:rPr>
        <w:t>⏱ 50s  📰 เอกวิทย์  #iphoneมือสอง #ไอโฟนมือ2 #ผ่อนไปใช้ไป #ไอโฟนราคานักเรียน #Apple  💡 The 'Ripple Effect' Reality Check: มุมนี้เน้นการอธิบาย 'เหตุ</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ผู้บริหารกว่า 70% ยังต้องพกทั้ง iPhone และ iPad เข้าประชุม... แต่อุปกรณ์ชิ้นเดียวจาก Apple อาจกำลังจะเปลี่ยนเกมนี้ไปตลอดกาล</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ตามรายงานข่าวล่าสุดจาก Droidsans, มีความเป็นไปได้สูงที่ Apple จะเปิดตัว 'iPhone Duo' หรือ iPhone จอพับรุ่นแรก ซึ่งนี่ไม่ใช่แค่นวัตกรรมสำหรับผู้ใช้ทั่วไป แต่เป็นเครื่องมือเปลี่ยนเกมสำหรับผู้บริหารโดยเฉพาะ</w:t>
        <w:br/>
        <w:br/>
        <w:t>ลองนึกภาพตามนะครับ: อุปกรณ์เครื่องเดียวในกระเป๋า ที่เมื่อพับอยู่คือ iPhone สำหรับการสื่อสารที่รวดเร็ว แต่เมื่อกางออก จะกลายเป็นหน้าจอขนาดเทียบเท่า iPad Mini สำหรับการพรีเซนต์งานให้ลูกค้ากลุ่มเล็ก, รีวิว Dashboard ตัวเลข, หรือจัดการอีเมลพร้อมกับปฏิทินแบบสองหน้าจอ</w:t>
        <w:br/>
        <w:br/>
        <w:t>จุดแข็งที่สุดคือการทำงานร่วมกับ Apple Ecosystem ที่ไร้รอยต่อ สามารถลากไฟล์จาก MacBook มาวางบน iPhone Duo ได้ทันที หรือเริ่มเขียนโน้ตบนเครื่องนี้แล้วไปทำต่อบน iPad ที่ออฟฟิศ นี่คือการยุบรวมอุปกรณ์ (Device Consolidation) ที่จะเพิ่มความคล่องตัวให้ผู้บริหารที่ต้องเดินทางตลอดเวลาได้อย่างมหาศาล</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ถ้าอยากรู้ว่า iPhone จอพับจะเปลี่ยน Workflow การทำงานของผู้บริหารได้อย่างไร กด follow ไว้เลยครับ</w:t>
      </w:r>
    </w:p>
    <w:p>
      <w:pPr>
        <w:spacing w:before="0" w:after="40"/>
      </w:pPr>
      <w:r>
        <w:rPr>
          <w:rFonts w:ascii="Arial" w:hAnsi="Arial"/>
          <w:b w:val="0"/>
          <w:i/>
          <w:color w:val="888888"/>
          <w:sz w:val="16"/>
        </w:rPr>
        <w:t>⏱ 65s  📰 Droidsans  #iPhoneDuo #AppleEcosystem #Productivity #ไอโฟนจอพับ #BusinessTech  💡 The 'Executive Carry Consolidation' Rationale: วิเคราะห์ iPh</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ฝ่ายจัดซื้อขององค์กรอาจต้องเตรียมปรับงบประมาณใหม่ เมื่อมีรายงานว่า Apple กำลังจะบังคับให้ทุกบริษัทต้องจ่ายแพงขึ้นสำหรับ iPhone ของพนักงาน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มีข่าวลือว่าไลน์อัพของ iPhone 18 ที่จะเปิดตัว อาจจะไม่มี 'รุ่นธรรมดา' อีกต่อไป โดยจะเริ่มต้นที่รุ่น Pro หรือรุ่น Slim ที่มีราคาสูงกว่า</w:t>
        <w:br/>
        <w:br/>
        <w:t>สำหรับผู้ใช้งานทั่วไป นี่อาจหมายถึงตัวเลือกที่น้อยลง แต่สำหรับองค์กร นี่คือสัญญาณการเปลี่ยนแปลงนโยบายการจัดซื้อ (Procurement) ครั้งสำคัญ เพราะ 'รุ่นธรรมดา' คือรุ่นมาตรฐานที่บริษัทส่วนใหญ่เลือกใช้สำหรับพนักงานจำนวนมาก (Device Fleet)</w:t>
        <w:br/>
        <w:br/>
        <w:t>การตัดรุ่นนี้ออกไป เท่ากับว่า Baseline หรือราคาเริ่มต้นของ iPhone สำหรับองค์กรจะสูงขึ้นทันที นี่จึงไม่ใช่แค่เรื่องราคา แต่เป็นเรื่องที่ฝ่าย IT และผู้บริหารต้องประเมิน Total Cost of Ownership (TCO) กันใหม่ทั้งหมด คำถามสำคัญคือ: ฟีเจอร์ระดับ Pro ที่พนักงานจะได้รับ คุ้มค่ากับต้นทุนต่อหน่วยที่สูงขึ้นหรือไม่ และจะส่งผลต่อรอบการอัปเกรดอุปกรณ์ในอนาคตอย่างไร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เพื่อวิเคราะห์การเลือกใช้ Device ในองค์กรให้คุ้มค่าการลงทุนที่สุด</w:t>
      </w:r>
    </w:p>
    <w:p>
      <w:pPr>
        <w:spacing w:before="0" w:after="40"/>
      </w:pPr>
      <w:r>
        <w:rPr>
          <w:rFonts w:ascii="Arial" w:hAnsi="Arial"/>
          <w:b w:val="0"/>
          <w:i/>
          <w:color w:val="888888"/>
          <w:sz w:val="16"/>
        </w:rPr>
        <w:t>⏱ 60s  📰 Droidsans  #iPhone18 #AppleForBusiness #EnterpriseIT #MDM #TechNews  💡 The 'Enterprise Fleet Up-Tiering' Mandate: วิเคราะห์การตัดรุ</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 ปะทะ Samsung Foldable: นี่ไม่ใช่แค่การเลือกมือถือ แต่นี่คือการเลือกระบบนิเวศทางธุรกิจสำหรับผู้บริหารในอีก 5 ปีข้างหน้า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เมื่อมีรายงานว่า Apple กำลังจะลงมาในตลาดจอพับด้วย iPhone Duo คำถามสำหรับผู้นำองค์กรจึงไม่ใช่แค่ว่า 'เครื่องไหนดีกว่า' แต่คือ 'แพลตฟอร์มไหนที่ตอบโจทย์กลยุทธ์ธุรกิจระยะยาว'</w:t>
        <w:br/>
        <w:br/>
        <w:t>การตัดสินใจไม่ได้อยู่ที่สเปคฮาร์ดแวร์ แต่อยู่ที่ 3 ปัจจัยหลักทางธุรกิจ</w:t>
        <w:br/>
        <w:br/>
        <w:t>1. สถาปัตยกรรมความปลอดภัย: Apple มี Secure Enclave และ App Store ที่เป็นระบบปิดและเข้มงวด ในขณะที่ Samsung มีแพลตฟอร์ม Knox ที่ได้รับการยอมรับด้านความปลอดภัยในระดับองค์กรมานาน</w:t>
        <w:br/>
        <w:br/>
        <w:t>2. การบูรณาการกับ Ecosystem: จุดแข็งของ iPhone Duo คือการทำงานร่วมกับ Mac, iPad และบริการของ Apple ได้อย่างสมบูรณ์แบบ ซึ่งเป็นปัจจัยสำคัญหากองค์กรของคุณใช้ Apple Ecosystem เป็นหลักอยู่แล้ว</w:t>
        <w:br/>
        <w:br/>
        <w:t>3. ปรัชญาของระบบปฏิบัติการ: iOS ถูกออกแบบมาเพื่อความเสถียรและใช้งานง่าย ในขณะที่ Android บน Samsung ให้ความยืดหยุ่นและการปรับแต่งที่สูงกว่า ซึ่งอาจเหมาะกับ Workflow บางประเภทมากกว่า</w:t>
        <w:br/>
        <w:br/>
        <w:t>ดังนั้น การเลือกจึงเป็นการตัดสินใจเชิงกลยุทธ์ ว่าจะผูกอนาคตการทำงานแบบโมบายล์ขององค์กรไว้กับแพลตฟอร์มใด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ถ้าคุณคือผู้บริหารที่กำลังพิจารณาอุปกรณ์สำหรับทีม กด follow เพื่อรับข้อมูลเชิงลึกสำหรับผู้นำโดยเฉพาะ</w:t>
      </w:r>
    </w:p>
    <w:p>
      <w:pPr>
        <w:spacing w:before="0" w:after="40"/>
      </w:pPr>
      <w:r>
        <w:rPr>
          <w:rFonts w:ascii="Arial" w:hAnsi="Arial"/>
          <w:b w:val="0"/>
          <w:i/>
          <w:color w:val="888888"/>
          <w:sz w:val="16"/>
        </w:rPr>
        <w:t>⏱ 70s  📰 Droidsans  #iPhoneDuo #GalaxyZFold #AppleVsSamsung #BusinessStrategy #CIO  💡 The 'Platform Commitment' Crossroads for Executives: ตีโจทย์</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เตรียมโบกมือลา iPhone 18 รุ่นธรรมดา? ข่าวลือล่าสุดบอกว่า Apple อาจจะตัดรุ่นนี้ทิ้งไปเลย!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ช็อควงการ! มีรายงานหนาหูออกมาว่าไลน์อัพ iPhone 18 ที่จะเปิดตัวปีหน้า อาจจะไม่มีรุ่นธรรมดาอีกต่อไปแล้วครับ! ตามข่าวลือจาก Droidsans บอกว่า Apple อาจจะทำการปรับทัพครั้งใหญ่ โดยอาจจะนำโมเดลใหม่ที่ชื่อว่า 'iPhone 18 Slim' เข้ามาแทนที่ ทำให้ต่อไปเราอาจจะเห็นแค่รุ่น Slim, Pro และ Pro Max เท่านั้น</w:t>
        <w:br/>
        <w:br/>
        <w:t>นี่อาจจะเป็นกลยุทธ์ที่ Apple ใช้เพื่อดันให้คนขยับไปซื้อรุ่น Pro ที่แพงกว่า หรือเพื่อสร้างความแตกต่างของสินค้าให้ชัดเจนขึ้นไปอีก... แต่ย้ำอีกครั้งนะครับว่า ทั้งหมดนี้ยังเป็นแค่ข่าวลือ ยังไม่ได้รับการยืนยันอย่างเป็นทางการจาก Apple</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ใครกำลังเล็ง iPhone 18 อยู่ กด follow ไว้ด่วนเลยครับ! มีข้อมูลใหม่หลุดมาอีกเมื่อไหร่ ผมจะรีบมาอัปเดตให้ทันที!</w:t>
      </w:r>
    </w:p>
    <w:p>
      <w:pPr>
        <w:spacing w:before="0" w:after="40"/>
      </w:pPr>
      <w:r>
        <w:rPr>
          <w:rFonts w:ascii="Arial" w:hAnsi="Arial"/>
          <w:b w:val="0"/>
          <w:i/>
          <w:color w:val="888888"/>
          <w:sz w:val="16"/>
        </w:rPr>
        <w:t>⏱ 40s  📰 Droidsans  #iPhone18 #ไอโฟน18 #Apple #ข่าวลือ #มือถือ  💡 The 'Product Lineup Identity Crisis' Angle: มุมนี้ไม่ได้โฟกั</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Apple ซุ่มทำ iPhone จอพับมานานแล้ว! และนี่คือทุกอย่างที่เรารู้เกี่ยวกับ 'iPhone Duo' ตอนนี้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iPhone จอพับอาจจะมาเร็วกว่าที่คิด! ตามรายงานจากหลายแหล่งข่าวรวมถึง Droidsans ตอนนี้มีข้อมูลหลุดของโปรเจกต์ลับที่ชื่อว่า 'iPhone Duo' ซึ่งคาดว่าจะเป็น iPhone จอพับรุ่นแรกของ Apple</w:t>
        <w:br/>
        <w:br/>
        <w:t>แต่ที่น่าสนใจคือ มันอาจจะไม่ได้พับเหมือนของ Samsung นะครับ ข่าวลือบอกว่ามันอาจจะเป็นดีไซน์แบบ 2 จอแยกกันที่ทำงานประสานกันได้อย่างสมบูรณ์แบบ ลองนึกภาพตามสิครับ... จอนึงเปิด TikTok อีกจอนึงตอบแชทเพื่อน หรือเล่นเกมโดยใช้จอที่สองเป็นคอนโทรลเลอร์เต็มรูปแบบ ถึงแม้ตอนนี้จะยังไม่มีวันเปิดตัวที่ชัดเจน แต่การที่ Apple ลงมาเล่นในตลาดนี้ รับรองว่าสะเทือนแน่นอน!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 iPhone จอพับตัวจริงมั้ย? กด follow ติดตามข่าวลือไปด้วยกันเลย อัปเดตใหม่มาปุ๊บ รู้ก่อนใคร!</w:t>
      </w:r>
    </w:p>
    <w:p>
      <w:pPr>
        <w:spacing w:before="0" w:after="40"/>
      </w:pPr>
      <w:r>
        <w:rPr>
          <w:rFonts w:ascii="Arial" w:hAnsi="Arial"/>
          <w:b w:val="0"/>
          <w:i/>
          <w:color w:val="888888"/>
          <w:sz w:val="16"/>
        </w:rPr>
        <w:t>⏱ 45s  📰 Droidsans  #iPhoneDuo #iPhoneจอพับ #ไอโฟน #AppleRumors #ข่าวไอที  💡 The 'Ecosystem Lock-in Deepening' Angle: วิเคราะห์ iPhone Du</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เก็บเงินรอ iPhone 18 Pro อยู่รึเปล่า? คุณอาจจะต้องเก็บเพิ่ม! เพราะมีข่าวลือว่าราคาจะพุ่งขึ้นอีกแล้ว!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ใครที่กำลังกำเงินรอซื้อ iPhone 18 Pro Series ฟังทางนี้ก่อน! มีข่าวลือล่าสุดจาก Droidsans และนักวิเคราะห์หลายสำนักระบุว่า iPhone 18 Pro และ Pro Max อาจมีการปรับราคาเปิดตัวให้สูงขึ้นกว่าเดิมอีกครั้ง!</w:t>
        <w:br/>
        <w:br/>
        <w:t>สาเหตุอาจจะมาจากต้นทุนชิปตัวใหม่, กล้องที่อัปเกรดแบบยกชุด หรือฟีเจอร์ AI ใหม่ๆ ที่จะใส่เข้ามา ผลกระทบที่น่าสนใจคือ มันอาจจะทำให้ราคาของรุ่นก่อนหน้าอย่าง iPhone 17 หรือแม้กระทั่ง iPhone 16 ในตลาดมือสองขยับตัวสูงขึ้นตามไปด้วยในช่วงแรก</w:t>
        <w:br/>
        <w:br/>
        <w:t>แน่นอนว่านี่เป็นแค่การคาดการณ์จากข่าวลือนะครับ ยังไม่ยืนยัน 100%</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ไม่อยากพลาดข่าวราคา iPhone รุ่นใหม่? กด follow ด่วน! ราคาทางการประกาศเมื่อไหร่ รู้พร้อมกันที่นี่แน่นอน!</w:t>
      </w:r>
    </w:p>
    <w:p>
      <w:pPr>
        <w:spacing w:before="0" w:after="40"/>
      </w:pPr>
      <w:r>
        <w:rPr>
          <w:rFonts w:ascii="Arial" w:hAnsi="Arial"/>
          <w:b w:val="0"/>
          <w:i/>
          <w:color w:val="888888"/>
          <w:sz w:val="16"/>
        </w:rPr>
        <w:t>⏱ 42s  📰 Droidsans  #iPhone18Pro #ราคาไอโฟน #ไอโฟน18 #Apple #การเงิน  💡 The 'Second-Hand Market Ripple Effect' Angle: แทนที่จะพูดแค่</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