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i w:val="0"/>
          <w:color w:val="1A1A2E"/>
          <w:sz w:val="40"/>
        </w:rPr>
        <w:t>🚀 TikTok Farming — Script Report</w:t>
      </w:r>
    </w:p>
    <w:p>
      <w:pPr>
        <w:spacing w:before="0" w:after="40"/>
      </w:pPr>
      <w:r>
        <w:rPr>
          <w:rFonts w:ascii="Arial" w:hAnsi="Arial"/>
          <w:b w:val="0"/>
          <w:i w:val="0"/>
          <w:color w:val="666666"/>
          <w:sz w:val="18"/>
        </w:rPr>
        <w:t>Run: 17 Sep 2026  08:20 ICT  •  18 scripts  •  6 clusters  •  Gemini 2.5 Pro</w:t>
      </w:r>
    </w:p>
    <w:p>
      <w:pPr>
        <w:spacing w:before="80" w:after="80"/>
        <w:pBdr>
          <w:bottom w:val="single" w:sz="4" w:space="1" w:color="7c4dff"/>
        </w:pBdr>
      </w:pPr>
    </w:p>
    <w:p>
      <w:pPr>
        <w:spacing w:before="240" w:after="0"/>
      </w:pPr>
    </w:p>
    <w:p>
      <w:pPr>
        <w:spacing w:before="40" w:after="40"/>
        <w:shd w:val="clear" w:color="auto" w:fill="EDE7F6"/>
      </w:pPr>
      <w:r>
        <w:rPr>
          <w:rFonts w:ascii="Arial" w:hAnsi="Arial"/>
          <w:b/>
          <w:i w:val="0"/>
          <w:color w:val="8E24AA"/>
          <w:sz w:val="26"/>
        </w:rPr>
        <w:t xml:space="preserve">  🎮  Gen Z / นักเรียน</w:t>
      </w:r>
    </w:p>
    <w:p>
      <w:pPr>
        <w:spacing w:before="40" w:after="0"/>
      </w:pPr>
    </w:p>
    <w:p>
      <w:pPr>
        <w:spacing w:before="160" w:after="40"/>
      </w:pPr>
      <w:r>
        <w:rPr>
          <w:rFonts w:ascii="Arial" w:hAnsi="Arial"/>
          <w:b/>
          <w:i w:val="0"/>
          <w:color w:val="8E24AA"/>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เคยปะ? ถ่ายรูปกับเพื่อนเป็นร้อย แต่ต้องมารอ AirDrop จนแก๊งจะกลับบ้านกันหมดแล้ว!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ปัญหาน่าเบื่อของชาวแก๊งกำลังจะหมดไป! เพราะมีข่าวจากช่อง อาตี๋รีวิว ว่าใน iOS 27 ที่กำลังจะมาเนี่ย AirDrop อาจจะไวขึ้นแบบติดจรวด! ลองคิดดูดิ ถ่ายคลิปตอนไปคอนเสิร์ตมาเป็นสิบๆ คลิป ก็ส่งให้เพื่อนได้ครบในไม่กี่วิ ไม่ต้องยืนรอให้เมื่อยอีกต่อไป คือดีมาก! แต่นี่เป็นฟีเจอร์ที่เค้าเจอกันในเวอร์ชันทดลองนะ ต้องรอดูว่าตัวเต็มจะเร็วเบอร์นี้จริงมั้ย!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ใครทีม AirDrop รัวๆ กด follow ไว้เลย อัปเดตมาเมื่อไหร่จะรีบมาสอนทริคให้!</w:t>
      </w:r>
    </w:p>
    <w:p>
      <w:pPr>
        <w:spacing w:before="0" w:after="40"/>
      </w:pPr>
      <w:r>
        <w:rPr>
          <w:rFonts w:ascii="Arial" w:hAnsi="Arial"/>
          <w:b w:val="0"/>
          <w:i/>
          <w:color w:val="888888"/>
          <w:sz w:val="16"/>
        </w:rPr>
        <w:t>⏱ 35s  📰 อาตี๋รีวิว  #ios #airdrop #iphonetricks #ไอโฟน #ทริคไอโฟน  💡 The 'Social Sync' Accelerator Angle: โฟกัสไปที่การแก้ปัญหาคว</w:t>
      </w:r>
    </w:p>
    <w:p>
      <w:pPr>
        <w:spacing w:before="80" w:after="80"/>
        <w:pBdr>
          <w:bottom w:val="single" w:sz="4" w:space="1" w:color="DDDDDD"/>
        </w:pBdr>
      </w:pPr>
    </w:p>
    <w:p>
      <w:pPr>
        <w:spacing w:before="160" w:after="40"/>
      </w:pPr>
      <w:r>
        <w:rPr>
          <w:rFonts w:ascii="Arial" w:hAnsi="Arial"/>
          <w:b/>
          <w:i w:val="0"/>
          <w:color w:val="8E24AA"/>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ใครเก็บตังค์รอซื้อ iPhone 18 รุ่นธรรมดาอยู่… ฟังทางนี้ก่อน! แผนอาจจะต้องเปลี่ยน!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เรื่องใหญ่เลยนะพวกเรา! มีข่าวลือจากฝั่ง Droidsans เขาบอกว่าไลน์อัพ iPhone 18 ปีหน้า รุ่นธรรมดาอาจจะหายไป! หมายความว่ารุ่นเริ่มต้นอาจจะเป็นรุ่น Pro เลย ซึ่งราคาก็จะโดดไปอีกสเต็ปนึงเลยนะ ใครที่เล็งรุ่นเริ่มต้นราคาดีๆ ไว้ อาจจะต้องคิดแผนการเก็บเงินใหม่ หรือหันไปมองรุ่นอื่นแทน ตอนนี้ยังเป็นแค่ข่าวลือนะ อย่าเพิ่งตกใจไป แต่ก็น่าคิดเหมือนกัน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ถ้าไม่อยากพลาดข่าว iPhone 18 แบบวงใน กด follow ด่วนเลย!</w:t>
      </w:r>
    </w:p>
    <w:p>
      <w:pPr>
        <w:spacing w:before="0" w:after="40"/>
      </w:pPr>
      <w:r>
        <w:rPr>
          <w:rFonts w:ascii="Arial" w:hAnsi="Arial"/>
          <w:b w:val="0"/>
          <w:i/>
          <w:color w:val="888888"/>
          <w:sz w:val="16"/>
        </w:rPr>
        <w:t>⏱ 40s  📰 Droidsans  #iphone18 #apple #ไอโฟน #ข่าวไอที #ข่าวลือ  💡 The 'Entry-Level Ladder' Kickout Angle: มุมนี้ไม่ได้วิเคราะห</w:t>
      </w:r>
    </w:p>
    <w:p>
      <w:pPr>
        <w:spacing w:before="80" w:after="80"/>
        <w:pBdr>
          <w:bottom w:val="single" w:sz="4" w:space="1" w:color="DDDDDD"/>
        </w:pBdr>
      </w:pPr>
    </w:p>
    <w:p>
      <w:pPr>
        <w:spacing w:before="160" w:after="40"/>
      </w:pPr>
      <w:r>
        <w:rPr>
          <w:rFonts w:ascii="Arial" w:hAnsi="Arial"/>
          <w:b/>
          <w:i w:val="0"/>
          <w:color w:val="8E24AA"/>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เพื่อนในแก๊งใช้ Samsung แล้วส่งรูปให้เราไม่ได้? ปัญหาระดับชาติของชาวแก๊งจะหมดไป!</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ใครเคยเจอปัญหานี้บ้าง เวลาไปเที่ยวกัน ถ่ายรูปเสร็จ เพื่อนที่ใช้ Samsung จะส่งไฟล์ให้ทีคือเรื่องใหญ่ ต้องไปส่งในแอปอื่นจนภาพแตกตลอด! แต่ Droidsans เขารายงานว่าปัญหานี้แก้ได้แล้วนะ! เพราะมือถือ Samsung รุ่นใหม่ๆ บางรุ่น สามารถส่งไฟล์หา iPhone ได้โดยตรงเลย ฟีลเหมือน AirDrop เลย แค่กด Quick Share ก็ส่งหารายชื่อ iPhone ที่อยู่ใกล้ๆ ได้แล้ว ง่ายเวอร์! ทีนี้ไม่ว่าใครจะใช้ค่ายไหน ก็ส่งรูปหากันได้แบบจอยๆ แล้ว</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แท็กเพื่อนที่ต้องรู้เรื่องนี้ด่วน! แล้วกด follow ไว้เลย มีทริคแก้ปัญหากวนใจแบบนี้อีกเพียบ 🔥</w:t>
      </w:r>
    </w:p>
    <w:p>
      <w:pPr>
        <w:spacing w:before="0" w:after="40"/>
      </w:pPr>
      <w:r>
        <w:rPr>
          <w:rFonts w:ascii="Arial" w:hAnsi="Arial"/>
          <w:b w:val="0"/>
          <w:i/>
          <w:color w:val="888888"/>
          <w:sz w:val="16"/>
        </w:rPr>
        <w:t>⏱ 45s  📰 Droidsans  #ทริคดีบอกต่อ #samsung #iphone #android #รอบรู้ไอที  💡 The 'Cross-Platform Peace Treaty' Angle: นำเสนอทิปส์นี้ไม่ใช</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1565C0"/>
          <w:sz w:val="26"/>
        </w:rPr>
        <w:t xml:space="preserve">  💼  มนุษย์เงินเดือน 25–35</w:t>
      </w:r>
    </w:p>
    <w:p>
      <w:pPr>
        <w:spacing w:before="40" w:after="0"/>
      </w:pPr>
    </w:p>
    <w:p>
      <w:pPr>
        <w:spacing w:before="160" w:after="40"/>
      </w:pPr>
      <w:r>
        <w:rPr>
          <w:rFonts w:ascii="Arial" w:hAnsi="Arial"/>
          <w:b/>
          <w:i w:val="0"/>
          <w:color w:val="1565C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17 ราคาเริ่มต้นอาจจะเกิน 35,000 บาท! มนุษย์เงินเดือนแบบเราควรวางแผนการเงินยังไงดี?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มีรายงานจากหลายแหล่งข่าว อย่างช่องอาตี๋รีวิว ที่คาดการณ์ว่า iPhone 17 รุ่นเริ่มต้นอาจมีราคาสูงเกิน 35,000 บาทครับ ซึ่งถ้าข่าวลือนี้เป็นจริง มันจะส่งผลกระทบเป็นลูกโซ่เลยทีเดียว</w:t>
        <w:br/>
        <w:br/>
        <w:t>หนึ่งคือ iPhone 17 Pro และ Pro Max ราคาจะยิ่งถีบตัวสูงขึ้นไปอีก และสองคือ ตลาดมือสองอาจจะผันผวน ตามข้อมูลจากช่องเอกวิทย์ ที่วิเคราะห์ว่าเมื่อรุ่นใหม่อย่าง iPhone 18 เปิดตัว ราคาของรุ่นก่อนหน้าอย่าง iPhone 17 อาจจะปรับตัวสูงขึ้นในช่วงแรกด้วยซ้ำ</w:t>
        <w:br/>
        <w:br/>
        <w:t>สำหรับคนทำงานที่มองหาความคุ้มค่า นี่อาจเป็นสัญญาณว่า การตัดสินใจซื้อ iPhone 15 หรือ iPhone 16 ในช่วงก่อนที่รุ่นใหม่จะเปิดตัว อาจเป็นการลงทุนที่ฉลาดที่สุด เพื่อให้ได้เครื่องที่ประสิทธิภาพยังเหลือเฟือในราคาที่สมเหตุสมผลก่อนที่โครงสร้างราคาใหม่จะมาถึง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คุณคิดว่าราคา iPhone ที่รับได้ควรจะอยู่ที่เท่าไหร่? คอมเมนต์มาคุยกันหน่อยครับ</w:t>
      </w:r>
    </w:p>
    <w:p>
      <w:pPr>
        <w:spacing w:before="0" w:after="40"/>
      </w:pPr>
      <w:r>
        <w:rPr>
          <w:rFonts w:ascii="Arial" w:hAnsi="Arial"/>
          <w:b w:val="0"/>
          <w:i/>
          <w:color w:val="888888"/>
          <w:sz w:val="16"/>
        </w:rPr>
        <w:t>⏱ 55s  📰 อาตี๋รีวิว  #iphone17 #ไอโฟน #การเงิน #มนุษย์เงินเดือน #วางแผนการเงิน  💡 The 'Budget Recalibration' Framework: วิเคราะห์ผลกระทบของข่า</w:t>
      </w:r>
    </w:p>
    <w:p>
      <w:pPr>
        <w:spacing w:before="80" w:after="80"/>
        <w:pBdr>
          <w:bottom w:val="single" w:sz="4" w:space="1" w:color="DDDDDD"/>
        </w:pBdr>
      </w:pPr>
    </w:p>
    <w:p>
      <w:pPr>
        <w:spacing w:before="160" w:after="40"/>
      </w:pPr>
      <w:r>
        <w:rPr>
          <w:rFonts w:ascii="Arial" w:hAnsi="Arial"/>
          <w:b/>
          <w:i w:val="0"/>
          <w:color w:val="1565C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โอกาสสุดท้ายที่จะซื้อ iPhone ในราคาที่คุ้มที่สุด? Droidsans รายงานว่า iPhone 15 และ 16 คือล็อตสุดท้ายที่ยัง 'ราคาถูก'</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ใครที่กำลังเล็งจะเปลี่ยน iPhone แต่ยังลังเลอยู่ ฟังทางนี้ครับ Droidsans ได้ออกมาให้ข้อมูลที่น่าสนใจว่า iPhone 15 และ iPhone 16 อาจเป็นล็อตสุดท้ายที่เราจะหาซื้อได้ในโครงสร้างราคาปัจจุบัน ก่อนที่ iPhone รุ่นใหม่ๆ จะทำให้ราคาทั้งตลาดขยับขึ้น</w:t>
        <w:br/>
        <w:br/>
        <w:t>นี่คือช่วงเวลาที่เรียกว่า 'จุดคุ้มค่าที่สุด' สำหรับคนทำงานครับ คือการได้เครื่องใหม่แกะกล่อง ประกันเต็มปี สเปคแรงพอที่จะใช้ทำงานและแอปต่างๆ ไปได้อีกสบายๆ 3-4 ปี แต่ไม่ต้องจ่ายในราคาพรีเมียมของรุ่นเรือธงล่าสุดที่กำลังจะเปิดตัว</w:t>
        <w:br/>
        <w:br/>
        <w:t>ถ้าคุณไม่ได้ต้องการฟีเจอร์ที่ล้ำที่สุด แต่เน้นความเสถียรและความคุ้มค่าในการใช้งานระยะยาว การตัดสินใจซื้อ iPhone 15 หรือ 16 ในช่วงนี้ ถือเป็นทางเลือกที่ฉลาดและช่วยประหยัดงบได้มากที่สุดครับ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ตอนนี้ใช้ iPhone รุ่นไหนกันอยู่ และมีแผนจะอัปเกรดเป็นรุ่นอะไร คอมเมนต์บอกหน่อยครับ</w:t>
      </w:r>
    </w:p>
    <w:p>
      <w:pPr>
        <w:spacing w:before="0" w:after="40"/>
      </w:pPr>
      <w:r>
        <w:rPr>
          <w:rFonts w:ascii="Arial" w:hAnsi="Arial"/>
          <w:b w:val="0"/>
          <w:i/>
          <w:color w:val="888888"/>
          <w:sz w:val="16"/>
        </w:rPr>
        <w:t>⏱ 50s  📰 Droidsans  #iphone15 #iphone16 #ไอโฟน #รีวิวไอโฟน #คุ้มค่า  💡 The 'Value Depreciation Curve' Intervention: ชี้ให้เห็นว่ากา</w:t>
      </w:r>
    </w:p>
    <w:p>
      <w:pPr>
        <w:spacing w:before="80" w:after="80"/>
        <w:pBdr>
          <w:bottom w:val="single" w:sz="4" w:space="1" w:color="DDDDDD"/>
        </w:pBdr>
      </w:pPr>
    </w:p>
    <w:p>
      <w:pPr>
        <w:spacing w:before="160" w:after="40"/>
      </w:pPr>
      <w:r>
        <w:rPr>
          <w:rFonts w:ascii="Arial" w:hAnsi="Arial"/>
          <w:b/>
          <w:i w:val="0"/>
          <w:color w:val="1565C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ทำงานกับทีมที่ใช้ Samsung แล้วส่งไฟล์ใหญ่หากันลำบาก? ปัญหานี้อาจจบแล้ว เพราะตอนนี้ Samsung บางรุ่นส่งไฟล์ให้ iPhone ได้คล้าย AirDrop เลย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สำหรับคนทำงานออฟฟิศที่ต้องประสานงานกับเพื่อนร่วมทีมหลากหลาย หนึ่งในปัญหาคลาสสิกคือการส่งไฟล์ขนาดใหญ่ข้ามระบบระหว่าง iPhone กับ Samsung ซึ่งปกติมักจะต้องพึ่งแอปอื่นและคุณภาพไฟล์ก็ลดลง</w:t>
        <w:br/>
        <w:br/>
        <w:t>แต่ล่าสุดมีข้อมูลจาก Droidsans ระบุว่า Samsung รุ่นใหม่ๆ มีฟีเจอร์ที่ช่วยแก้ปัญหานี้ได้แล้วครับ นั่นคือ Quick Share ที่สามารถสร้าง QR Code หรือลิงก์สำหรับดาวน์โหลดไฟล์ได้</w:t>
        <w:br/>
        <w:br/>
        <w:t>วิธีการก็ง่ายๆ คือฝั่ง Samsung เลือกไฟล์ กดแชร์ผ่าน Quick Share แล้วเลือกสร้าง QR Code จากนั้นฝั่ง iPhone ก็แค่เปิดกล้องสแกน QR Code นั้น ก็จะสามารถดาวน์โหลดไฟล์ต้นฉบับขนาดเต็มได้ทันที ไม่ต้องผ่านแอปแชทให้ไฟล์ถูกบีบอัดอีกต่อไป ช่วยให้การทำงานร่วมกันราบรื่นและมีประสิทธิภาพมากขึ้นเยอะเลยครับ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ใครเคยเจอปัญหาส่งไฟล์ข้ามค่ายบ้าง? คอมเมนต์มาแชร์วิธีแก้ปัญหาส่วนตัวกันหน่อยครับ</w:t>
      </w:r>
    </w:p>
    <w:p>
      <w:pPr>
        <w:spacing w:before="0" w:after="40"/>
      </w:pPr>
      <w:r>
        <w:rPr>
          <w:rFonts w:ascii="Arial" w:hAnsi="Arial"/>
          <w:b w:val="0"/>
          <w:i/>
          <w:color w:val="888888"/>
          <w:sz w:val="16"/>
        </w:rPr>
        <w:t>⏱ 60s  📰 Droidsans  #iPhone #Samsung #Airdrop #ทำงาน #IT  💡 The 'Cross-Ecosystem Friction Reduction' Guide: นำเสนอเนื้อห</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2E7D32"/>
          <w:sz w:val="26"/>
        </w:rPr>
        <w:t xml:space="preserve">  📸  คนชอบถ่ายรูป / ช่างภาพ</w:t>
      </w:r>
    </w:p>
    <w:p>
      <w:pPr>
        <w:spacing w:before="40" w:after="0"/>
      </w:pPr>
    </w:p>
    <w:p>
      <w:pPr>
        <w:spacing w:before="160" w:after="40"/>
      </w:pPr>
      <w:r>
        <w:rPr>
          <w:rFonts w:ascii="Arial" w:hAnsi="Arial"/>
          <w:b/>
          <w:i w:val="0"/>
          <w:color w:val="2E7D32"/>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[ภาพ Visual: กราฟิกเปรียบเทียบความหนาของ iPhone 18 Pro ที่มีเลนส์นูนใหญ่ กับ iPhone Duo ที่บางเฉียบ] กล้อง iPhone จอพับ จะสู้กล้อง iPhone 18 Pro ที่หนากว่าไม่ได้? ไม่แน่เสมอไปครับ นี่คือเหตุผลทางฟิสิกส์ที่ช่างภาพต้องรู้</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 AppleInsider การที่กล้องของ iPhone Duo ที่มีข่าวลือออกมา อาจมีสเปคทางกายภาพที่ด้อยกว่า iPhone 18 Pro ไม่ใช่ 'ข้อเสีย' แต่เป็น 'การประนีประนอม' เชิงวิศวกรรมที่คนถ่ายรูปเข้าใจดีครับ หลักการง่ายๆ คือ กล้องคุณภาพสูงต้องการชิ้นเลนส์หลายชิ้นและเซ็นเซอร์ขนาดใหญ่ ซึ่งทั้งหมดนี้ต้องการ 'ความลึก' ของโมดูลกล้อง iPhone 18 Pro ที่เป็นทรงแท่งแบบเดิม สามารถใส่ฮาร์ดแวร์จัดเต็มได้ แต่สำหรับ iPhone Duo ที่ต้องบางลงเกือบครึ่งตอนพับ มันแทบเป็นไปไม่ได้เลยที่จะใส่ชุดเดียวกันเข้ามา ดังนั้น Apple อาจต้องเลือก trade-off ครับ เช่น ใช้เซ็นเซอร์ที่เล็กกว่า หรือลดความซับซ้อนของชุดเลนส์ลง แต่นั่นไม่ได้แปลว่าคุณภาพไฟล์จะแย่ลงนะครับ เพราะ Apple สามารถใช้ไม้เด็ดอย่าง Computational Photography ที่ฉลาดขึ้นไปอีกขั้น เพื่อรีดประสิทธิภาพสูงสุดจากฮาร์ดแวร์ที่มีข้อจำกัดทางกายภาพ นี่คือปรัชญาเดียวกับการที่ช่างภาพเลือกเลนส์ pancake ที่พกง่าย แทนเลนส์เกรดโปรตัวใหญ่ๆ ในบางสถานการณ์นั่นเองครับ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ถ้าอยากรู้ว่า computational photography จะชดเชยข้อจำกัดฮาร์ดแวร์ได้แค่ไหน Save คลิปนี้ไว้เลยครับ เดี๋ยวมีวิเคราะห์แบบลึกๆ ให้ดูอีก</w:t>
      </w:r>
    </w:p>
    <w:p>
      <w:pPr>
        <w:spacing w:before="0" w:after="40"/>
      </w:pPr>
      <w:r>
        <w:rPr>
          <w:rFonts w:ascii="Arial" w:hAnsi="Arial"/>
          <w:b w:val="0"/>
          <w:i/>
          <w:color w:val="888888"/>
          <w:sz w:val="16"/>
        </w:rPr>
        <w:t>⏱ 65s  📰 AppleInsider  #iPhoneDuo #iPhone18Pro #AppleProRAW #ช่างภาพ #ไอโฟน  💡 The 'Physics vs. Form Factor' Trade-off Analysis: วิเคราะห์ค</w:t>
      </w:r>
    </w:p>
    <w:p>
      <w:pPr>
        <w:spacing w:before="80" w:after="80"/>
        <w:pBdr>
          <w:bottom w:val="single" w:sz="4" w:space="1" w:color="DDDDDD"/>
        </w:pBdr>
      </w:pPr>
    </w:p>
    <w:p>
      <w:pPr>
        <w:spacing w:before="160" w:after="40"/>
      </w:pPr>
      <w:r>
        <w:rPr>
          <w:rFonts w:ascii="Arial" w:hAnsi="Arial"/>
          <w:b/>
          <w:i w:val="0"/>
          <w:color w:val="2E7D32"/>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[ภาพ Visual: Split screen ข้างหนึ่งเป็นคนกำลังพยายามใช้มือถือถ่าย Long exposure แล้วภาพสั่นเบลอ อีกข้างเป็นภาพเรนเดอร์ iPhone Duo กาง 90 องศา ตั้งบนโต๊ะถ่ายภาพนิ่งๆ] iPhone จอพับ ไม่ได้มีดีแค่จอใหญ่ แต่มันจะเปลี่ยน 'Workflow' การถ่ายรูปของเราไปตลอดกาล</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เวลาเราเห็นข่าวลือ iPhone Duo เทียบกับ Samsung Z Fold สิ่งที่คนส่วนใหญ่สนใจคือสเปค แต่สำหรับคนถ่ายรูปอย่างเรา ต้องมองให้ลึกกว่านั้นครับว่ามันเปลี่ยน 'วิธีการทำงาน' ของเรายังไง ลองจินตนาการตามนะครับ หนึ่ง...การถ่าย Long Exposure หรือ Timelapse ปกติเราต้องพกขาตั้งกล้อง แต่ถ้ามี iPhone Duo แค่วางบนพื้นหรือกำแพงแล้วพับจอเป็นมุม 90 องศา มันก็ทำหน้าที่เป็นขาตั้งกล้องในตัวได้เลย สอง...Workflow แบบ 'Dual Screen' คือเราใช้จอหนึ่งเป็น Live View แบบเต็มตา อีกจอเป็นแผงควบคุมทั้งหมด ตั้งแต่ ISO, Shutter Speed ไปจนถึงการดูรูปที่เพิ่งถ่าย โดยไม่ต้องออกจากแอปกล้องเลย เหมือนมีจอมอนิเตอร์แยกติดมากับกล้องตลอดเวลา สาม...การถ่ายภาพบุคคล มีข่าวลือว่าตัวแบบสามารถเห็นตัวเองได้จากจอข้างนอก ทำให้โพสท่าได้เป็นธรรมชาติมากขึ้น นี่เป็นแค่ส่วนหนึ่งที่ฟอร์มแฟคเตอร์แบบจอพับจะเข้ามาแก้ปัญหาและเปิดความเป็นไปได้ใหม่ๆ ให้กับช่างภาพครับ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ใครอยากเห็นการทดสอบ Workflow ถ่ายรูปจริงจังแบบนี้บ้าง? กด Save ไว้เลย ถ้า Apple เปิดตัวมาเมื่อไหร่ ผมจัดให้แน่นอน</w:t>
      </w:r>
    </w:p>
    <w:p>
      <w:pPr>
        <w:spacing w:before="0" w:after="40"/>
      </w:pPr>
      <w:r>
        <w:rPr>
          <w:rFonts w:ascii="Arial" w:hAnsi="Arial"/>
          <w:b w:val="0"/>
          <w:i/>
          <w:color w:val="888888"/>
          <w:sz w:val="16"/>
        </w:rPr>
        <w:t>⏱ 70s  📰 Droidsans  #iPhoneDuo #ถ่ายไงได้งี้ #PhotographyTips #ไอโฟนจอพับ #เทคนิคถ่ายรูป  💡 The 'Two-Screen Shooting Workflow' Breakdown: ไม่ได้เปรียบเท</w:t>
      </w:r>
    </w:p>
    <w:p>
      <w:pPr>
        <w:spacing w:before="80" w:after="80"/>
        <w:pBdr>
          <w:bottom w:val="single" w:sz="4" w:space="1" w:color="DDDDDD"/>
        </w:pBdr>
      </w:pPr>
    </w:p>
    <w:p>
      <w:pPr>
        <w:spacing w:before="160" w:after="40"/>
      </w:pPr>
      <w:r>
        <w:rPr>
          <w:rFonts w:ascii="Arial" w:hAnsi="Arial"/>
          <w:b/>
          <w:i w:val="0"/>
          <w:color w:val="2E7D32"/>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[ภาพ Visual: ช่างภาพกำลังถ่ายรูปคน คนถูกถ่ายดูเกร็งๆ ไม่เป็นธรรมชาติ จากนั้นภาพเปลี่ยนเป็นเรนเดอร์ iPhone Duo ที่จอข้างนอกแสดงภาพให้คนถูกถ่ายดู แล้วคนนั้นก็ยิ้มอย่างมั่นใจ] ปัญหาตัวแบบเกร็งเวลาถ่ายรูปจะหมดไป ถ้าข่าวลือ iPhone Duo เป็นจริง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ตามข่าวลือเรื่อง iPhone Duo ที่ Droidsans และสื่อหลายเจ้าพูดถึง มีฟีเจอร์หนึ่งที่อาจเปลี่ยนเกมการถ่ายภาพ Portrait ไปเลย นั่นคือ 'Cover Screen Preview' ครับ ปกติเวลาเราใช้ iPhone ถ่ายรูปให้คนอื่น เขาจะไม่เห็นตัวเองจนกว่าเราจะถ่ายเสร็จแล้วหันจอให้ดูใช่ไหมครับ? ซึ่งมันอาจทำให้เขาไม่มั่นใจและเกร็ง แต่สำหรับมือถือจอพับ เราสามารถเปิดให้จอข้างนอกแสดงภาพ real-time จากกล้องหลังได้เลย หมายความว่า คนที่ถูกถ่ายจะเห็นตัวเองเหมือนส่องกระจกตลอดเวลา สิ่งนี้แก้ปัญหาได้ตรงจุดมาก หนึ่ง...ลดความประหม่า เพราะตัวแบบเห็นมุมของตัวเองและปรับท่าทางได้ทันที สอง...เกิดการทำงานร่วมกัน (collaboration) ระหว่างช่างภาพกับตัวแบบ ทำให้ได้ภาพที่เป็นธรรมชาติและตรงใจมากขึ้น สาม...สำหรับการถ่าย Vlog หรือเซลฟี่ด้วยกล้องหลัง ก็จะได้คุณภาพสูงสุด โดยที่ยังเห็นหน้าตัวเองเพื่อจัดองค์ประกอบได้ตลอดเวลา มันคือเครื่องมือทลายกำแพงระหว่างคนหน้ากล้องและหลังกล้องเลยครับ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Save คลิปนี้เก็บไว้เลยครับ ถ้าได้เครื่องมาเมื่อไหร่ จะทดสอบการถ่าย Portrait ด้วยฟีเจอร์นี้ให้ดูว่ามันเปลี่ยนไดนามิกในการทำงานไปขนาดไหน</w:t>
      </w:r>
    </w:p>
    <w:p>
      <w:pPr>
        <w:spacing w:before="0" w:after="40"/>
      </w:pPr>
      <w:r>
        <w:rPr>
          <w:rFonts w:ascii="Arial" w:hAnsi="Arial"/>
          <w:b w:val="0"/>
          <w:i/>
          <w:color w:val="888888"/>
          <w:sz w:val="16"/>
        </w:rPr>
        <w:t>⏱ 60s  📰 Droidsans  #iPhoneDuo #ถ่ายรูปคน #PortraitPhotography #เทคนิคถ่ายรูป #ไอโฟนจอพับ  💡 The 'Subject Interaction' Dynamic Shift: โฟกัสไปที่ผลกระทบขอ</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E65100"/>
          <w:sz w:val="26"/>
        </w:rPr>
        <w:t xml:space="preserve">  💰  งบน้อย อยากได้ iPhone</w:t>
      </w:r>
    </w:p>
    <w:p>
      <w:pPr>
        <w:spacing w:before="40" w:after="0"/>
      </w:pPr>
    </w:p>
    <w:p>
      <w:pPr>
        <w:spacing w:before="160" w:after="40"/>
      </w:pPr>
      <w:r>
        <w:rPr>
          <w:rFonts w:ascii="Arial" w:hAnsi="Arial"/>
          <w:b/>
          <w:i w:val="0"/>
          <w:color w:val="E6510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มีงบ 20,000 บาท แต่อยากได้ iPhone 'มือหนึ่ง' ตอนนี้ยังทันไหม? บอกเลยว่านี่คือโอกาสสุดท้าย!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เห็นข่าวจาก Droidsans ไหมครับ เขาบอกว่า iPhone 15 และ 16 อาจเป็นล็อตสุดท้ายที่ยังได้ราคานี้ ก่อนที่รุ่นใหม่ๆ จะเปิดตัวแล้วอาจจะปรับราคากันอีกรอบ! หมายความว่าไง? หมายความว่าถ้าใครอยากได้ iPhone มือหนึ่ง ประกันศูนย์เต็มๆ แกะกล่องเอง แต่มีงบจำกัด... ตอนนี้คือจังหวะที่ดีที่สุดครับ! แทนที่จะรอรุ่นใหม่ที่แพงขึ้น ลองดู iPhone 15 รุ่นธรรมดา ที่ตอนนี้ราคาเริ่มจับต้องได้มากขึ้น ได้ทั้ง Dynamic Island กล้องดีๆ ใช้ได้ยาวๆ เลยครับ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ใครมีงบเท่าไหร่กันบ้าง คอมเมนต์มาเลย เดี๋ยวช่วยดูให้ว่าตอนนี้รุ่นไหนเหมาะสุด!</w:t>
      </w:r>
    </w:p>
    <w:p>
      <w:pPr>
        <w:spacing w:before="0" w:after="40"/>
      </w:pPr>
      <w:r>
        <w:rPr>
          <w:rFonts w:ascii="Arial" w:hAnsi="Arial"/>
          <w:b w:val="0"/>
          <w:i/>
          <w:color w:val="888888"/>
          <w:sz w:val="16"/>
        </w:rPr>
        <w:t>⏱ 45s  📰 Droidsans  #ไอโฟน15 #iphone15 #ไอโฟนงบน้อย #มือถือ  💡 The 'Last Call for Value' Angle: มุมนี้สร้างความรู้สึกเร่งด่</w:t>
      </w:r>
    </w:p>
    <w:p>
      <w:pPr>
        <w:spacing w:before="80" w:after="80"/>
        <w:pBdr>
          <w:bottom w:val="single" w:sz="4" w:space="1" w:color="DDDDDD"/>
        </w:pBdr>
      </w:pPr>
    </w:p>
    <w:p>
      <w:pPr>
        <w:spacing w:before="160" w:after="40"/>
      </w:pPr>
      <w:r>
        <w:rPr>
          <w:rFonts w:ascii="Arial" w:hAnsi="Arial"/>
          <w:b/>
          <w:i w:val="0"/>
          <w:color w:val="E6510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ข่าวลือ iPhone 17-18 ราคาพุ่งไป 35,000+ แล้วคนงบหมื่นต้นๆ จะทำยังไง?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เห็นข่าวจากหลายๆ ที่ อย่างช่องพี่เอกวิทย์ก็พูดถึง ว่ามีแนวโน้มที่ iPhone รุ่นใหม่ๆ ราคาจะขยับขึ้นไปอีก! แต่ไม่ต้องตกใจครับ... นี่คือโอกาสทองของตลาดมือสองเลย! เพราะอะไร? เพราะด้วยงบประมาณ 15,000 บาทตอนนี้ เราสามารถหา iPhone 13 หรืออาจจะขยับไป 14 รุ่นธรรมดาในสภาพดีๆ ได้สบายๆ ซึ่งสเปคยังแรงเหลือๆ อัปเดตได้อีกหลายปีเลยนะ แค่ตอนซื้อต้องเช็คดีๆ หน่อย โดยเฉพาะสุขภาพแบตกับหน้าจอแท้ครับ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งบหมื่นนิดๆ ของคุณ เล็งรุ่นไหนกันอยู่? คอมเมนต์มาคุยกัน เดี๋ยวช่วยดูให้!</w:t>
      </w:r>
    </w:p>
    <w:p>
      <w:pPr>
        <w:spacing w:before="0" w:after="40"/>
      </w:pPr>
      <w:r>
        <w:rPr>
          <w:rFonts w:ascii="Arial" w:hAnsi="Arial"/>
          <w:b w:val="0"/>
          <w:i/>
          <w:color w:val="888888"/>
          <w:sz w:val="16"/>
        </w:rPr>
        <w:t>⏱ 50s  📰 เอกวิทย์  #ไอโฟนมือสอง #iphoneมือสอง #ไอโฟน13 #ไอโฟน14 #งบน้อย  💡 The 'Future-Proofing on a Budget' Angle: มุมนี้ไม่ได้มองแค่ก</w:t>
      </w:r>
    </w:p>
    <w:p>
      <w:pPr>
        <w:spacing w:before="80" w:after="80"/>
        <w:pBdr>
          <w:bottom w:val="single" w:sz="4" w:space="1" w:color="DDDDDD"/>
        </w:pBdr>
      </w:pPr>
    </w:p>
    <w:p>
      <w:pPr>
        <w:spacing w:before="160" w:after="40"/>
      </w:pPr>
      <w:r>
        <w:rPr>
          <w:rFonts w:ascii="Arial" w:hAnsi="Arial"/>
          <w:b/>
          <w:i w:val="0"/>
          <w:color w:val="E6510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จะไม่มี iPhone 'รุ่นธรรมดา' ราคาเริ่มต้นอีกแล้วเหรอ? ถ้าข่าวลือนี้จริง คนงบน้อยจะซื้ออะไรดี?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มีรายงานจาก Droidsans ที่น่าสนใจมากครับ เขาบอกว่ามีข่าวลือว่า iPhone 18 อาจจะไม่มี 'รุ่นธรรมดา' ราคาเริ่มต้นเหมือนเคย! ถ้าเป็นเรื่องจริง... แปลว่าราคาเปิดตัว iPhone ใหม่จะกระโดดสูงขึ้นไปอีกเยอะเลย แล้วเราจะทำยังไง? เอาจริงๆ นี่อาจจะเป็นข้อดีนะ! มันทำให้เราตัดสินใจง่ายขึ้นเยอะเลยครับ ว่าถ้าอยากคุ้มค่าสุดๆ ตอนนี้ ก็ต้องมองไปที่ iPhone 15 มือหนึ่ง หรือ iPhone 13, 14 มือสอง ที่พิสูจน์ตัวเองแล้วว่าดีจริง ไม่ต้องไปลุ้นกับราคาในอนาคตที่ยังไม่แน่นอน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 iPhone รุ่นใหม่เริ่มต้นที่ 3 หมื่นอัปจริงๆ คุณจะยังซื้ออยู่ไหม หรือหันไปมองมือสอง? คอมเมนต์บอกหน่อย!</w:t>
      </w:r>
    </w:p>
    <w:p>
      <w:pPr>
        <w:spacing w:before="0" w:after="40"/>
      </w:pPr>
      <w:r>
        <w:rPr>
          <w:rFonts w:ascii="Arial" w:hAnsi="Arial"/>
          <w:b w:val="0"/>
          <w:i/>
          <w:color w:val="888888"/>
          <w:sz w:val="16"/>
        </w:rPr>
        <w:t>⏱ 48s  📰 Droidsans  #iphone18 #ไอโฟน #ข่าวไอที #apple #droidsans  💡 The 'Forced Clarity' Angle: มุมนี้ตีความข่าวร้าย (การตัดรุ่น</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37474F"/>
          <w:sz w:val="26"/>
        </w:rPr>
        <w:t xml:space="preserve">  🏢  นักธุรกิจ / ผู้บริหาร</w:t>
      </w:r>
    </w:p>
    <w:p>
      <w:pPr>
        <w:spacing w:before="40" w:after="0"/>
      </w:pPr>
    </w:p>
    <w:p>
      <w:pPr>
        <w:spacing w:before="160" w:after="40"/>
      </w:pPr>
      <w:r>
        <w:rPr>
          <w:rFonts w:ascii="Arial" w:hAnsi="Arial"/>
          <w:b/>
          <w:i w:val="0"/>
          <w:color w:val="37474F"/>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ทีมของคุณใช้ทั้ง iPhone และ Samsung หรือเปล่า? การส่งไฟล์ข้ามระบบคือหนึ่งในช่องโหว่ด้านความปลอดภัยที่ฝ่าย IT กังวลที่สุด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ในโลกธุรกิจที่ต้องการความรวดเร็ว การส่งไฟล์ระหว่างทีมเป็นเรื่องปกติ แต่เมื่อทีมของคุณมีทั้ง iPhone ที่ใช้ AirDrop และ Samsung ที่ใช้ Quick Share มันคือความท้าทายครับ</w:t>
        <w:br/>
        <w:br/>
        <w:t>ตามข้อมูลจาก Droidsans แม้ Samsung จะมีฟีเจอร์ส่งไฟล์ความเร็วสูง แต่ก็ไม่สามารถทำงานร่วมกับ AirDrop ของ Apple ได้โดยตรง สิ่งนี้สร้างปัญหาในองค์กร คือ พนักงานอาจหันไปใช้วิธีที่ไม่ปลอดภัย เช่น ส่งไฟล์สำคัญผ่านแอปแชทส่วนตัว, อีเมลที่ไม่มีการเข้ารหัส, หรือบริการคลาวด์ฟรี ซึ่งทั้งหมดนี้เพิ่มความเสี่ยงข้อมูลรั่วไหล</w:t>
        <w:br/>
        <w:br/>
        <w:t>การจำกัดให้ใช้เฉพาะ Apple ecosystem ทั้งหมดอาจเป็นทางออกหนึ่งที่ช่วยให้การส่งไฟล์ผ่าน AirDrop ปลอดภัยและรวดเร็ว หรืออีกทางคือการใช้โซลูชัน MDM (Mobile Device Management) ที่มีเครื่องมือจัดการการแชร์ไฟล์ที่ปลอดภัยและตรวจสอบได้สำหรับทุกอุปกรณ์ในองค์กร นี่คือการลงทุนเพื่อปิดความเสี่ยงทางธุรกิจครับ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ไว้เพื่อเรียนรู้การสร้าง Apple ecosystem ที่ปลอดภัยและเพิ่ม productivity ให้ทีมของคุณ</w:t>
      </w:r>
    </w:p>
    <w:p>
      <w:pPr>
        <w:spacing w:before="0" w:after="40"/>
      </w:pPr>
      <w:r>
        <w:rPr>
          <w:rFonts w:ascii="Arial" w:hAnsi="Arial"/>
          <w:b w:val="0"/>
          <w:i/>
          <w:color w:val="888888"/>
          <w:sz w:val="16"/>
        </w:rPr>
        <w:t>⏱ 60s  📰 Droidsans  #AppleEcosystem #Cybersecurity #Productivity #iPhoneForBusiness #MDM  💡 The 'Cross-Platform Friction' Security Risk Angle: วิเคราะห์</w:t>
      </w:r>
    </w:p>
    <w:p>
      <w:pPr>
        <w:spacing w:before="80" w:after="80"/>
        <w:pBdr>
          <w:bottom w:val="single" w:sz="4" w:space="1" w:color="DDDDDD"/>
        </w:pBdr>
      </w:pPr>
    </w:p>
    <w:p>
      <w:pPr>
        <w:spacing w:before="160" w:after="40"/>
      </w:pPr>
      <w:r>
        <w:rPr>
          <w:rFonts w:ascii="Arial" w:hAnsi="Arial"/>
          <w:b/>
          <w:i w:val="0"/>
          <w:color w:val="37474F"/>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ผู้บริหารใช้เวลาเฉลี่ย 5.9 ชั่วโมงต่อวันบนมือถือ... แต่ถ้ามือถือเครื่องเดียวสามารถทำงานแทน iPad สำหรับธุรกิจได้ด้วยล่ะ?</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มีรายงานที่น่าสนใจจาก Droidsans เกี่ยวกับ iPhone จอพับที่อาจใช้ชื่อว่า 'iPhone Duo' ครับ</w:t>
        <w:br/>
        <w:br/>
        <w:t>สำหรับผู้บริหาร นี่ไม่ใช่แค่นวัตกรรม แต่มันคือการเปลี่ยนนิยามของ Mobile Workstation โดยสิ้นเชิง ลองนึกภาพตามนะครับ: คุณสามารถวิดีโอคอลล์กับทีมบนจอหนึ่ง ในขณะที่อีกจอเปิดดูข้อมูล Dashboard ของบริษัทได้พร้อมกัน หรือตรวจสอบไฟล์พรีเซนเทชั่นขนาดใหญ่ได้เต็มตาโดยไม่ต้องพก iPad อีกต่อไป</w:t>
        <w:br/>
        <w:br/>
        <w:t>ตามข่าวลือระบุว่า Apple กำลังพัฒนาอุปกรณ์นี้เพื่อตอบโจทย์การทำงานแบบ Multi-tasking อย่างจริงจัง หากเกิดขึ้นจริง มันจะกลายเป็นการยุบรวมอุปกรณ์ที่จำเป็นสำหรับผู้บริหารให้เหลือเพียงชิ้นเดียว ลดภาระ เพิ่มความคล่องตัว และทำให้ทุกที่เป็นออฟฟิศเคลื่อนที่ได้สมบูรณ์แบบ นี่คือภาพอนาคตของ Productivity สำหรับผู้นำองค์กรครับ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ถ้าอยากรู้ว่าอุปกรณ์ Apple ชิ้นต่อไปจะเปลี่ยนวิธีการทำงานของผู้บริหารได้อย่างไร Follow เลยครับ</w:t>
      </w:r>
    </w:p>
    <w:p>
      <w:pPr>
        <w:spacing w:before="0" w:after="40"/>
      </w:pPr>
      <w:r>
        <w:rPr>
          <w:rFonts w:ascii="Arial" w:hAnsi="Arial"/>
          <w:b w:val="0"/>
          <w:i/>
          <w:color w:val="888888"/>
          <w:sz w:val="16"/>
        </w:rPr>
        <w:t>⏱ 65s  📰 Droidsans  #iPhoneDuo #ExecutiveLife #FutureOfWork #Apple #ProductivityTips  💡 The 'C-Suite Workflow Redefinition' Angle: มุมนี้ไม่ได้มอง i</w:t>
      </w:r>
    </w:p>
    <w:p>
      <w:pPr>
        <w:spacing w:before="80" w:after="80"/>
        <w:pBdr>
          <w:bottom w:val="single" w:sz="4" w:space="1" w:color="DDDDDD"/>
        </w:pBdr>
      </w:pPr>
    </w:p>
    <w:p>
      <w:pPr>
        <w:spacing w:before="160" w:after="40"/>
      </w:pPr>
      <w:r>
        <w:rPr>
          <w:rFonts w:ascii="Arial" w:hAnsi="Arial"/>
          <w:b/>
          <w:i w:val="0"/>
          <w:color w:val="37474F"/>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มีข่าวลือว่า Apple อาจเลิกผลิต iPhone 18 รุ่นธรรมดา... นี่ไม่ใช่แค่เรื่องราคา แต่เป็นสัญญาณการเปลี่ยนแปลงกลยุทธ์การจัดซื้ออุปกรณ์ในองค์กรครั้งใหญ่</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 Droidsans การที่ Apple อาจตัด iPhone รุ่นมาตรฐานออกไป จะส่งผลโดยตรงต่อฝ่ายจัดซื้อและ IT ขององค์กรครับ</w:t>
        <w:br/>
        <w:br/>
        <w:t>ในอดีต รุ่นมาตรฐานคือตัวเลือกที่สมดุลสำหรับพนักงานส่วนใหญ่ แต่เมื่อตัวเลือกนี้หายไป องค์กรจะถูกบีบให้ต้องตัดสินใจเชิงกลยุทธ์ คือ หนึ่ง อัปเกรดไปใช้รุ่น Pro ทั้งหมด ซึ่งหมายถึงต้นทุนต่อเครื่องที่สูงขึ้น หรือ สอง ยืดอายุการใช้งานของอุปกรณ์รุ่นเก่าออกไป</w:t>
        <w:br/>
        <w:br/>
        <w:t>นี่ทำให้การคำนวณ TCO หรือ Total Cost of Ownership ซับซ้อนขึ้น แม้รุ่น Pro จะมีราคาสูงกว่า แต่ก็อาจให้ผลตอบแทนที่ดีกว่าในระยะยาว ทั้งในแง่ของประสิทธิภาพ, อายุการใช้งานที่ยาวนานกว่า, และมูลค่าขายต่อที่สูงขึ้น การเปลี่ยนแปลงนี้จึงเป็นตัวกระตุ้นให้องค์กรต้องทบทวนกลยุทธ์การลงทุนด้านอุปกรณ์พกพาใหม่ทั้งหมด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เราไว้เพื่อวิเคราะห์กลยุทธ์ Apple และผลกระทบต่อการลงทุนด้าน IT ในองค์กรของคุณ</w:t>
      </w:r>
    </w:p>
    <w:p>
      <w:pPr>
        <w:spacing w:before="0" w:after="40"/>
      </w:pPr>
      <w:r>
        <w:rPr>
          <w:rFonts w:ascii="Arial" w:hAnsi="Arial"/>
          <w:b w:val="0"/>
          <w:i/>
          <w:color w:val="888888"/>
          <w:sz w:val="16"/>
        </w:rPr>
        <w:t>⏱ 60s  📰 Droidsans  #iPhone18 #AppleBusiness #EnterpriseIT #TCO #ไอโฟน  💡 The 'Forced Premiumization' Corporate Procurement Angle: วิเ</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C62828"/>
          <w:sz w:val="26"/>
        </w:rPr>
        <w:t xml:space="preserve">  🔥  คนชอบข่าวลือ / leaks</w:t>
      </w:r>
    </w:p>
    <w:p>
      <w:pPr>
        <w:spacing w:before="40" w:after="0"/>
      </w:pPr>
    </w:p>
    <w:p>
      <w:pPr>
        <w:spacing w:before="160" w:after="40"/>
      </w:pPr>
      <w:r>
        <w:rPr>
          <w:rFonts w:ascii="Arial" w:hAnsi="Arial"/>
          <w:b/>
          <w:i w:val="0"/>
          <w:color w:val="C62828"/>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หลุดความจุแบต iPhone 18 Pro! อึดขึ้นจริง แต่...อาจจะไม่เท่าที่คุณฝันไว้?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ข่าวลือล่าสุดจากแอป coconutBattery ที่ iMod รายงานออกมาแล้วครับ! iPhone 18 Pro และ Pro Max อาจจะมีการอัปเกรดความจุแบตเตอรี่จริง แต่ตัวเลขที่เห็นอาจทำให้หลายคนต้องคิดหนัก</w:t>
        <w:br/>
        <w:br/>
        <w:t>ตามรายงานระบุว่า iPhone 18 Pro จะมีความจุแบตเพิ่มขึ้นจากรุ่นก่อนหน้าประมาณ 2.5% ส่วน iPhone 18 Pro Max จะเพิ่มขึ้นประมาณ 2.7% ครับ</w:t>
        <w:br/>
        <w:br/>
        <w:t>คำถามคือ...เพิ่มขึ้นแค่นี้ มันพอรึเปล่า? ในการใช้งานจริงจะรู้สึกถึงความแตกต่างมากแค่ไหน? นี่อาจเป็นสัญญาณว่า Apple กำลังเดิมพันกับประสิทธิภาพของชิปตัวใหม่ที่จะประหยัดพลังงานได้ดีขึ้น มากกว่าการเพิ่มขนาดแบตเตอรี่แบบก้าวกระโดด</w:t>
        <w:br/>
        <w:br/>
        <w:t>แน่นอนว่าทั้งหมดนี้ยังเป็นแค่ข้อมูลที่ยังไม่ได้รับการยืนยันนะครับ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ใครทีมแบตอึด กด follow ไว้เลย! มีข้อมูลใหม่รีบมาอัปเดตให้ทันที! 🔔</w:t>
      </w:r>
    </w:p>
    <w:p>
      <w:pPr>
        <w:spacing w:before="0" w:after="40"/>
      </w:pPr>
      <w:r>
        <w:rPr>
          <w:rFonts w:ascii="Arial" w:hAnsi="Arial"/>
          <w:b w:val="0"/>
          <w:i/>
          <w:color w:val="888888"/>
          <w:sz w:val="16"/>
        </w:rPr>
        <w:t>⏱ 45s  📰 iMod  #iPhone18Pro #iPhone18 #ไอโฟน18 #ข่าวลือไอโฟน #Apple  💡 The 'Incremental Gain vs. User Expectation' Paradox Angle: ว</w:t>
      </w:r>
    </w:p>
    <w:p>
      <w:pPr>
        <w:spacing w:before="80" w:after="80"/>
        <w:pBdr>
          <w:bottom w:val="single" w:sz="4" w:space="1" w:color="DDDDDD"/>
        </w:pBdr>
      </w:pPr>
    </w:p>
    <w:p>
      <w:pPr>
        <w:spacing w:before="160" w:after="40"/>
      </w:pPr>
      <w:r>
        <w:rPr>
          <w:rFonts w:ascii="Arial" w:hAnsi="Arial"/>
          <w:b/>
          <w:i w:val="0"/>
          <w:color w:val="C62828"/>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ใครรอซื้อ iPhone 18 รุ่นธรรมดา... ปีนี้อาจไม่มีอยู่จริง! Apple เตรียมตัดทิ้ง?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เตรียมแผนการเงินกันใหม่ด่วน! มีข่าวลือหนาหูออกมาว่า ไลน์อัพ iPhone 18 ปีนี้จะไม่มีรุ่นธรรมดาอีกต่อไปแล้ว!</w:t>
        <w:br/>
        <w:br/>
        <w:t>ตามรายงานระบุว่า Apple อาจจะปรับไลน์อัพใหม่ทั้งหมด โดยตัดรุ่นเริ่มต้นที่คุ้นเคยออกไป แล้วแทนที่ด้วย iPhone 18 Slim ที่คาดว่าจะมีราคาสูงกว่าเดิม ทำให้ตัวเลือกที่ถูกที่สุดของรุ่นใหม่ แพงขึ้นโดยอัตโนมัติ</w:t>
        <w:br/>
        <w:br/>
        <w:t>นี่คือกลยุทธ์ 'บังคับอัปเกรด' รึเปล่า? เพราะมันเหมือนเป็นการสร้างกรวยทางการตลาด บีบให้คนท่ีอยากได้ของใหม่ต้องจ่ายเพิ่มเพื่อขยับไปรุ่น Slim หรือไม่ก็ต้องยอมถอยกลับไปซื้อรุ่นเก่าอย่าง iPhone 17 แทน</w:t>
        <w:br/>
        <w:br/>
        <w:t>คุณคิดว่าไงครับ? ถ้าเป็นแบบนี้จริงจะซื้อรุ่นไหนกัน? คอมเมนต์มาคุยกันหน่อย ทั้งหมดนี้ยังเป็นแค่ข่าวลือนะครับ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ถ้าไม่อยากพลาดไลน์อัพสุดท้ายก่อนใคร กด follow ด่วน! รู้ก่อนตัดสินใจก่อน! 🔔</w:t>
      </w:r>
    </w:p>
    <w:p>
      <w:pPr>
        <w:spacing w:before="0" w:after="40"/>
      </w:pPr>
      <w:r>
        <w:rPr>
          <w:rFonts w:ascii="Arial" w:hAnsi="Arial"/>
          <w:b w:val="0"/>
          <w:i/>
          <w:color w:val="888888"/>
          <w:sz w:val="16"/>
        </w:rPr>
        <w:t>⏱ 50s  📰 Droidsans  #iPhone18 #ไอโฟน18 #Apple #ข่าวไอที #ข่าวลือ  💡 The 'Forced Upsell Funnel' Angle: วิเคราะห์การตัดรุ่นธรรมดาอ</w:t>
      </w:r>
    </w:p>
    <w:p>
      <w:pPr>
        <w:spacing w:before="80" w:after="80"/>
        <w:pBdr>
          <w:bottom w:val="single" w:sz="4" w:space="1" w:color="DDDDDD"/>
        </w:pBdr>
      </w:pPr>
    </w:p>
    <w:p>
      <w:pPr>
        <w:spacing w:before="160" w:after="40"/>
      </w:pPr>
      <w:r>
        <w:rPr>
          <w:rFonts w:ascii="Arial" w:hAnsi="Arial"/>
          <w:b/>
          <w:i w:val="0"/>
          <w:color w:val="C62828"/>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จอพับไม่ได้มาแค่ให้ว้าว! แต่มันคือ 'กรงทอง' ที่ Apple สร้างไว้ขังเรา!</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หลายคนตื่นเต้นกับข่าวลือ iPhone จอพับที่อาจจะมาในชื่อ iPhone Duo แต่เคยคิดมั้ยครับว่าทำไม Apple ถึงเพิ่งจะมาทำ ทั้งที่ Samsung ทำตลาดมาตั้งนานแล้ว?</w:t>
        <w:br/>
        <w:br/>
        <w:t>คำตอบมันอาจจะไม่ได้อยู่ที่ตัวเครื่อง...แต่อยู่ที่ Ecosystem ครับ!</w:t>
        <w:br/>
        <w:br/>
        <w:t>ลองจินตนาการตามนะ...จอหนึ่งเปิด Final Cut ตัดคลิป อีกจอใช้เป็น Timeline, จอหนึ่งวาดรูปด้วย Apple Pencil อีกจอเปิด Reference จาก Mac ด้วย Sidecar มันคือการทำให้ Device ทุกชิ้นของ Apple ที่คุณมี ทำงานร่วมกันได้ดีขึ้นแบบคูณสอง!</w:t>
        <w:br/>
        <w:br/>
        <w:t>นี่คือแผนที่จะทำให้เราออกจาก Ecosystem ของ Apple ไม่ได้อีกเลย เพราะเมื่อไหร่ที่คุณชินกับการทำงานสองจอที่เชื่อมต่อกันแบบไร้รอยต่อแล้ว การกลับไปใช้มือถือจอเดียวธรรมดาๆ จะรู้สึกเหมือนขาดอะไรไปทันที มันไม่ใช่แค่มือถือใหม่ แต่มันคือตัวคูณพลังให้ของทุกชิ้นที่คุณมีอยู่แล้ว</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ใครรอ iPhone จอพับอยู่บ้าง? กด follow ไว้เลย มีข่าวหลุดเพิ่มเมื่อไหร่ รู้ทันที! 🔔</w:t>
      </w:r>
    </w:p>
    <w:p>
      <w:pPr>
        <w:spacing w:before="0" w:after="40"/>
      </w:pPr>
      <w:r>
        <w:rPr>
          <w:rFonts w:ascii="Arial" w:hAnsi="Arial"/>
          <w:b w:val="0"/>
          <w:i/>
          <w:color w:val="888888"/>
          <w:sz w:val="16"/>
        </w:rPr>
        <w:t>⏱ 55s  📰 Droidsans  #iPhoneDuo #ไอโฟนจอพับ #Apple #iPhone18 #ข่าวลือไอโฟน  💡 The 'Ecosystem Lock-in Multiplier' Angle: วิเคราะห์ iPhone จ</w:t>
      </w:r>
    </w:p>
    <w:p>
      <w:pPr>
        <w:spacing w:before="80" w:after="80"/>
        <w:pBdr>
          <w:bottom w:val="single" w:sz="4" w:space="1" w:color="DDDDDD"/>
        </w:pBdr>
      </w:pPr>
    </w:p>
    <w:p>
      <w:pPr>
        <w:spacing w:before="160" w:after="0"/>
      </w:pPr>
    </w:p>
    <w:p>
      <w:pPr>
        <w:spacing w:before="0" w:after="120"/>
        <w:jc w:val="center"/>
      </w:pPr>
      <w:r>
        <w:rPr>
          <w:rFonts w:ascii="Arial" w:hAnsi="Arial"/>
          <w:b w:val="0"/>
          <w:i/>
          <w:color w:val="AAAAAA"/>
          <w:sz w:val="16"/>
        </w:rPr>
        <w:t>Generated by TikTok Farming Pipeline  •  Next step: Script QC Agent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