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18 Sep 2026  08:15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แก๊งค์เพื่อนส่งรูปกันช้าจนหงุดหงิดป้ะ? iOS 27 เค้าว่าแก้แล้ว...จริงดิ?!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เวลาไปเที่ยวถ่ายรูปกันเป็นร้อย พอจะส่งไฟล์ผ่าน AirDrop ทีไรคือต้องยืนรอจนขาแข็ง! แต่เพิ่งไปเจอคลิปของช่อง อาตี๋รีวิว มา เค้าบอกว่าใน iOS 27 ใหม่เนี่ย AirDrop มันไวขึ้นแบบติดจรวด! ส่งวิดีโอ 4K ยาวๆ หรือรูปเป็นอัลบั้มก็คือแป๊บเดียวเสร็จ ไม่ต้องยืนเกาะกลุ่มรอเพื่อนอีกต่อไป บอกเลยว่านี่คือฟีเจอร์ที่ชาวแก๊งค์เรารอคอย!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ใครอัปแล้วไวขึ้นเหมือนกัน คอมเมนต์มาหน่อย! กด follow ไว้เลย เดี๋ยวมีทริคใหม่ๆ มาอีกเพียบ 🔥</w:t>
      </w:r>
    </w:p>
    <w:p>
      <w:pPr>
        <w:spacing w:before="0" w:after="40"/>
      </w:pPr>
      <w:r>
        <w:rPr>
          <w:rFonts w:ascii="Arial" w:hAnsi="Arial"/>
          <w:b w:val="0"/>
          <w:i/>
          <w:color w:val="888888"/>
          <w:sz w:val="16"/>
        </w:rPr>
        <w:t>⏱ 35s  📰 อาตี๋รีวิว  #ios27 #aeron #iphonetricks #ทริคไอโฟน #นักเรียน  💡 The 'Group Project Lifesaver' Angle: มุมนี้เปลี่ยนจุดโฟกัสจา</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เก็บตังค์ซื้อ iPhone 18 อยู่เหรอ? เบรคก่อน! เพราะรุ่นที่นายเล็งไว้อาจจะไม่มีจริง!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ใครที่กำลังหยอดกระปุกรอสอย iPhone 18 รุ่นธรรมดาอยู่ ฟังทางนี้! มีข่าวลือหนาหูมากจากช่อง Droidsans ว่า Apple อาจจะตัด iPhone 18 รุ่นเริ่มต้นออกไปเลย! หมายความว่าไง? ก็คือถ้าอยากได้รุ่นใหม่ล่าสุด อาจจะต้องขยับไปซื้อรุ่น Pro ที่แพงขึ้นไปอีกสเต็ป! แผนเก็บเงินของพวกเราอาจจะต้องคิดใหม่หมดเลยงานนี้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ถ้าข่าวนี้เป็นจริง จะเปลี่ยนไปซื้อรุ่นไหนแทน? เมนต์มาแชร์กัน! กด follow ไว้อัปเดตข่าวไอโฟนก่อนใคร 🔥</w:t>
      </w:r>
    </w:p>
    <w:p>
      <w:pPr>
        <w:spacing w:before="0" w:after="40"/>
      </w:pPr>
      <w:r>
        <w:rPr>
          <w:rFonts w:ascii="Arial" w:hAnsi="Arial"/>
          <w:b w:val="0"/>
          <w:i/>
          <w:color w:val="888888"/>
          <w:sz w:val="16"/>
        </w:rPr>
        <w:t>⏱ 40s  📰 Droidsans  #iphone18 #ไอโฟน18 #apple #ข่าวไอที #ข่าวลือ  💡 The 'Generational Hand-Me-Down Chain' Disruption Angle: มุมน</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เพื่อนใช้ Samsung แล้วส่งรูปให้เราไม่ได้? เลิกหัวร้อน! เพราะจริงๆ มันทำได้ง่ายเวอร์!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ชาวแก๊งค์มีใครใช้ Samsung บ้าง? เวลาจะขอรูปทีคือชีวิตลำบากสุดๆ AirDrop ก็ไม่มีให้ แต่ไม่ต้องห่วงอีกต่อไป! ช่อง Droidsans เค้ามีทางออกให้แล้ว Samsung รุ่นใหม่ๆ มันมีฟีเจอร์ชื่อ 'Quick Share' ที่ส่งไฟล์เข้า iPhone ได้เลย แค่ให้เพื่อนเปิด Quick Share แล้วเลือก 'แชร์ด้วย QR Code' จากนั้นเราก็แค่เปิดกล้อง iPhone สแกนปุ๊บ... ไฟล์เด้งเข้าเครื่องปั๊บ! ง่ายกว่านี้ไม่มีอีกแล้ว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แท็กเพื่อนที่ใช้ Samsung มาดูด่วน! กด follow ไว้เลย ทริคดีๆ ที่ใช้กับเพื่อนได้จริงมีอีกเพียบ 🔥</w:t>
      </w:r>
    </w:p>
    <w:p>
      <w:pPr>
        <w:spacing w:before="0" w:after="40"/>
      </w:pPr>
      <w:r>
        <w:rPr>
          <w:rFonts w:ascii="Arial" w:hAnsi="Arial"/>
          <w:b w:val="0"/>
          <w:i/>
          <w:color w:val="888888"/>
          <w:sz w:val="16"/>
        </w:rPr>
        <w:t>⏱ 45s  📰 Droidsans  #iphonetricks #samsung #quickshare #ทริคไอโฟน #ชีวิตนักเรียน  💡 The 'Group Content Creator' Enabler Angle: มุมนี้ไม่ได้มองแค</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มีข่าวลือว่า iPhone 18 จะไม่มีรุ่นธรรมดาแล้ว! เรื่องนี้ดีหรือไม่ดีสำหรับคนทำงานอย่างเรา?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มีข่าวลือหนาหูว่า Apple อาจจะตัด iPhone 18 รุ่นเริ่มต้นออกไป แล้วเหลือไว้แค่รุ่น Plus กับ Pro เท่านั้นครับ สำหรับคนทำงานอย่างเรา เรื่องนี้อาจมีข้อดีมากกว่าข้อเสียนะครับ หนึ่งคือตัวเลือกจะชัดเจนขึ้น ไม่ต้องสับสนว่าจะเลือกรุ่นไหนดี ระหว่างจอใหญ่ (Plus) กับฟีเจอร์จัดเต็ม (Pro) สองคือการที่ไม่มีรุ่นธรรมดามาเป็นตัวเปรียบเทียบ อาจทำให้ iPhone รุ่น Pro กลายเป็นมาตรฐานใหม่ และอาจจะช่วยรักษาราคาขายต่อ (Resale Value) ของรุ่นโปรได้ดีขึ้นด้วย เพราะจะไม่มีรุ่นใหม่ที่ราคาถูกกว่ามาดึงราคาลง ใครที่ใช้ iPhone 15 Pro หรือวางแผนจะซื้อรุ่น Pro อยู่แล้ว การเปลี่ยนแปลงนี้อาจทำให้มูลค่าเครื่องในมือของคุณแข็งขึ้นในระยะยาวครับ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คุณคิดว่าการตัดรุ่นธรรมดาออกไป เป็นผลดีกับคนที่ใช้รุ่น Pro อยู่มั้ย? คอมเมนต์มาคุยกันครับ</w:t>
      </w:r>
    </w:p>
    <w:p>
      <w:pPr>
        <w:spacing w:before="0" w:after="40"/>
      </w:pPr>
      <w:r>
        <w:rPr>
          <w:rFonts w:ascii="Arial" w:hAnsi="Arial"/>
          <w:b w:val="0"/>
          <w:i/>
          <w:color w:val="888888"/>
          <w:sz w:val="16"/>
        </w:rPr>
        <w:t>⏱ 55s  📰 Droidsans  #iPhone18 #ไอโฟน18 #Apple #ข่าวไอที #รอบรู้ไอที  💡 The 'Pro-Focused Value Consolidation' Angle: วิเคราะห์การตัด</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ส่งไฟล์งานใหญ่ๆ จาก Samsung ให้ iPhone ทีไร มีปัญหาทุกที? เรื่องนี้กำลังจะแก้ได้แล้วครับ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สำหรับคนทำงานที่ใช้มือถือ 2 เครื่อง หรือมีเพื่อนร่วมทีมใช้คนละค่าย คงเคยเจอปัญหาการส่งไฟล์ใหญ่ๆ ข้ามแพลตฟอร์ม ล่าสุด Droidsans รายงานว่า Samsung กำลังพัฒนาระบบ Quick Share ให้ส่งไฟล์หา iPhone ได้โดยตรงคล้าย AirDrop แล้วครับ นี่ไม่ใช่แค่เรื่องความสะดวกสบาย แต่มันคือการแก้ปัญหาคอขวด (Workflow Bottleneck) ในการทำงานจริงๆ ลองนึกภาพการส่งไฟล์พรีเซนต์ใหญ่ๆ,ไฟล์วิดีโอให้ลูกค้า approve, หรือไฟล์ออกแบบให้ทีมดูได้ทันทีโดยคุณภาพไม่ตก ไม่ต้องเสียเวลาอัปโหลดขึ้น cloud หรือใช้แอปอื่นที่อาจไม่ปลอดภัยอีกต่อไป การอัปเดตนี้จะช่วยประหยัดเวลาและลดความหงุดหงิดในการทำงานร่วมกันได้เยอะมากครับ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ใครเคยเจอปัญหาเรื่องส่งไฟล์ข้ามค่ายบ้าง? คอมเมนต์บอกหน่อยว่าปกติแก้ปัญหายังไงกัน</w:t>
      </w:r>
    </w:p>
    <w:p>
      <w:pPr>
        <w:spacing w:before="0" w:after="40"/>
      </w:pPr>
      <w:r>
        <w:rPr>
          <w:rFonts w:ascii="Arial" w:hAnsi="Arial"/>
          <w:b w:val="0"/>
          <w:i/>
          <w:color w:val="888888"/>
          <w:sz w:val="16"/>
        </w:rPr>
        <w:t>⏱ 50s  📰 Droidsans  #iPhone #Samsung #AirDrop #ทำงาน #productivity  💡 The 'Workflow Bottleneck Removal' Angle: นำเสนอข่าวด้านเทคนิ</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 iPhone 17 รุ่นเริ่มต้นราคาเกิน 35,000 บาท คุณจะยังเปลี่ยนอยู่ไหม?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เห็นข่าวจากช่องอาตี๋รีวิวแล้วน่าคิดเลยครับ ว่าถ้า iPhone 17 เปิดราคามาแรงขนาดนั้น เราควรตัดสินใจยังไงดี สำหรับคนทำงาน การมองแค่ราคาซื้ออย่างเดียวอาจไม่พอครับ เราต้องคิดถึง 'ต้นทุนการเป็นเจ้าของทั้งหมด' หรือ Total Cost of Ownership (TCO) ด้วย สมมติว่าคุณใช้ iPhone 14 Pro อยู่ในตอนนี้ การตัดสินใจลากใช้ต่อไปอีก 1 ปี แทนที่จะอัปเกรดเป็นรุ่น 17 ทันที จะช่วยให้คุณประหยัดเงินก้อนใหญ่ไปได้เลย แต่ก็ต้องนำราคา Trade-in ของเครื่องเก่าที่จะลดลงในอีก 1 ปีข้างหน้ามาคำนวณด้วย การชั่งน้ำหนักระหว่าง 'เงินที่ประหยัดได้' กับ 'มูลค่าเครื่องเก่าที่ลดลง' จะช่วยให้เราวางแผนการเงินและตัดสินใจอัปเกรดในจังหวะที่คุ้มค่าที่สุดได้ครับ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ตอนนี้ใช้รุ่นไหนกันอยู่ และคิดว่าจะใช้ต่ออีกกี่ปีถึงจะคุ้มครับ? คอมเมนต์มาแชร์กัน</w:t>
      </w:r>
    </w:p>
    <w:p>
      <w:pPr>
        <w:spacing w:before="0" w:after="40"/>
      </w:pPr>
      <w:r>
        <w:rPr>
          <w:rFonts w:ascii="Arial" w:hAnsi="Arial"/>
          <w:b w:val="0"/>
          <w:i/>
          <w:color w:val="888888"/>
          <w:sz w:val="16"/>
        </w:rPr>
        <w:t>⏱ 60s  📰 อาตี๋รีวิว  #iPhone17 #ไอโฟน17 #การเงิน #วางแผนการเงิน #Apple  💡 The 'Total Cost of Ownership (TCO) vs. Upgrade Cycle' Angle:</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ภาพถ่ายระดับ Exhibition ทั้งหมดนี้...มาจาก iPhone เครื่องเดียว? Apple เพิ่งจัดแสดงงานภาพถ่ายจาก iPhone 18 Pro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Apple เพิ่งเปิดตัวนิทรรศการภาพถ่ายชื่อ ‘What Holds Us’ ที่ใช้ภาพจากกล้อง iPhone 18 Pro ทั้งหมดครับ นี่ไม่ใช่แค่การตลาด แต่มันคือการประกาศว่า iPhone ไม่ใช่แค่ 'มือถือที่ถ่ายรูปได้' แต่เป็นเครื่องมือสำหรับช่างภาพมืออาชีพแล้ว การที่ไฟล์ภาพสามารถขยายใหญ่เพื่อจัดแสดงในแกลเลอรี่ได้ แปลว่าคุณภาพของ Sensor และพลังของ Computational Photography บนชิปตัวใหม่ ต้องไปถึงระดับที่น่าทึ่งมากๆ โดยเฉพาะการจัดการ Noise ในไฟล์ ProRAW และ Dynamic Range ที่กว้างพอสำหรับการ Print ขนาดใหญ่ ซึ่งเป็นสิ่งที่ช่างภาพให้ความสำคัญที่สุด นี่คือสัญญาณที่ชัดเจนว่า Apple กำลังท้าชนกล้อง Mirrorless ในแง่ของ 'ผลลัพธ์สุดท้าย' ไม่ใช่แค่สเปคบนกระดาษอีกต่อไปครับ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เซฟไว้เลยครับ เดี๋ยวผมจะมา breakdown ว่าทำไมภาพจาก iPhone 18 Pro ถึงขึ้น Exhibition ได้ และช่างภาพต้องรู้เทคนิคอะไรบ้างเพื่อรีดคุณภาพไฟล์ระดับนั้นออกมา</w:t>
      </w:r>
    </w:p>
    <w:p>
      <w:pPr>
        <w:spacing w:before="0" w:after="40"/>
      </w:pPr>
      <w:r>
        <w:rPr>
          <w:rFonts w:ascii="Arial" w:hAnsi="Arial"/>
          <w:b w:val="0"/>
          <w:i/>
          <w:color w:val="888888"/>
          <w:sz w:val="16"/>
        </w:rPr>
        <w:t>⏱ 60s  📰 9to5Mac  #iPhone18Pro #AppleProRAW #MobilePhotography #ถ่ายรูปไอโฟน #ช่างภาพ  💡 The 'Professional Validation' Narrative Angle: วิเคราะห์ว่าก</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จอพับจะเปลี่ยนวิธีถ่ายรูปของช่างภาพไปตลอดกาล? นี่คือสิ่งที่ iPhone Duo ต้องทำให้ได้ดีกว่า Samsung</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มีข่าวลือว่า Apple กำลังพัฒนา iPhone จอพับที่อาจใช้ชื่อว่า iPhone Duo เพื่อมาแข่งกับ Samsung ครับ สำหรับช่างภาพอย่างเราๆ นี่ไม่ใช่แค่เรื่องจอใหญ่ขึ้น แต่มันคือการเปลี่ยน Workflow การถ่ายรูปไปเลย ลองนึกภาพตามนะครับ จอด้านหนึ่งเป็น Live View แบบเต็มตา ส่วนอีกจอเป็นแผงควบคุม Manual ทั้ง ISO, Shutter Speed, White Balance เหมือนกล้อง Mirrorless หรือการพับเครื่องเพื่อใช้เป็นขาตั้งกล้องในตัวสำหรับถ่าย Long Exposure หรือ Timelapse ในที่ที่พกขาตั้งไม่สะดวก ความท้าทายของ Apple คือจะใส่ชุดเลนส์ระดับ Pro ที่มีขนาดใหญ่ลงใน Body ที่บางและซับซ้อนแบบจอพับได้ยังไง โดยที่ไม่ลดทอนคุณภาพ นี่คือโจทย์ที่สำคัญที่สุด ที่จะตัดสินว่า iPhone Duo จะเป็นแค่ของเล่นใหม่ หรือจะเป็นเครื่องมือถ่ายภาพที่เปลี่ยนเกมจริงๆ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Duo มาจริง คุณคิดว่าฟีเจอร์กล้องไหนที่ช่างภาพจะได้ใช้ประโยชน์ที่สุด? คอมเมนต์มาเลย แล้วกดเซฟไว้รอรีวิวฉบับเต็มครับ</w:t>
      </w:r>
    </w:p>
    <w:p>
      <w:pPr>
        <w:spacing w:before="0" w:after="40"/>
      </w:pPr>
      <w:r>
        <w:rPr>
          <w:rFonts w:ascii="Arial" w:hAnsi="Arial"/>
          <w:b w:val="0"/>
          <w:i/>
          <w:color w:val="888888"/>
          <w:sz w:val="16"/>
        </w:rPr>
        <w:t>⏱ 65s  📰 Droidsans  #iPhoneDuo #iPhoneFold #MobilePhotography #ถ่ายภาพ #ไอโฟน  💡 The 'Ergonomic Revolution' Workflow Angle: โฟกัสไปที่การเปลี</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กำลังจะบังคับให้ 'ทุกคน' ต้องใช้กล้อง Pro? เมื่อมีข่าวลือว่า iPhone 18 รุ่นธรรมดาอาจไม่มีอีกต่อไป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มีข่าวลือหนาหูจากหลายสำนัก รวมถึง Droidsans ว่าไลน์อัพปีนี้อาจจะไม่มี iPhone 18 รุ่นธรรมดาแล้วนะครับ นี่หมายความว่าถ้าคุณอยากได้ iPhone ที่ใช้ชิปประมวลผลใหม่ล่าสุด คุณไม่มีทางเลือกอื่นนอกจากต้องขยับไปรุ่น Pro ทันที สำหรับคนถ่ายรูปนี่คือเรื่องใหญ่มาก เพราะมันคือการ 'จำกัด' การเข้าถึงเทคโนโลยีกล้องที่ดีที่สุดไว้ที่รุ่น Pro เท่านั้น แปลว่าฟีเจอร์สำคัญอย่าง Apple ProRAW, วิดีโอ ProRes Log, และที่สำคัญที่สุดคือ 'เลนส์ Telephoto' จะกลายเป็นของสำหรับคนซื้อรุ่น Pro โดยเฉพาะ ใครที่อยากได้พลัง Computational Photography ใหม่ๆ แต่ไม่ได้อยากจ่ายราคาโปร ก็อาจจะต้องผิดหวัง นี่อาจเป็นกลยุทธ์ที่บีบให้คนที่ซีเรียสเรื่องกล้องต้องยอมอัปเกรดสถานเดียวครับ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การเปลี่ยนแปลงนี้จะทำให้คุณตัดสินใจอัปเกรดไปรุ่นโปรเลยไหม? กดเซฟไว้ เดี๋ยวมาวิเคราะห์กันว่ากล้อง ProRAW จาก 18 Pro คุ้มค่ากับการเพิ่มเงินแค่ไหน</w:t>
      </w:r>
    </w:p>
    <w:p>
      <w:pPr>
        <w:spacing w:before="0" w:after="40"/>
      </w:pPr>
      <w:r>
        <w:rPr>
          <w:rFonts w:ascii="Arial" w:hAnsi="Arial"/>
          <w:b w:val="0"/>
          <w:i/>
          <w:color w:val="888888"/>
          <w:sz w:val="16"/>
        </w:rPr>
        <w:t>⏱ 55s  📰 Droidsans  #iPhone18 #iPhone18Pro #Apple #กล้องไอโฟน #ถ่ายรูป  💡 The 'Feature Gatekeeping' Strategy Angle: วิเคราะห์การตัดรุ่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ตอนนี้ซื้อ iPhone รุ่นไหนดี? คิดช้าอาจจะแพงขึ้นนะ!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Droidsans ว่า iPhone รุ่นใหม่ๆ ที่เปิดตัวมาเนี่ย ทำให้ราคารุ่นเก่าขยับขึ้นตามไปด้วย! ใครที่คิดว่ารอรุ่นใหม่ออกแล้วรุ่นเก่าจะถูกลงเยอะๆ อาจจะไม่จริงเสมอไปแล้วนะ</w:t>
        <w:br/>
        <w:br/>
        <w:t>สำหรับคนงบน้อยอย่างเราๆ นี่คือสัญญาณเตือนเลย ว่าถ้าเล็งรุ่นไหนไว้อยู่ การตัดสินใจตอนนี้อาจจะคุ้มกว่า เพราะราคา iPhone มือสองสภาพดีๆ ก็เริ่มขยับขึ้นเหมือนกัน</w:t>
        <w:br/>
        <w:br/>
        <w:t>รุ่นที่ยังน่าสนใจในงบนี้ก็คือ iPhone 13 ที่ยังใช้งานได้อีกยาวๆ เลย กล้องสวย ชิปแรงพอสำหรับทุกอย่างในชีวิตประจำวันแน่นอน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ใครมีงบเท่าไหร่กันอยู่ คอมเมนต์มาเลย เดี๋ยวช่วยดูให้ว่ารุ่นไหนเหมาะสุด!</w:t>
      </w:r>
    </w:p>
    <w:p>
      <w:pPr>
        <w:spacing w:before="0" w:after="40"/>
      </w:pPr>
      <w:r>
        <w:rPr>
          <w:rFonts w:ascii="Arial" w:hAnsi="Arial"/>
          <w:b w:val="0"/>
          <w:i/>
          <w:color w:val="888888"/>
          <w:sz w:val="16"/>
        </w:rPr>
        <w:t>⏱ 45s  📰 Droidsans  #iPhoneราคานักศึกษา #ไอโฟนมือสอง #iphone13 #ผ่อนไอโฟน  💡 The 'Inflation Hedge' Angle: นำเสนอการซื้อ iPhone มือสองในตอ</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17 ราคาเริ่มอาจจะเกิน 35,000! แล้วคนงบหมื่นกว่าแบบเราจะทำยังไง?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เห็นข่าวลือจากฝั่งอาตี๋รีวิวแล้วใจหายแว๊บ! มีการคาดการณ์ว่า iPhone 17 รุ่นเริ่มต้นอาจมีราคาสูงถึงสามหมื่นห้าพันบาท ทำให้กำแพงการเข้าสู่โลกของ Apple สูงขึ้นไปอีก</w:t>
        <w:br/>
        <w:br/>
        <w:t>แต่มันก็เป็นโอกาสของเรานะ! เพราะแปลว่าการซื้อ iPhone รุ่นก่อนหน้าที่ยังใหม่ๆ อยู่ตอนนี้ คือการตัดสินใจที่ฉลาดมาก อย่าง iPhone 13 หรือ iPhone 14 มือสองสภาพนางฟ้าในงบหมื่นกลางๆ ถึงสองหมื่นต้นๆ ยังแรงเหลือๆ ได้อัปเดต iOS ไปอีกหลายปี ได้ใช้ Ecosystem ของ Apple เต็มรูปแบบ ในราคาที่สบายกระเป๋ากว่าเยอะเลย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 15,000 ตอนนี้ เพื่อนๆ จะเลือกรุ่นไหนกัน? คอมเมนต์มาคุยกันหน่อย</w:t>
      </w:r>
    </w:p>
    <w:p>
      <w:pPr>
        <w:spacing w:before="0" w:after="40"/>
      </w:pPr>
      <w:r>
        <w:rPr>
          <w:rFonts w:ascii="Arial" w:hAnsi="Arial"/>
          <w:b w:val="0"/>
          <w:i/>
          <w:color w:val="888888"/>
          <w:sz w:val="16"/>
        </w:rPr>
        <w:t>⏱ 40s  📰 อาตี๋รีวิว  #ไอโฟนราคานักเรียน #iphone17 #iphone14 #ไอโฟนมือสองสภาพดี  💡 The 'Ecosystem Entry Point' Strategy Angle: มองการซื้อ iPhon</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ข่าวร้ายคนงบน้อย? มีรายงานว่า iPhone 18 รุ่นธรรมดาอาจไม่มีขายแล้ว!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ใครที่รอเก็บเงินซื้อ iPhone รุ่นใหม่ตัวเริ่มต้นอาจจะต้องคิดใหม่ Droidsans รายงานว่ามีความเป็นไปได้ที่ Apple จะตัด iPhone 18 รุ่นธรรมดาทิ้ง! นั่นหมายความว่ารุ่นที่ถูกที่สุดของใหม่แกะกล่อง จะเป็นรุ่นที่แพงขึ้นไปอีก</w:t>
        <w:br/>
        <w:br/>
        <w:t>แล้วทางออกของเราคืออะไร? หันมามองตลาดมือสองและเครื่อง Refurbished อย่างจริงจังเลยครับ! มันไม่ใช่เรื่องน่ากลัวนะ ถ้าเรารู้วิธีเช็ค</w:t>
        <w:br/>
        <w:br/>
        <w:t>การซื้อ iPhone 14 มือสองตอนนี้ อาจได้เครื่องที่สภาพดีมากๆ ในราคาที่ถูกกว่าครึ่ง! สิ่งที่ต้องดูหลักๆ เลยคือ สุขภาพแบตเตอรี่ (ควรเกิน 85%) หน้าจอแท้ไม่มีรอยเบิร์น และเช็คว่าเครื่องไม่ติดล็อค แค่นี้ก็ได้ของดีราคาถูกแล้ว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ใครมีทริคดู iPhone มือสองเด็ดๆ หรือมีร้านแนะนำที่ไว้ใจได้ คอมเมนต์มาแชร์กันเป็นประโยชน์กับเพื่อนๆ หน่อยครับ!</w:t>
      </w:r>
    </w:p>
    <w:p>
      <w:pPr>
        <w:spacing w:before="0" w:after="40"/>
      </w:pPr>
      <w:r>
        <w:rPr>
          <w:rFonts w:ascii="Arial" w:hAnsi="Arial"/>
          <w:b w:val="0"/>
          <w:i/>
          <w:color w:val="888888"/>
          <w:sz w:val="16"/>
        </w:rPr>
        <w:t>⏱ 50s  📰 Droidsans  #iPhone18 #ไอโฟนมือสอง #สอนดูไอโฟนมือ2 #iphone14 #Apple  💡 The 'Forced Alternatives' Empowerment Angle: เปลี่ยนข่าวร้าย</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ทีมของคุณเสียเวลากับการส่งไฟล์ข้ามค่ายวันละกี่นาที? วินาทีที่เสียไปเหล่านี้คือต้นทุนแฝงที่องค์กรของคุณจ่ายโดยไม่รู้ตัว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ล่าสุด Droidsans ได้นำเสนอวิธีที่ Samsung ใช้ Quick Share ส่งไฟล์หา iPhone ได้ ซึ่งเป็นเรื่องดี แต่ในมุมมองธุรกิจ นี่คือการแก้ปัญหาที่ปลายเหตุครับ</w:t>
        <w:br/>
        <w:br/>
        <w:t>ทุกครั้งที่พนักงานต้องหาวิธีส่งไฟล์ระหว่าง Android และ iPhone มันคือความติดขัดเล็กๆ ที่เรียกว่า 'Friction' เมื่อนำเวลาที่เสียไปของพนักงานทั้งทีมมารวมกัน มันคือชั่วโมงการทำงานที่สูญเปล่า และอาจนำไปสู่ความเสี่ยงด้านความปลอดภัยหากพนักงานหันไปใช้แอป third-party ที่ไม่ได้รับการรับรอง</w:t>
        <w:br/>
        <w:br/>
        <w:t>ในทางกลับกัน Apple Ecosystem ถูกออกแบบมาเพื่อขจัดปัญหานี้ AirDrop ระหว่าง iPhone, iPad และ Mac ทำงานได้ทันที ปลอดภัย และไม่ต้องตั้งค่าซับซ้อน การลงทุนใน Ecosystem ที่เป็นหนึ่งเดียวจึงไม่ใช่แค่เรื่องของอุปกรณ์ แต่คือการลงทุนในประสิทธิภาพการทำงานที่ราบรื่นและลดต้นทุนแฝงในระยะยาว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เพื่อเรียนรู้การสร้าง Apple Ecosystem ที่เพิ่ม Productivity ให้ทีมของคุณ</w:t>
      </w:r>
    </w:p>
    <w:p>
      <w:pPr>
        <w:spacing w:before="0" w:after="40"/>
      </w:pPr>
      <w:r>
        <w:rPr>
          <w:rFonts w:ascii="Arial" w:hAnsi="Arial"/>
          <w:b w:val="0"/>
          <w:i/>
          <w:color w:val="888888"/>
          <w:sz w:val="16"/>
        </w:rPr>
        <w:t>⏱ 60s  📰 Droidsans  #AppleEcosystem #Productivity #iPhoneธุรกิจ #AirDrop #ผู้บริหาร  💡 The 'Operational Inefficiency' Cost Angle: วิเคราะห์ปัญหาการ</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Apple อาจตัด iPhone 18 รุ่นธรรมดาออก นี่อาจไม่ใช่ข่าวร้ายสำหรับฝ่ายจัดซื้อ แต่เป็นโอกาสในการยกระดับมาตรฐานความปลอดภัยขององค์กร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ตามรายงานที่ Droidsans นำเสนอ การที่ Apple อาจเลิกผลิต iPhone รุ่นพื้นฐานและหันไปเน้นรุ่น Pro มากขึ้น ส่งผลโดยตรงต่อการวางแผนจัดซื้ออุปกรณ์สำหรับองค์กร (Corporate Procurement)</w:t>
        <w:br/>
        <w:br/>
        <w:t>แม้ต้นทุนต่อหน่วยอาจสูงขึ้น แต่การมี Device Fleet ที่เป็นมาตรฐานเดียวกัน เช่น ทุกคนในทีมใช้ iPhone Pro ทั้งหมด จะช่วยลดความซับซ้อนในการบริหารจัดการได้อย่างมหาศาล ฝ่าย IT สามารถ deploy นโยบายความปลอดภัยผ่าน MDM (Mobile Device Management) ได้เหมือนกันทุกเครื่อง ลดความเสี่ยงจากช่องโหว่ที่อาจเกิดจากฮาร์ดแวร์คนละรุ่น</w:t>
        <w:br/>
        <w:br/>
        <w:t>นอกจากนี้ยังทำให้การคำนวณ Total Cost of Ownership (TCO) หรือต้นทุนรวมตลอดอายุการใช้งาน ทำได้แม่นยำขึ้น เพราะสามารถคาดการณ์ค่าซ่อมบำรุงและการอัปเดตซอฟต์แวร์ได้ง่ายกว่า นี่คือการเปลี่ยนมุมมองจากการเลือกอุปกรณ์ที่ 'ถูกที่สุด' ไปสู่การเลือกอุปกรณ์ที่ 'บริหารจัดการได้คุ้มค่าที่สุด' 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ถ้าอยากรู้ว่าทีมของคุณควรใช้ iPhone รุ่นไหนให้คุ้มค่าที่สุด</w:t>
      </w:r>
    </w:p>
    <w:p>
      <w:pPr>
        <w:spacing w:before="0" w:after="40"/>
      </w:pPr>
      <w:r>
        <w:rPr>
          <w:rFonts w:ascii="Arial" w:hAnsi="Arial"/>
          <w:b w:val="0"/>
          <w:i/>
          <w:color w:val="888888"/>
          <w:sz w:val="16"/>
        </w:rPr>
        <w:t>⏱ 65s  📰 Droidsans  #iPhone18 #iPhoneธุรกิจ #MDM #Cybersecurity #Apple  💡 The 'Strategic Fleet Standardization' Angle: วิเคราะห์การเปล</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ผู้บริหารระดับสูงใช้เวลาเกือบ 80% ไปกับการประชุมและการตัดสินใจ จะเป็นอย่างไรถ้ามี iPhone ที่สามารถเร่งความเร็วในการตัดสินใจที่สำคัญได้ถึง 2 เท่า?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ข่าวลือเรื่อง iPhone จอพับ หรือที่บางแหล่งเรียกว่า 'iPhone Duo' กำลังเป็นที่พูดถึง และ Droidsans ก็ได้ทำคอนเทนต์เปรียบเทียบกับคู่แข่ง สำหรับผู้บริหาร อุปกรณ์นี้ไม่ใช่แค่ของเล่นใหม่ แต่มันคือเครื่องมือในการเร่งความเร็วของการตัดสินใจ (Decision Velocity)</w:t>
        <w:br/>
        <w:br/>
        <w:t>ลองนึกภาพตามนะครับ: คุณสามารถเปิดดูรายงานการเงินฉบับเต็มบนหน้าจอหนึ่ง ในขณะที่กำลัง Video Conference กับบอร์ดบริหารบนอีกหน้าจอหนึ่ง หรือเปรียบเทียบข้อมูลจาก Dashboard สองชุดได้พร้อมกันโดยไม่ต้องสลับแอป</w:t>
        <w:br/>
        <w:br/>
        <w:t>ความสามารถในการประมวลผลข้อมูลแบบคู่ขนานนี้ จะช่วยลดเวลาตั้งแต่การรับข้อมูลไปจนถึงการตัดสินใจครั้งสำคัญได้อย่างมีนัยสำคัญ แม้ปัจจุบัน Samsung จะเป็นผู้นำในตลาดนี้ แต่การเข้ามาของ Apple พร้อมการผนวกเข้ากับ Ecosystem ที่แข็งแกร่งอย่าง iPad และ Mac อาจจะเปลี่ยนนิยามของ Mobile Productivity สำหรับผู้บริหารไปตลอดกาล</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เพื่ออัปเดตเทรนด์ Apple ที่จะเปลี่ยนวิธีการทำงานของผู้บริหาร</w:t>
      </w:r>
    </w:p>
    <w:p>
      <w:pPr>
        <w:spacing w:before="0" w:after="40"/>
      </w:pPr>
      <w:r>
        <w:rPr>
          <w:rFonts w:ascii="Arial" w:hAnsi="Arial"/>
          <w:b w:val="0"/>
          <w:i/>
          <w:color w:val="888888"/>
          <w:sz w:val="16"/>
        </w:rPr>
        <w:t>⏱ 70s  📰 Droidsans  #iPhoneDuo #Productivity #ผู้บริหาร #AppleEcosystem #FutureofWork  💡 The 'Executive Decision Velocity' Angle: โฟกัสไปที่ผลกระทบขอ</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แบต iPhone 18 Pro จะอึดขึ้นจริงมั้ย? ข้อมูลหลุดล่าสุดบอกใบ้ถึงฟีเจอร์ AI ที่จะซดแบตแบบไม่เกรงใจใคร!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มีรายงานหลุดจากแอป coconutBattery ที่น่าเชื่อถือ เผยตัวเลขความจุแบตเตอรี่ของ iPhone 18 Pro และ 18 Pro Max แล้วครับ! ถึงแม้ตัวเลขจะเพิ่มขึ้นไม่มาก แต่ข่าวลือระบุว่านี่ไม่ใช่แค่การอัปเกรดธรรมดา แต่มันคือการเตรียมพื้นที่พลังงานไว้สำหรับ Apple Intelligence และฟีเจอร์กล้องใหม่ๆ ที่จะกินแบตเตอรี่หนักมาก! พูดง่ายๆ คือ วิศวกร Apple กำลังพยายามรักษาสมดุลระหว่างการเพิ่มฟีเจอร์โหดๆ กับการใช้งานให้ได้ตลอดวัน ตัวเลขแบตที่เพิ่มขึ้นนี้เลยเป็นเหมือนคำตอบว่า เค้าต้องชดเชยพลังงานที่ฟีเจอร์ใหม่จะใช้ไปนั่นเอง แปลว่า iPhone 18 Pro จะไม่ได้แค่แบตอึดขึ้น แต่ฟีเจอร์ข้างในก็น่าจะทรงพลังขึ้นกว่าเดิมเยอะเลยครับ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อยากรู้ว่าฟีเจอร์ใหม่จะโหดแค่ไหน กด follow ไว้เลย เดี๋ยวมีข้อมูลหลุดมาเพิ่ม จะรีบมาอัปเดตทันที! 🔔</w:t>
      </w:r>
    </w:p>
    <w:p>
      <w:pPr>
        <w:spacing w:before="0" w:after="40"/>
      </w:pPr>
      <w:r>
        <w:rPr>
          <w:rFonts w:ascii="Arial" w:hAnsi="Arial"/>
          <w:b w:val="0"/>
          <w:i/>
          <w:color w:val="888888"/>
          <w:sz w:val="16"/>
        </w:rPr>
        <w:t>⏱ 45s  📰 iMod  #iPhone18Pro #iPhone18 #Apple #ไอโฟน18 #ข่าวลือ  💡 The 'Power User's Trade-Off' Angle: มุมนี้ไม่ได้มองแค่ตัวเลข</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ช็อค! iPhone 18 รุ่นธรรมดาอาจไม่มีขาย! แต่ Apple อาจไม่ได้แค่ตัดทิ้ง... แต่อาจแทนที่ด้วย iPhone รุ่นใหม่ที่บางที่สุดเท่าที่เคยมีมา!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ข่าวลือหนาหูมากครับว่าปีนี้เราอาจจะไม่ได้เห็น iPhone 18 รุ่นธรรมดาเปิดตัว หลายคนคิดว่า Apple ทำแบบนี้เพื่อดันให้เราไปซื้อรุ่น Pro ที่แพงกว่า แต่มีอีกทฤษฎีนึงที่น่าสนใจกว่า! มีรายงานว่า Apple อาจจะกำลังซุ่มทำ iPhone 18 'Slim' รุ่นใหม่ ที่จะมาแทนที่รุ่นธรรมดาไปเลย! นี่ไม่ใช่แค่การตัดรุ่นถูกทิ้ง แต่เป็นการปรับกลยุทธ์ใหม่ทั้งหมด ให้มีรุ่น Pro, Pro Max และรุ่น Slim ที่เน้นดีไซน์บางเบาเป็นพิเศษ เหมือนที่ทำกับ iPad Pro ไงครับ ถ้าเป็นจริง นี่คือการเปลี่ยนเกมไลน์อัพ iPhone ครั้งใหญ่เลย คุณจะเลือกระหว่าง 'ความโปร' กับ 'ความบาง' แทน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คุณคิดว่าไงระหว่างรุ่น Pro กับรุ่น Slim? คอมเมนต์มาคุยกัน! แล้วกด follow ไว้เลย ถ้าข่าวนี้เป็นจริง จะรีบมาบอกคนแรก!</w:t>
      </w:r>
    </w:p>
    <w:p>
      <w:pPr>
        <w:spacing w:before="0" w:after="40"/>
      </w:pPr>
      <w:r>
        <w:rPr>
          <w:rFonts w:ascii="Arial" w:hAnsi="Arial"/>
          <w:b w:val="0"/>
          <w:i/>
          <w:color w:val="888888"/>
          <w:sz w:val="16"/>
        </w:rPr>
        <w:t>⏱ 50s  📰 Droidsans  #iPhone18 #iPhone18Slim #Apple #ไอโฟน18 #AppleLeaks  💡 The 'Slim Model' Strategic Pivot Angle: มุมนี้เสนอทฤษฎีใหม่ว</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iPhone กำลังจะกลายเป็นโค้ชสุขภาพส่วนตัวของคุณ! ข้อมูลหลุด iOS 18.2 เผยแอป Health ใหม่ที่ใช้ AI วิเคราะห์สุขภาพล่วงหน้า!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ปกติเราใช้แอป Health แค่ดูข้อมูลย้อนหลังใช่มั้ยครับ? แต่นี่กำลังจะเปลี่ยนไป! มีรายงานจาก iOS 18.2 Beta (ที่ยังไม่ปล่อยสาธารณะ) เผยว่า Apple กำลังจะยกเครื่องแอป Health ใหม่หมดจด โดยใส่ Apple Intelligence เข้าไป มันจะไม่ใช่แค่แอปเก็บข้อมูลอีกต่อไป แต่ AI จะวิเคราะห์ข้อมูลสุขภาพทั้งหมดของคุณ ทั้งการนอน, การเดิน, อัตราการเต้นของหัวใจจาก Apple Watch แล้วสรุปเป็นข้อมูลเชิงลึกแบบเฉพาะบุคคล ที่ล้ำไปกว่านั้นคือ มีข่าวลือว่ามันอาจจะสามารถแจ้งเตือนแนวโน้มสุขภาพที่ผิดปกติได้ก่อนที่เราจะรู้สึกตัวด้วยซ้ำ! เหมือนมีผู้ช่วยเฝ้าระวังสุขภาพให้เรา 24 ชั่วโมงเลยครับ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ใครรอฟีเจอร์นี้อยู่บ้าง? กด follow ไว้เลย ถ้ามีอัปเดตเรื่อง Apple Intelligence เพิ่มเติมจะรีบมารายงานทันที!</w:t>
      </w:r>
    </w:p>
    <w:p>
      <w:pPr>
        <w:spacing w:before="0" w:after="40"/>
      </w:pPr>
      <w:r>
        <w:rPr>
          <w:rFonts w:ascii="Arial" w:hAnsi="Arial"/>
          <w:b w:val="0"/>
          <w:i/>
          <w:color w:val="888888"/>
          <w:sz w:val="16"/>
        </w:rPr>
        <w:t>⏱ 55s  📰 iMod  #iOS18 #AppleIntelligence #AppleHealth #AppleWatch #iPhone  💡 The 'Proactive Health Guardian' Angle: มุมนี้ไม่ได้แค่อธิบาย</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