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19 Sep 2026  08:07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เพื่อนใช้ Samsung แล้วส่งรูปให้เราชาว iPhone ไม่ได้? ปัญหานี้จะหมดไปแล้วเว้ย!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ใครเคยเจอปัญหาส่งรูประหว่าง iPhone กับ Samsung แล้วภาพแตกบ้าง? คือเซ็งสุด! แต่ฟังทางนี้ Samsung รุ่นใหม่ๆ เขามีฟีเจอร์เด็ดชื่อ Quick Share ที่ตอนนี้ส่งไฟล์หา iPhone ได้แล้วนะ! ฟีลเหมือน AirDrop เลย แค่ให้เพื่อนเปิด QR Code ให้เราสแกนปุ๊บ รูป วิดีโอ หรือไฟล์งานก็พุ่งเข้าเครื่องเราทันที แบบไม่ลดคุณภาพ! ไม่ต้องง้อแอปอื่นแล้ว โคตรซิ่ง! จบปัญหาภาพแตกข้ามค่ายไปเลย!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ใครมีเพื่อนใช้ Samsung แท็กมาดูด่วน! แล้วกด follow ไว้เลย ทริคดีๆ เพียบ 🔥</w:t>
      </w:r>
    </w:p>
    <w:p>
      <w:pPr>
        <w:spacing w:before="0" w:after="40"/>
      </w:pPr>
      <w:r>
        <w:rPr>
          <w:rFonts w:ascii="Arial" w:hAnsi="Arial"/>
          <w:b w:val="0"/>
          <w:i/>
          <w:color w:val="888888"/>
          <w:sz w:val="16"/>
        </w:rPr>
        <w:t>⏱ 40s  📰 Droidsans  #ทริคไอโฟน #quickshare #airdrop #ไอโฟนvsซัมซุง #เรื่องไอที  💡 The 'Cross-Platform Friendship Saver' Angle: โฟกัสไปที่การแก</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คิดภาพตามนะ... iPhone จอพับมาเมื่อไหร่ จอนึงเราเล่นเกม อีกจอไถ TikTok ไปด้วยได้เลย!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แก! ข่าวลือ iPhone จอพับหรือ 'iPhone Duo' กลับมาอีกแล้ว! ตามรายงานจากช่องอาตี๋รีวิว บอกว่า Apple อาจจะมาช้ากว่าใครเพื่อน แต่คิดดูดิว่ามันจะโกงขนาดไหน? สาย multitask แบบเราๆ คือชีวิตดีขึ้นล้านเท่า! เรียนออนไลน์ไปจดโน้ตไปพร้อมกันได้เลย หรือจะดูซีรีส์จอใหญ่เต็มตาแบบไม่มีรอยพับมากวนใจ! ย้ำนะว่านี่ยังเป็นแค่ข่าวลือ แต่ถ้ามาจริงคือเตรียมเก็บตังค์เลย!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อยากได้กันมั้ย? เมนต์มาหน่อย! แล้วกด follow ไว้เลย ถ้ามีข่าวหลุดเพิ่มจะรีบมาบอก! 🔥</w:t>
      </w:r>
    </w:p>
    <w:p>
      <w:pPr>
        <w:spacing w:before="0" w:after="40"/>
      </w:pPr>
      <w:r>
        <w:rPr>
          <w:rFonts w:ascii="Arial" w:hAnsi="Arial"/>
          <w:b w:val="0"/>
          <w:i/>
          <w:color w:val="888888"/>
          <w:sz w:val="16"/>
        </w:rPr>
        <w:t>⏱ 35s  📰 อาตี๋รีวิว  #iPhoneDuo #ไอโฟนจอพับ #appleleaks #ข่าวไอที #อาตี๋รีวิว  💡 The 'Ultimate Multitasking Flex' Angle: เปลี่ยนข่าวลือที่ยัง</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เพิ่งถอย iPhone เครื่องใหม่? อย่าเพิ่งเล่น! ตั้งค่า 3 อย่างนี้ก่อน รับรองเพื่อนทักว่าโปร!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ได้เครื่องใหม่มาแล้วอย่าเพิ่งรีบโหลดแอป! มาทำ 'Day One Glow-Up' ให้ไอโฟนเราเจ๋งกว่าใครก่อน! อย่างแรก ไปที่ Setting แล้วตั้งค่า 'แตะด้านหลัง' สองทีให้เป็นแคปหน้าจอ โคตรสะดวก โคตรเท่! อย่างที่สอง ไปจัดระเบียบ Control Center ใหม่ เอาปุ่มที่ใช้บ่อยๆ มาไว้ใกล้มือ จะได้ไม่เสียเวลาเลื่อนหา! และสุดท้ายสำหรับสายโซเชียล ไปตั้งค่า Camera Format ให้เป็น 'เข้ากันได้มากที่สุด' รูปจะได้เป็น JPG ส่งให้เพื่อนค่ายไหนก็สวยชัด ไม่เพี้ยน! ใครอยากได้ลิสต์เต็มๆ ตามไปดูช่องพี่เอกวิทย์ได้เลยนะ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ตั้งค่าตามแล้วชีวิตดีขึ้น 300%! กด follow ไว้เลย ทริคเด็ดๆ รออีกเพียบ 🔥</w:t>
      </w:r>
    </w:p>
    <w:p>
      <w:pPr>
        <w:spacing w:before="0" w:after="40"/>
      </w:pPr>
      <w:r>
        <w:rPr>
          <w:rFonts w:ascii="Arial" w:hAnsi="Arial"/>
          <w:b w:val="0"/>
          <w:i/>
          <w:color w:val="888888"/>
          <w:sz w:val="16"/>
        </w:rPr>
        <w:t>⏱ 45s  📰 เอกวิทย์  #ตั้งค่าไอโฟน #ทริคไอโฟน #iphone18promax #แกะกล่อง #พี่เอกวิทย์  💡 The 'Day One Glow-Up' Angle: เปลี่ยนการตั้งค่าเครื่องใหม่ที่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ผ่อน iPhone 18 Pro เดือนละพันกว่าบาท ทำได้จริงเหรอ? มาดูวิธีกันครับ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iPhone 18 Pro รุ่นใหม่ราคาเปิดตัวมาค่อนข้างสูง ทำให้หลายคนลังเลใช่ไหมครับ แต่ถ้าเราเปลี่ยนวิธีคิดจากการจ่ายเงินก้อน มาเป็นการบริหารกระแสเงินสด มันจะดูเบาลงเยอะเลย</w:t>
        <w:br/>
        <w:br/>
        <w:t>ล่าสุดผมเห็นข้อมูลจากช่องคุณเอกวิทย์ ที่พูดถึงโปรบัตรเครดิต UOB ที่ให้แบ่งชำระ 0% ได้นานสูงสุดถึง 36 เดือน ลองคำนวณง่ายๆ นะครับ ถ้าราคาเครื่องอยู่ที่ประมาณ 48,900 บาท หาร 36 เดือน จะตกอยู่แค่เดือนละประมาณ 1,360 บาทเท่านั้นเองครับ แถมยังใช้คะแนนสะสมมาเป็นส่วนลดเพิ่มได้อีก</w:t>
        <w:br/>
        <w:br/>
        <w:t>วิธีนี้เหมาะมากสำหรับมนุษย์เงินเดือนอย่างเราๆ ที่ต้องการบริหารค่าใช้จ่ายรายเดือน ไม่ต้องกระทบเงินเก็บก้อนใหญ่ ทำให้เราสามารถเป็นเจ้าของเครื่องมือทำงานใหม่ๆ ได้แบบไม่หนักเกินไปครับ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ใครมีบัตรเครดิตใบไหนที่โปรดีๆ อีกบ้าง comment มาแชร์กันหน่อยครับ</w:t>
      </w:r>
    </w:p>
    <w:p>
      <w:pPr>
        <w:spacing w:before="0" w:after="40"/>
      </w:pPr>
      <w:r>
        <w:rPr>
          <w:rFonts w:ascii="Arial" w:hAnsi="Arial"/>
          <w:b w:val="0"/>
          <w:i/>
          <w:color w:val="888888"/>
          <w:sz w:val="16"/>
        </w:rPr>
        <w:t>⏱ 55s  📰 เอกวิทย์  #iPhone18Pro #ผ่อนไอโฟน #บัตรเครดิต #การเงิน #มนุษย์เงินเดือน  💡 The 'Cash Flow Management' Angle: มุมนี้เปลี่ยนมุมมองจากการซ</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14 หรือ 15 อยู่? ข่าวร้ายคือปีนี้อาจไม่มี iPhone 18 รุ่นธรรมดาให้อัปเกรดแล้ว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สำหรับคนที่วางแผนจะอัปเกรดเป็น iPhone รุ่นใหม่ทุกๆ 2-3 ปี โดยเล็งรุ่นธรรมดาที่เป็นจุดลงตัวระหว่างราคากับสเปค อาจจะต้องคิดใหม่ครับ</w:t>
        <w:br/>
        <w:br/>
        <w:t>มีรายงานจาก Droidsans ที่น่าสนใจว่า ในปีนี้ Apple อาจจะตัด iPhone 18 รุ่นธรรมดาออกไปจากไลน์อัพทั้งหมดเลย นั่นหมายความว่ารุ่นเริ่มต้นใหม่ อาจจะกลายเป็น iPhone 18 Pro ที่ราคาสูงขึ้นไปอีกหลายพันบาททันที</w:t>
        <w:br/>
        <w:br/>
        <w:t>เรื่องนี้กระทบแผนการเงินของเราโดยตรงเลยครับ เพราะมันทำให้เราเหลือทางเลือกที่ยากขึ้น คือ:</w:t>
        <w:br/>
        <w:t>1. ต้องยอมจ่ายเพิ่ม เพื่อขยับไปรุ่น Pro</w:t>
        <w:br/>
        <w:t>2. ใช้เครื่องเดิมต่อไปอีกปี เพื่อรอดูท่าที</w:t>
        <w:br/>
        <w:t>3. หรือหันไปมองหารุ่นเก่าอย่าง iPhone 17 หรือ 16 ที่ยังพอมีขาย</w:t>
        <w:br/>
        <w:br/>
        <w:t>ใครที่กำลังเก็บเงินรออยู่ อาจจะต้องกลับมาทบทวนแผนกันใหม่เลยครับ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ถ้าไม่มีรุ่นธรรมดาจริงๆ คุณจะเลือกทางไหน? จ่ายเพิ่ม หรือใช้เครื่องเดิมต่อ? comment บอกหน่อยครับ</w:t>
      </w:r>
    </w:p>
    <w:p>
      <w:pPr>
        <w:spacing w:before="0" w:after="40"/>
      </w:pPr>
      <w:r>
        <w:rPr>
          <w:rFonts w:ascii="Arial" w:hAnsi="Arial"/>
          <w:b w:val="0"/>
          <w:i/>
          <w:color w:val="888888"/>
          <w:sz w:val="16"/>
        </w:rPr>
        <w:t>⏱ 50s  📰 Droidsans  #iPhone18 #ข่าวไอที #อัปเกรดมือถือ #ไอโฟน #Apple  💡 The 'Forced Upgrade Decision Matrix' Angle: มุมนี้ไม่ได้วิเค</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ส่งไฟล์งานจาก Samsung เข้า iPhone ทีไรภาพแตกทุกที? รู้ไหมว่าตอนนี้มันทำได้ง่ายเหมือน AirDrop 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หนึ่งในปัญหาคลาสสิกของคนทำงานในออฟฟิศคือการส่งไฟล์ข้ามระบบระหว่าง iPhone กับ Samsung ใช่ไหมครับ โดยเฉพาะไฟล์รูปภาพหรือวิดีโอที่ส่งผ่านแอปแชทแล้วคุณภาพลดลง ไฟล์เอกสารขนาดใหญ่ก็ส่งลำบาก</w:t>
        <w:br/>
        <w:br/>
        <w:t>แต่ตอนนี้ปัญหานี้แก้ได้ง่ายขึ้นเยอะแล้วครับ ตามข้อมูลจาก Droidsans ตอนนี้ฟีเจอร์ Quick Share ของ Samsung รุ่นใหม่ๆ สามารถส่งไฟล์หา iPhone ได้โดยตรงและยังคงคุณภาพเดิมไว้ได้</w:t>
        <w:br/>
        <w:br/>
        <w:t>วิธีการก็ง่ายมาก ฝั่ง Samsung แค่กดแชร์ผ่าน Quick Share แล้วเลือกแชร์เป็น QR Code จากนั้นฝั่ง iPhone แค่เปิดแอปกล้องส่องไปที่ QR Code นั้น ก็สามารถดาวน์โหลดไฟล์ได้ทันที ไม่ต้องลงแอปอะไรเพิ่มเลย สะดวกและรวดเร็วมาก เหมาะกับการส่งไฟล์งานด่วนๆ หรือรูปจากกิจกรรมบริษัทให้เพื่อนร่วมงานที่ใช้ iPhone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ใครเคยเจอปัญหานี้บ้าง? แล้วปกติใช้วิธีไหนส่งไฟล์กัน? comment มาแชร์ทริคกันได้ครับ</w:t>
      </w:r>
    </w:p>
    <w:p>
      <w:pPr>
        <w:spacing w:before="0" w:after="40"/>
      </w:pPr>
      <w:r>
        <w:rPr>
          <w:rFonts w:ascii="Arial" w:hAnsi="Arial"/>
          <w:b w:val="0"/>
          <w:i/>
          <w:color w:val="888888"/>
          <w:sz w:val="16"/>
        </w:rPr>
        <w:t>⏱ 60s  📰 Droidsans  #iPhone #Samsung #AirDrop #QuickShare #ทริคไอที  💡 The 'Cross-Ecosystem Workflow Bridge' Angle: มุมนี้มองฟีเจอร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ภาพถ่ายสวยๆ พวกนี้ไม่ได้มาจากกล้อง Full Frame... แต่นี่คือภาพจากนิทรรศการล่าสุดของ Apple ที่ใช้ iPhone 18 Pro ถ่ายทั้งหมด มาดูกันว่า Apple กำลังบอกอะไรเราเกี่ยวกับกล้องตัวใหม่นี้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Apple เพิ่งเปิดตัวนิทรรศการภาพถ่ายชื่อ ‘What Holds Us’ ซึ่งตามรายงานจาก 9to5Mac ทั้งหมดถูกถ่ายด้วยกล้อง iPhone 18 Pro ครับ นี่คือการโชว์ศักยภาพแบบไม่อ้อมค้อมเลยว่ากล้องใหม่ทำอะไรได้บ้าง สิ่งที่น่าสนใจคือประเภทของภาพที่ Apple เลือกมาโชว์ครับ จะเห็นว่าเน้นไปที่ภาพที่มี Dynamic Range กว้างมากๆ เก็บรายละเอียดได้ทั้งในส่วนมืดและส่วนสว่าง และการจัดการ Noise ในที่แสงน้อยที่ดูดีขึ้นอย่างเห็นได้ชัด การที่ Apple ดึงช่างภาพระดับโลกมาถ่ายในนิทรรศการนี้ เป็นการส่งสัญญาณว่าไฟล์ที่ได้จาก iPhone 18 Pro มันยืดหยุ่นพอสำหรับงานระดับโปรเฟสชั่นแนลจริงๆ เราต้องจับตาดูว่า Computational Photography engine ตัวใหม่ จะฉลาดขึ้นแค่ไหนในการแยก Subject และการทำ Local Tone Mapping ที่ทำให้ภาพดูมีมิติโดยไม่แบนเหมือนที่เคยเป็น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อยากเห็นภาพ Full-res จาก Exhibition นี้แบบเจาะลึกไหม? กด Save คลิปนี้ไว้เลย เดี๋ยวผมหามาวิเคราะห์ไฟล์ให้ดูครับ</w:t>
      </w:r>
    </w:p>
    <w:p>
      <w:pPr>
        <w:spacing w:before="0" w:after="40"/>
      </w:pPr>
      <w:r>
        <w:rPr>
          <w:rFonts w:ascii="Arial" w:hAnsi="Arial"/>
          <w:b w:val="0"/>
          <w:i/>
          <w:color w:val="888888"/>
          <w:sz w:val="16"/>
        </w:rPr>
        <w:t>⏱ 65s  📰 9to5Mac  #iPhone18Pro #iPhonePhotography #ShotOniPhone #Apple #ช่างภาพ  💡 The 'Official Portfolio' Analysis: วิเคราะห์นิทรรศการของ App</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เพิ่งถอย iPhone 18 Pro มาใหม่? อย่าเพิ่งรีบเอาไปถ่าย! ถ้าคุณยังไม่ได้ตั้งค่ากล้อง 5 อย่างนี้ คุณกำลังใช้ศักยภาพของมันไม่ถึงครึ่งเลย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สำหรับช่างภาพที่เพิ่งได้เครื่องมาใหม่ มี 5 การตั้งค่ากล้องที่ต้องทำทันทีเพื่อคุณภาพไฟล์ที่ดีที่สุดครับ หนึ่ง: เปิด Apple ProRAW ไม่ใช่แค่เปิดธรรมดา แต่เข้าไปตั้งค่า Default Resolution เป็น 48MP ด้วย เพื่อให้ได้ไฟล์ที่ใหญ่และยืดหยุ่นที่สุด สอง: สำหรับสายวิดีโอ เข้าไปเปลี่ยน Format เป็น ProRes และเลือก Encoding เป็น Log ทันที นี่คือหัวใจของการ Grading สีให้ได้แบบมืออาชีพ สาม: เปิด Grid และ Level ไว้ตลอดเวลา มันช่วยเรื่องการจัดองค์ประกอบภาพได้เยอะมากจริงๆ สี่: Photographic Styles อย่าใช้ค่า Default ครับ ลองปรับ Tone กับ Warmth ให้เป็นสไตล์ของเราเอง มันจะถูกฝังไปในไฟล์ HEIF/JPG เลย ทำให้จบงานหลังกล้องได้เร็วขึ้น และห้า: Lens Correction สำหรับคนที่อยากได้ภาพคมกริบและเส้นตรงเป๊ะ ให้เปิดไว้ แต่ถ้าใครชอบคาแรคเตอร์เลนส์แบบดิบๆ ก็ลองปิดดูได้ครับ 5 อย่างนี้คือตัวตัดสินคุณภาพไฟล์ของช่างภาพเลย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ตั้งค่าตามนี้แล้วภาพเปลี่ยนไปแค่ไหน ลองดู! กด Save คลิปนี้ไว้เช็คตอนได้เครื่องใหม่ได้เลยครับ</w:t>
      </w:r>
    </w:p>
    <w:p>
      <w:pPr>
        <w:spacing w:before="0" w:after="40"/>
      </w:pPr>
      <w:r>
        <w:rPr>
          <w:rFonts w:ascii="Arial" w:hAnsi="Arial"/>
          <w:b w:val="0"/>
          <w:i/>
          <w:color w:val="888888"/>
          <w:sz w:val="16"/>
        </w:rPr>
        <w:t>⏱ 70s  📰 เอกวิทย์  #iPhone18Pro #iPhoneTips #PhotographyTips #AppleProRAW #ตั้งค่าไอโฟน  💡 The 'Day Zero Workflow' Optimization: มุมนี้ไม่ได้มองแค่เป็น</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ข่าวช็อค! มีรายงานว่า iPhone 18 จะไม่มีรุ่นธรรมดาอีกต่อไป... นี่อาจหมายความว่าถ้าอยากได้กล้องดีๆ คุณต้องจ่ายเงินเพิ่มเพื่อรุ่น Pro เท่านั้น จริงไหม?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ตอนนี้มีข่าวลือที่กำลังเป็นไวรัลจาก Droidsans ว่า Apple อาจจะตัด iPhone 18 รุ่นธรรมดาทิ้งไป เหลือไว้แค่รุ่น Pro และ Pro Max เท่านั้น ซึ่งถ้าเป็นเรื่องจริง นี่ไม่ใช่แค่เรื่องราคา แต่มันกระทบกับช่างภาพโดยตรงเลยครับ เพราะอะไร? ลองมาดูฟีเจอร์กล้องหลักๆ ที่ปกติแล้วจะมีแค่ในรุ่น Pro กัน หนึ่ง: เลนส์ Telephoto สำหรับการซูมแบบ Optical สอง: ไฟล์ Apple ProRAW ที่ให้ความยืดหยุ่นสูงสุดในการแต่งภาพ และสาม: การถ่ายวิดีโอแบบ ProRes Log สำหรับงานวิดีโอที่ต้องการเกรดสีจริงจัง ฟีเจอร์ทั้งหมดนี้ไม่มีในรุ่นธรรมดาครับ การตัดรุ่นธรรมดาออกไป จึงเหมือนเป็นการบีบทางอ้อมให้คนที่ซีเรียสเรื่องกล้อง ต้องขยับงบประมาณเพื่อไปให้ถึงรุ่น Pro สถานเดียว หรืออีกทางเลือกคือต้องหันไปมองรุ่น Pro ของปีก่อนๆ อย่าง iPhone 16 Pro หรือ 17 Pro แทน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คุณคิดว่ากล้อง iPhone รุ่นธรรมดามันพอสำหรับงานถ่ายรูปจริงจังไหม? คอมเมนต์มาคุยกันหน่อย แล้วกด Save ไว้ เดี๋ยวผมทำเปรียบเทียบกล้อง iPhone 17 Pro กับ 16 Pro ให้ดูว่าตัวไหนน่าซื้อกว่ากันตอนนี้</w:t>
      </w:r>
    </w:p>
    <w:p>
      <w:pPr>
        <w:spacing w:before="0" w:after="40"/>
      </w:pPr>
      <w:r>
        <w:rPr>
          <w:rFonts w:ascii="Arial" w:hAnsi="Arial"/>
          <w:b w:val="0"/>
          <w:i/>
          <w:color w:val="888888"/>
          <w:sz w:val="16"/>
        </w:rPr>
        <w:t>⏱ 75s  📰 Droidsans  #iPhone18 #ไอโฟน18 #Apple #กล้องไอโฟน #ข่าวไอที  💡 The 'Feature Paywall' Escalation Analysis: ตีความการตัดรุ่นธ</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เปิดตัวแล้ว...แต่ทำไมคนงบหมื่นต้นๆ แบบเราต้องสนใจ? เพราะมันจะทำให้ราคา iPhone มือสองปั่นป่วน! นี่คือวิธีรับมือ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พอรุ่นใหม่ออกปุ๊บ สิ่งที่จะเกิดขึ้นคือคนจะเริ่มเทขายเครื่องเก่าเพื่อไปซื้อเครื่องใหม่ครับ ทำให้ iPhone รุ่นก่อนๆ อย่าง 15 หรือ 14 Pro มือสองจะมีของในตลาดเยอะขึ้น</w:t>
        <w:br/>
        <w:br/>
        <w:t>ฟังดูดีใช่ไหมครับ? แต่เดี๋ยวก่อน! เพราะในขณะเดียวกัน คนที่งบน้อยก็จะหันมามองหารุ่นที่คุ้มค่าอย่าง iPhone 13 หรือ 14 ธรรมดาเยอะขึ้นเหมือนกัน ทำให้รุ่นพวกนี้อาจจะราคาไม่ลง หรืออาจจะขึ้นนิดหน่อยด้วยซ้ำในช่วงแรก</w:t>
        <w:br/>
        <w:br/>
        <w:t>คำแนะนำของผมคือ ถ้าเล็งรุ่นไหนไว้ ให้ใจเย็นๆ รอดูตลาดหลังรุ่นใหม่วางขายไปแล้วซัก 2-3 อาทิตย์ครับ ช่วงนั้นราคาจะเริ่มนิ่งและเป็นราคาที่แท้จริง เป็นจังหวะทองที่เราจะเข้าไปช้อนซื้อได้ของดีราคาไม่แรงครับ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 เล็งรุ่นไหนไว้ คอมเมนต์มาคุยกันครับ เดี๋ยวช่วยดูให้ว่าจังหวะนี้ควรซื้อเลยหรือรอก่อนดี</w:t>
      </w:r>
    </w:p>
    <w:p>
      <w:pPr>
        <w:spacing w:before="0" w:after="40"/>
      </w:pPr>
      <w:r>
        <w:rPr>
          <w:rFonts w:ascii="Arial" w:hAnsi="Arial"/>
          <w:b w:val="0"/>
          <w:i/>
          <w:color w:val="888888"/>
          <w:sz w:val="16"/>
        </w:rPr>
        <w:t>⏱ 48s  📰 Droidsans  #ไอโฟนมือสอง #iphoneมือสอง #สอนดูไอโฟนมือ2 #iPhone18 #ไอโฟนราคานักเรียน  💡 The 'Market Timing for Value Hunters' Angle: แทนที่จะแค่บอกว</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เห็นโปรผ่อน iPhone 0% นาน 36 เดือนแล้วตาลุกวาว? หยุดก่อน! นี่คือ 3 กับดักที่คนงบน้อยต้องเช็ก ไม่งั้นอาจเสียเงินมากกว่าที่คิด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เห็นข่าวโปรบัตรเครดิตผ่อน iPhone รุ่นใหม่ 0% แล้วหลายคนอาจจะสนใจ แต่สำหรับคนงบน้อย อยากให้เช็ก 3 ข้อนี้ดีๆ ครับ</w:t>
        <w:br/>
        <w:br/>
        <w:t>1. เงื่อนไขแฝง: โปร 0% บางทีต้องจ่ายค่าธรรมเนียมแรกเข้า หรือต้องสมัครแพ็กเกจรายเดือนแพงๆ พ่วงด้วย ลองคำนวณดูดีๆ อาจจะไม่คุ้ม</w:t>
        <w:br/>
        <w:br/>
        <w:t>2. ระยะเวลาที่นานเกินไป: ผ่อน 36 เดือนคือ 3 ปีเลยนะครับ! ตอนนั้น iPhone เราอาจจะตกรุ่นไปไกลแล้ว แต่เรายังต้องจ่ายค่าเครื่องเท่าเดิมทุกเดือน มันอาจจะทำให้เราอึดอัดทางการเงินได้</w:t>
        <w:br/>
        <w:br/>
        <w:t>3. มันคือ 'หนี้': การผ่อนคือการสร้างหนี้ครับ ถ้าเกิดเหตุฉุกเฉินทำให้เราจ่ายไม่ไหว มันจะกระทบประวัติทางการเงินของเราในระยะยาวเลย</w:t>
        <w:br/>
        <w:br/>
        <w:t>ทางที่ดี ลองเก็บเงินซื้อเครื่องมือสองสภาพดี หรือรุ่นที่ตกรุ่นมาหน่อยเป็นเงินสด จะสบายใจกว่าในระยะยาวครับ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ใครกำลังคิดจะผ่อนรุ่นไหนอยู่ ลองคอมเมนต์งบต่อเดือนมา เดี๋ยวช่วยดูให้ว่าเสี่ยงไปมั้ยครับ</w:t>
      </w:r>
    </w:p>
    <w:p>
      <w:pPr>
        <w:spacing w:before="0" w:after="40"/>
      </w:pPr>
      <w:r>
        <w:rPr>
          <w:rFonts w:ascii="Arial" w:hAnsi="Arial"/>
          <w:b w:val="0"/>
          <w:i/>
          <w:color w:val="888888"/>
          <w:sz w:val="16"/>
        </w:rPr>
        <w:t>⏱ 55s  📰 เอกวิทย์  #ผ่อนไอโฟน #ผ่อนไปใช้ไป #เตือนภัย #การเงิน #ไอโฟน  💡 The 'Financial Trap' Warning Angle: แทนที่จะโปรโมตการผ่อน 0%</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12,000 เป๊ะ! ระหว่าง iPhone 13 มือสอง กับ Samsung รุ่นใหม่แกะกล่อง จะเลือกอะไรดี? คลิปนี้มีคำตอบให้</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เป็นคำถามโลกแตกเลยครับสำหรับคนงบจำกัด มาดูข้อดีข้อเสียกัน</w:t>
        <w:br/>
        <w:br/>
        <w:t>ทีม iPhone 13 มือสอง: ข้อดีคือได้ใช้ iOS ได้ ecosystem ของ Apple กล้องสวย ซอฟต์แวร์ยังอัปเดตได้อีกยาวๆ แต่ข้อเสียคือแบตอาจจะเสื่อมไปบ้าง ไม่มีประกัน และต้องเลือกร้านที่ไว้ใจได้ดีๆ</w:t>
        <w:br/>
        <w:br/>
        <w:t>ทีม Samsung ใหม่แกะกล่อง: ข้อดีคือได้เครื่องใหม่ ประกันเต็ม 1 ปี สบายใจได้เลย แบตเตอรี่เต็มร้อย จออาจจะสวยกว่าในราคาเท่ากัน และตามข่าวจาก Droidsans เดี๋ยวนี้ Samsung เขามี Quick Share ที่ส่งไฟล์ข้ามไปหา iPhone ได้ง่ายขึ้นแล้วด้วย</w:t>
        <w:br/>
        <w:br/>
        <w:t>สรุปง่ายๆ ครับ: ถ้าคุณอยากได้ประสบการณ์ iOS และยอมรับความเสี่ยงเรื่องเครื่องมือสองได้ ไปทีมไอโฟน แต่ถ้าคุณอยากได้ความสบายใจ ประกันเต็มๆ ไม่ต้องลุ้น ไปทีม Samsung ครับ ไม่มีคำตอบที่ผิด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 งบเท่านี้จะเลือกทีมไหน? #ทีมไอโฟนมือสอง หรือ #ทีมแอนดรอยด์มือหนึ่ง คอมเมนต์บอกกันหน่อยครับ!</w:t>
      </w:r>
    </w:p>
    <w:p>
      <w:pPr>
        <w:spacing w:before="0" w:after="40"/>
      </w:pPr>
      <w:r>
        <w:rPr>
          <w:rFonts w:ascii="Arial" w:hAnsi="Arial"/>
          <w:b w:val="0"/>
          <w:i/>
          <w:color w:val="888888"/>
          <w:sz w:val="16"/>
        </w:rPr>
        <w:t>⏱ 52s  📰 Droidsans  #ไอโฟนvsแอนดรอย #iphoneมือสอง #samsung #มือถือน่าใช้ #งบน้อย  💡 The 'Core Value' Decision Framework: แทนที่จะเปรียบเทียบแค่ส</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ทีมของคุณเสียเวลากี่นาทีต่อวัน แค่กับการส่งไฟล์ข้ามระบบ? นี่คือต้นทุนแฝงของการใช้ Samsung และ iPhone ปนกันในองค์กร ที่ไม่มีใครพูดถึง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ในขณะที่การส่งไฟล์ระหว่าง iPhone, iPad และ Mac ผ่าน AirDrop เกิดขึ้นได้ในไม่กี่วินาที แต่การส่งข้อมูลจากฝั่ง Samsung มายัง iPhone กลับต้องพึ่งพาแอปพลิเคชันตัวกลาง หรือ Quick Share ที่มีขั้นตอนซับซ้อนกว่าเสมอ ตามรายงานจาก Droidsans แม้จะทำได้ แต่ก็สร้าง 'แรงเสียดทาน' (friction) ใน workflow การทำงานอยู่เสมอ</w:t>
        <w:br/>
        <w:br/>
        <w:t>สำหรับผู้บริหาร เวลาทุกนาทีมีค่า การสะดุดกับเรื่องเล็กๆ น้อยๆ แบบนี้วันละหลายครั้ง รวมกันแล้วคือชั่วโมงการทำงานที่สูญเสียไปทั้งเดือน การเลือกใช้ Apple ecosystem ทั้งระบบจึงไม่ใช่แค่เรื่องของความชอบ แต่คือการลงทุนเพื่อลดแรงเสียดทาน เพิ่มความเร็วในการตัดสินใจ และทำให้ทีมโฟกัสกับงานที่สำคัญกว่าได้จริง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เราเพื่อดูว่า Apple ecosystem ช่วยเพิ่มประสิทธิภาพให้ทีมบริหารของคุณได้อย่างไร</w:t>
      </w:r>
    </w:p>
    <w:p>
      <w:pPr>
        <w:spacing w:before="0" w:after="40"/>
      </w:pPr>
      <w:r>
        <w:rPr>
          <w:rFonts w:ascii="Arial" w:hAnsi="Arial"/>
          <w:b w:val="0"/>
          <w:i/>
          <w:color w:val="888888"/>
          <w:sz w:val="16"/>
        </w:rPr>
        <w:t>⏱ 60s  📰 Droidsans  #AppleEcosystem #Productivity #BusinessTips #iPhone #AirDrop  💡 The 'Cross-Platform Friction Cost' Analysis: วิเคราะห์ปัญหาก</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Apple อาจยกเลิก iPhone 18 รุ่นธรรมดา นี่ไม่ใช่แค่ข่าวสำหรับผู้บริโภค แต่เป็นสัญญาณที่ฝ่ายจัดซื้อและ IT ทุกองค์กรต้องเตรียมรับมือ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ตามข่าวลือที่ Droidsans รายงาน การที่ตัวเลือกรุ่นพื้นฐานอาจหายไปจากตลาด จะส่งผลกระทบโดยตรงต่อนโยบายการจัดหาอุปกรณ์ (Procurement) ของบริษัท ปัจจุบันหลายองค์กรเลือก iPhone รุ่นธรรมดาเป็นอุปกรณ์มาตรฐานสำหรับพนักงาน เพื่อควบคุมงบประมาณ</w:t>
        <w:br/>
        <w:br/>
        <w:t>หากข่าวลือนี้เป็นจริง องค์กรจะเหลือสองทางเลือกหลัก: หนึ่ง คือต้องเพิ่มงบประมาณเพื่อจัดหารุ่น Pro ให้กับพนักงานทุกคน ซึ่งกระทบต่อ Total Cost of Ownership (TCO) อย่างมีนัยสำคัญ หรือสอง คือต้องยืดอายุการใช้งานของอุปกรณ์รุ่นเก่าออกไป ซึ่งอาจนำมาซึ่งความเสี่ยงด้านความปลอดภัยและประสิทธิภาพที่ลดลง นี่จึงเป็นประเด็นเชิงกลยุทธ์ที่ผู้บริหารต้องเริ่มวางแผนตั้งแต่เนิ่นๆ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ไว้เพื่อวิเคราะห์ข่าว Apple ที่กระทบต่อกลยุทธ์ธุรกิจของคุณโดยตรง</w:t>
      </w:r>
    </w:p>
    <w:p>
      <w:pPr>
        <w:spacing w:before="0" w:after="40"/>
      </w:pPr>
      <w:r>
        <w:rPr>
          <w:rFonts w:ascii="Arial" w:hAnsi="Arial"/>
          <w:b w:val="0"/>
          <w:i/>
          <w:color w:val="888888"/>
          <w:sz w:val="16"/>
        </w:rPr>
        <w:t>⏱ 65s  📰 Droidsans  #iPhoneForBusiness #Apple #EnterpriseIT #MDM #TechNews  💡 The 'Corporate Procurement Disruption' Angle: วิเคราะห์ผลกระ</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จอพับอาจเป็นเครื่องมือเพิ่ม Productivity ที่ดีที่สุด แต่ในขณะเดียวกัน ก็อาจเป็นความเสี่ยงด้านความปลอดภัยที่ใหญ่ที่สุดสำหรับข้อมูลบริษัทของคุณ</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กระแสข่าวลือเรื่อง iPhone จอพับ หรือ 'iPhone Duo' ที่ถูกพูดถึงโดยอาตี๋รีวิว กำลังสร้างความตื่นเต้นในฐานะอุปกรณ์ที่อาจเข้ามาแทนที่ทั้ง iPhone และ iPad สำหรับผู้บริหารที่ต้องเดินทางบ่อย</w:t>
        <w:br/>
        <w:br/>
        <w:t>อย่างไรก็ตาม มุมมองด้านความปลอดภัยคือสิ่งที่ต้องพิจารณาอย่างยิ่ง หน้าจอที่ใหญ่ขึ้นหมายถึง 'พื้นที่แสดงข้อมูล' (Data Surface) ที่กว้างขึ้น เพิ่มความเสี่ยงจากการลอบมอง (visual hacking หรือ shoulder surfing) ในที่สาธารณะ เช่น สนามบิน หรือร้านกาแฟ เมื่อผู้บริหารต้องจัดการกับเอกสารลับหรืออีเมลสำคัญ การมีอยู่ของอุปกรณ์รูปแบบใหม่นี้จึงบังคับให้องค์กรต้องทบทวนนโยบายการรักษาความปลอดภัยข้อมูลนอกสถานที่ (Mobile Data Security) ให้รัดกุมยิ่งขึ้น เพื่อให้แน่ใจว่านวัตกรรมจะไม่กลายเป็นช่องโหว่ทางธุรกิจ</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เพื่อรับมุมมองด้าน Security และ Privacy ของอุปกรณ์ Apple สำหรับผู้บริหาร</w:t>
      </w:r>
    </w:p>
    <w:p>
      <w:pPr>
        <w:spacing w:before="0" w:after="40"/>
      </w:pPr>
      <w:r>
        <w:rPr>
          <w:rFonts w:ascii="Arial" w:hAnsi="Arial"/>
          <w:b w:val="0"/>
          <w:i/>
          <w:color w:val="888888"/>
          <w:sz w:val="16"/>
        </w:rPr>
        <w:t>⏱ 70s  📰 อาตี๋รีวิว  #iPhoneDuo #CyberSecurity #DataPrivacy #Apple #BusinessLeadership  💡 The 'Enterprise Data Surface' Risk Analysis: ประเมินนวัตกรรม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กำลังจะรู้เรื่องสุขภาพของคุณดีกว่าหมอ? นี่คือฟีเจอร์หลุดล่าสุดจาก iOS 27.2!</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คุณอาจยังไม่รู้ว่า Apple Intelligence กำลังจะเข้ามาอยู่ในแอป Health ของเราแล้ว! มีรายงานจากโค้ดใน iOS 27.2 Beta ว่า Apple กำลังพัฒนาให้ AI สามารถวิเคราะห์ข้อมูลสุขภาพของเราได้แบบเฉพาะบุคคลเลยทีเดียว ลองนึกภาพตามนะ... AI จะดูข้อมูลการนอน, อัตราการเต้นของหัวใจ, การออกกำลังกาย แล้วสรุปให้เลยว่าสุขภาพเราเป็นยังไง มีอะไรต้องระวังบ้าง มันอาจจะบอกได้ก่อนที่เราจะรู้สึกป่วยซะอีก! นี่คือการเอา AI มาใช้กับเรื่องส่วนตัวสุดๆ คำถามคือ...คุณกล้าให้ Apple รู้ข้อมูลสุขภาพของคุณลึกขนาดนี้มั้ย?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เรื่องนี้ยังเป็นแค่ข้อมูลจาก Beta นะ! กด follow ไว้ก่อน ถ้ามีอะไรคืบหน้าจะรีบมาอัปเดตทันที! 🔔</w:t>
      </w:r>
    </w:p>
    <w:p>
      <w:pPr>
        <w:spacing w:before="0" w:after="40"/>
      </w:pPr>
      <w:r>
        <w:rPr>
          <w:rFonts w:ascii="Arial" w:hAnsi="Arial"/>
          <w:b w:val="0"/>
          <w:i/>
          <w:color w:val="888888"/>
          <w:sz w:val="16"/>
        </w:rPr>
        <w:t>⏱ 45s  📰 iMod  #iOS27 #AppleIntelligence #iPhone #แอปเปิ้ล #ข่าวไอที  💡 The 'Personal Privacy Frontier' Angle: มุมนี้ตีความฟีเจอร์ให</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ข่าวด่วน! iPhone 18 รุ่นธรรมดาอาจไม่มีขายอีกต่อไป! ใครที่รอสอยรุ่นเริ่มต้นอาจต้องคิดใหม่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ใครที่วางแผนจะซื้อ iPhone 18 รุ่นธรรมดา ฟังทางนี้ก่อน! มีข่าวลือหนาหูมากจาก Droidsans ว่าปีนี้ Apple อาจจะตัดรุ่นธรรมดาออกไปเลย! หมายความว่าไลน์อัพอาจจะเหลือแค่ iPhone 18 Pro และ iPhone 18 Pro Max เท่านั้น นี่มันไม่ใช่แค่การปรับไลน์อัพธรรมดาๆ แต่มันอาจเป็นสัญญาณว่า Apple กำลังจะบังคับให้เราต้องจ่ายแพงขึ้นเพื่อขยับไปรุ่น Pro เท่านั้น ใครที่เก็บเงินรอรุ่นเริ่มต้นอาจจะต้องเปลี่ยนแผนไปมอง iPhone 17 หรือกัดฟันเพิ่มเงินไปรุ่น Pro แทน คุณล่ะ คิดว่า Apple ทำแบบนี้โหดไปมั้ย?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ข้อมูลนี้ยังไม่ยืนยัน 100% นะ! กด follow ด่วน มีข่าวหลุดอะไรใหม่ๆ จะรีบมาบอกก่อนใคร! 🔔</w:t>
      </w:r>
    </w:p>
    <w:p>
      <w:pPr>
        <w:spacing w:before="0" w:after="40"/>
      </w:pPr>
      <w:r>
        <w:rPr>
          <w:rFonts w:ascii="Arial" w:hAnsi="Arial"/>
          <w:b w:val="0"/>
          <w:i/>
          <w:color w:val="888888"/>
          <w:sz w:val="16"/>
        </w:rPr>
        <w:t>⏱ 40s  📰 Droidsans  #iPhone18 #ไอโฟน18 #Apple #ข่าวลือ #ไอโฟน  💡 The 'Two-Tier Tech Future' Angle: มุมนี้วิเคราะห์การตัดรุ่นธ</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Pro ราคาใหม่มาแล้ว! เตรียมเงินไว้เลย เพราะมันอาจทำให้ iPhone 17 กลายเป็นรุ่นที่ไม่น่าซื้อที่สุด!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ใครว่ามือถือรุ่นใหม่เปิดตัวแล้วรุ่นเก่าจะถูกลงเสมอไป? อาจไม่ใช่สำหรับปีนี้! ตามรายงานจาก Droidsans ราคา iPhone 18 Pro ที่คาดว่าจะเปิดตัว อาจจะแพงขึ้นกว่าเดิม! แต่ที่น่าสนใจกว่าคือผลกระทบต่อคนที่เล็ง iPhone 17 หรือ 17 Pro อยู่...เพราะราคามือสองอาจจะยังไม่ลงมากนัก ทำให้การเพิ่มเงินอีกหน่อยไปเอา iPhone 18 Pro ที่ได้ของใหม่กว่า กลายเป็นตัวเลือกที่ดูฉลาดกว่าทันที! กลายเป็นว่ารุ่นที่ตกรุ่นไปปีเดียว อยู่ในจุดที่อัปเกรดก็ไม่สุด จะประหยัดก็ไม่เชิง ใครที่เล็งรุ่นกลางๆ แบบนี้อยู่...ตอนนี้อาจต้องคิดหนักเลย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นี่เป็นแค่การคาดการณ์ราคานะ! กด follow ไว้ เดี๋ยวราคาจริงมาจะรีบมาวิเคราะห์ให้ฟัง! 🔔</w:t>
      </w:r>
    </w:p>
    <w:p>
      <w:pPr>
        <w:spacing w:before="0" w:after="40"/>
      </w:pPr>
      <w:r>
        <w:rPr>
          <w:rFonts w:ascii="Arial" w:hAnsi="Arial"/>
          <w:b w:val="0"/>
          <w:i/>
          <w:color w:val="888888"/>
          <w:sz w:val="16"/>
        </w:rPr>
        <w:t>⏱ 50s  📰 Droidsans  #iPhone18Pro #iPhone17 #ราคาไอโฟน #Apple #ไอทีน่ารู้  💡 The 'Squeezed Middle' Value Proposition Angle: มุมนี้ไม่ได้โ</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