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20 Sep 2026  07:54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เก็บตังค์รอซื้อ iPhone 18 รุ่นธรรมดาอยู่ปะ? ฟังทางนี้ก่อน อาจจะต้องคิดใหม่!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มีข่าวลือหนักมากจากช่อง Droidsans ว่าปีนี้ Apple อาจจะตัด iPhone 18 รุ่นธรรมดาทิ้งไปเลย! หมายความว่าไง? ก็คือถ้าจะซื้อรุ่นใหม่ล่าสุด ก็ต้องเริ่มต้นที่รุ่น Pro เท่านั้นอะทุกคน ซึ่งแน่นอนว่าราคาก็จะโดดไปอีกสเต็ปนึงเลย ใครที่เล็งรุ่นเริ่มต้นราคาดีๆ ไว้ อาจจะต้องเปลี่ยนแผนไปมองรุ่น Pro หรือไม่ก็ต้องกลับไปซื้อรุ่นเก่าแทน แบบนี้แก๊งค์เราจะเข้าถึง iPhone รุ่นใหม่ยากขึ้นมั้ยเนี่ย?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เพื่อนๆ คิดว่าไงถ้าไม่มีรุ่นธรรมดาแล้ว? รับได้มั้ย? คอมเมนต์มาหน่อยดิ๊! แล้วกด follow ไว้เลย เดี๋ยวมาอัปเดตข่าวนี้อีก!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#ไอโฟน18 #ข่าวไอที #Apple #ข่าวลือ  💡 The 'Entry-Level Exclusion' Angle: วิเคราะห์ข่าวลือเรื่องการ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เพื่อนใช้ Samsung แล้วส่งไฟล์งานกลุ่มให้เราไม่ได้? เดี๋ยวจะสอนวิธีเป็นฮีโร่ให้!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เวลาทำงานกลุ่มแล้วมีคนใช้ Samsung คือปวดหัวสุดๆ ส่งไฟล์ทีต้องไปใช้แอปอื่นวุ่นวาย แต่ช่อง Droidsans เค้าไปเจอมาว่า Samsung รุ่นใหม่ๆ มีฟีเจอร์ Quick Share ที่ตอนนี้มันจึ้งมาก! เพราะมันส่งไฟล์หา iPhone ได้โดยตรงเลย แค่เปิด Quick Share ใน Samsung แล้วเลือก 'ทุกคนที่อยู่ใกล้เคียง' ฝั่ง iPhone ก็แค่รอรับไฟล์ได้เลย ง่ายเหมือน AirDrop! แค่รู้ทริคนี้ไว้ก็คือกลายเป็นเทพเทคในกลุ่มเพื่อนละ ไม่ต้องหัวร้อนตอนส่งงานอีกต่อไป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ใครเคยเจอปัญหานี้บ้าง? ลองเอาไปใช้แล้วมาบอกด้วย! กด follow ไว้เลย ทริคดีๆ แบบนี้มีอีกเพียบ!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#iPhoneTricks #Samsung #QuickShare #AirDrop #ชีวิตนักเรียน  💡 The 'Group Project Hero' Angle: เปลี่ยนเรื่องน่ารำคาญของการส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สีใหม่ iPhone 18 Pro Max จะมาแนว 'Clean Girl' หรือสาย 'Cyber' กันแน่?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ทุกคน! มีคลิปคอนเซ็ปต์ iPhone 18 Pro Max สีใหม่ออกมาแล้ว ชื่อสี 'Glacier' ตามที่ช่องพี่เอกวิทย์เค้าเอามาให้ดู คือมันเป็นสีขาวไทเทเนียมที่ดูคลีนๆ มินิมอลมาก แต่ในความคลีนมันมีความเมทัลลิกที่ดูโลกอนาคตสุดๆ เลยเกิดคำถามว่าสีนี้มันจะแมตช์กับสไตล์ไหน? จะเป็นสายคาเฟ่ แต่งตัวคลีนๆ มินิมอล หรือจะเป็นสายเทคที่แต่งตัวล้ำๆ เหมือนหลุดมาจากโลกอนาคต? สีเดียวแต่ตีความได้หลายเวย์มาก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แล้วพวกเธอว่าสี Glacier เป็นสไตล์ไหน? คอมเมนต์มาเลย! ใครทีม 'Clean Girl' ใครทีม 'Cyber'? กด follow ไว้รอจับของจริงกัน!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เอกวิทย์  #iPhone18ProMax #iPhone18 #สีใหม่ไอโฟน #Aesthetic #ไอทีน่ารู้  💡 The 'Aesthetic Trendsetter' Angle: ไม่ได้แค่รายงานข่าวลือเรื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วางแผนจะซื้อ iPhone 18 รุ่นธรรมดาอยู่รึเปล่า? อาจจะต้องคิดใหม่ เพราะมีข่าวลือว่าปีนี้จะไม่มีรุ่นนี้แล้ว!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มีรายงานจากสื่ออย่าง Droidsans นะครับ ว่าปีนี้ Apple อาจจะมีการปรับไลน์อัพครั้งใหญ่ โดยอาจจะตัด iPhone 18 รุ่นธรรมดาออกไปเลย แล้วอาจจะมีรุ่นใหม่ที่เรียกว่า 'iPhone 18 Slim' เข้ามาแทน ซึ่งคาดว่าจะมีราคาสูงกว่าเดิม</w:t>
        <w:br/>
        <w:br/>
        <w:t>นั่นหมายความว่าตัวเลือกรุ่นเริ่มต้นที่ราคาเข้าถึงง่ายที่สุดอาจจะหายไป ทำให้คนทำงานอย่างเราที่ตั้งงบสำหรับรุ่นธรรมดาไว้ อาจจะต้องตัดสินใจใหม่ระหว่าง 3 ทางเลือกครับ</w:t>
        <w:br/>
        <w:t>1. เพิ่มงบประมาณ เพื่อขยับไปรุ่น Slim หรือรุ่น Pro</w:t>
        <w:br/>
        <w:t>2. ถอยไปซื้อรุ่นเก่าอย่าง iPhone 17 หรือ 16 ที่จะถูกลงแทน</w:t>
        <w:br/>
        <w:t>3. รอดูราคาเปิดตัวอีกที</w:t>
        <w:br/>
        <w:br/>
        <w:t>การเปลี่ยนแปลงนี้กระทบแผนการอัปเกรดและแผนการเงินของหลายคนโดยตรงเลยครับ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ถ้าไม่มีรุ่นธรรมดาจริง คุณจะเลือกทางไหน? เพิ่มงบ หรือซื้อรุ่นเก่า? คอมเมนต์มาคุยกันหน่อยครับ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#ไอโฟน #Apple #ข่าวไอที #มือถือ  💡 The 'Budget Anchor' Recalibration Angle: วิเคราะห์ผลกระทบเชิ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ผ่อน iPhone 18 Pro เดือนละไม่ถึง 1,300 บาท ทำได้จริงเหรอ? ทำได้ ถ้าคุณใช้บัตรให้ถูกใบครับ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สำหรับคนที่เล็ง iPhone 18 Pro ไว้ แต่ไม่อยากจ่ายเงินก้อนใหญ่ทีเดียว ตอนนี้มีโปรที่น่าสนใจมากครับ อ้างอิงจากช่อง 'เอกวิทย์' ที่รีวิวโปรบัตรเครดิต UOB ที่ให้คุณแบ่งชำระ 0% ได้นานสูงสุดถึง 36 เดือนเลยทีเดียว</w:t>
        <w:br/>
        <w:br/>
        <w:t>ลองคำนวณง่ายๆ นะครับ ถ้าเครื่องราคาประมาณ 45,000 บาท เมื่อหาร 36 เดือน ก็จะตกอยู่แค่เดือนละ 1,250 บาทเท่านั้น</w:t>
        <w:br/>
        <w:br/>
        <w:t>สำหรับมนุษย์เงินเดือนอย่างเรา การจ่ายแบบนี้ช่วยบริหารสภาพคล่องทางการเงินได้ดีมาก ไม่ต้องกระทบเงินเก็บก้อนใหญ่ แถมยังไม่มีดอกเบี้ยอีกด้วย ตามข้อมูลยังบอกว่าสามารถใช้คะแนนสะสมแลกรับเครดิตเงินคืนเพิ่มได้อีกต่อ</w:t>
        <w:br/>
        <w:br/>
        <w:t>แน่นอนว่าควรเช็ครายละเอียดโปรโมชันและร้านค้าที่ร่วมรายการอีกครั้งก่อนตัดสินใจนะครับ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ใครมีบัตร UOB อยู่ในมือบ้าง? คอมเมนต์บอกหน่อยว่าโปรนี้น่าสนใจไหมครับ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เอกวิทย์  #iPhone18Pro #โปรบัตรเครดิต #UOB #ผ่อนไอโฟน #การเงิน  💡 The 'Asset Liquidity' Management Angle: เปลี่ยนมุมมองการผ่อน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ทำงานกับเพื่อนที่ใช้ Samsung แล้วส่งไฟล์ใหญ่หากันลำบากใช่ไหมครับ? ปัญหานี้อาจจะจบแล้ว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นี่เป็นปัญหาคลาสสิกในออฟฟิศเลยครับ เวลาเราจะส่งไฟล์งาน วิดีโอ หรือรูปใหญ่ๆ จาก iPhone ไปให้เพื่อนร่วมงานที่ใช้ Samsung แต่ล่าสุดช่อง Droidsans ได้ทดสอบให้ดูแล้วว่าตอนนี้ Samsung สามารถส่งไฟล์หา iPhone ได้เร็วและง่ายขึ้นมาก</w:t>
        <w:br/>
        <w:br/>
        <w:t>ฟีเจอร์นี้เรียกว่า Quick Share ซึ่งตอนนี้ทำงานร่วมกับ Nearby Share ทำให้สามารถส่งไฟล์หาอุปกรณ์อื่น รวมถึง iPhone ได้โดยตรง ไม่ต้องผ่านแอปแชทที่ทำให้คุณภาพไฟล์ลดลง หรืออัปโหลดขึ้น cloud ให้เสียเวลาอีกต่อไป</w:t>
        <w:br/>
        <w:br/>
        <w:t>แค่เปิด Quick Share บนเครื่อง Samsung แล้วเลือกส่งมาที่ iPhone ที่เปิด AirDrop แบบรับจากทุกคนไว้ เท่านี้ก็เรียบร้อย ช่วยลดขั้นตอนการทำงานที่น่ารำคาญไปได้เยอะเลยครับ ตามรายงานจาก Droidsans เหมือนว่าจะใช้ได้กับ Samsung รุ่นใหม่ๆ ที่รองรับฟีเจอร์นี้ครับ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ใครเคยเจอปัญหานี้เวลาทำงานบ้าง? แล้วปกติแก้ปัญหากันยังไง คอมเมนต์มาแชร์กันหน่อยครับ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 #Samsung #AirDrop #ทำงานออฟฟิศ #ทริคไอโฟน  💡 The 'Friction Reduction' Workflow Angle: โฟกัสไปที่การแก้ปัญ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หลายคนมองข้ามกล้องหน้า... แต่ข่าวเทียบสเปค iPhone 18 Pro Max กับ Samsung S26 Ultra ล่าสุดบอกเราว่า นี่อาจเป็นกล้อง VLOG ที่ดีที่สุดในตลาดตอนนี้เลยก็ได้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ตามรายงานจาก Droidsans ที่กำลังเป็นไวรัลตอนนี้ มีการเปรียบเทียบสเปคกล้องหน้าของเรือธงรุ่นใหม่ๆ สิ่งที่น่าสนใจใน iPhone 18 Pro Max ไม่ใช่แค่ความละเอียด แต่คือการยกเครื่องระบบ Autofocus ในกล้องหน้าครับ </w:t>
        <w:br/>
        <w:br/>
        <w:t>สำหรับช่างภาพหรือ Content Creator นี่คือ Game-changer เลยนะ การมี Autofocus ที่แม่นยำในกล้องหน้าหมายความว่า เราสามารถทำวิดีโอรีวิวสินค้า โชว์รายละเอียดใกล้ๆ หรือแม้แต่เดิน VLOG โดยที่หน้าเรายังคมชัดตลอดเวลา ไม่หลุดโฟกัสเหมือนรุ่นก่อนๆ</w:t>
        <w:br/>
        <w:br/>
        <w:t>เมื่อเทียบกับคู่แข่งอย่าง Samsung ที่อาจจะเน้นเรื่องความละเอียดสูงๆ ทาง Apple ดูเหมือนจะโฟกัสไปที่คุณภาพของ 'วิดีโอ' และการใช้งานจริงมากกว่า ทำให้มันกลายเป็นเครื่องมือที่ไว้ใจได้สำหรับงาน Content Creation ไม่ใช่แค่กล้องเซลฟี่สวยๆ อีกต่อไป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อยากเห็นฟุตเทจทดสอบ Autofocus กล้องหน้าจริงๆ กด save คลิปนี้ไว้เลย เดี๋ยวจัดเต็มให้แน่นอน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#iPhone18ProMax #กล้องไอโฟน #ถ่ายวีดีโอ #ช่างภาพ #VLOG  💡 The 'Front-Facing Pro Tool' Reframe: ยกระดับกล้องเซลฟี่จากกา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จะไม่มีรุ่นธรรมดาแล้ว! เรื่องนี้ใหญ่กว่าแค่ราคาแพงขึ้น แต่มันคือการสร้าง 'กำแพง' กั้นช่างภาพออกจากเลนส์ Telephoto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มีรายงานจาก Droidsans ว่าไลน์อัพ iPhone 18 อาจจะเริ่มต้นที่รุ่น Pro เลย ซึ่งหมายความว่ารุ่นธรรมดาที่ราคาเข้าถึงง่ายกว่าจะหายไป... แล้วมันกระทบกับคนชอบถ่ายรูปยังไง?</w:t>
        <w:br/>
        <w:br/>
        <w:t>คำตอบคือ 'เลนส์ Telephoto' ครับ เลนส์ตัวนี้เป็นหัวใจของการถ่ายภาพบุคคล (Portrait) และการดึง Scene ไกลๆ ให้ได้องค์ประกอบที่สวยงาม ซึ่ง Apple สงวนไว้ให้รุ่น Pro เท่านั้น</w:t>
        <w:br/>
        <w:br/>
        <w:t>การตัดรุ่นธรรมดาออกไป ก็เท่ากับว่าราคาเริ่มต้นในการเข้าถึงเลนส์ Telephoto จะถีบตัวสูงขึ้นไปอีกเยอะมาก จากเดิมที่ช่างภาพอาจจะเริ่มต้นกับรุ่นธรรมดาเพื่อเรียนรู้ Ecosystem ก่อน ตอนนี้เหมือนถูกบีบให้ต้องจ่ายในราคาโปรเท่านั้น เพื่อให้ได้เครื่องมือถ่ายภาพที่ครบช่วง นี่คือการเปลี่ยนแปลงเชิงโครงสร้างที่กระทบการตัดสินใจของช่างภาพโดยตรงเลย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ใครกำลังวางแผนอัปเกรดอยู่ต้องคิดใหม่เลย กด save คลิปนี้ไว้พิจารณาแผนการเงินของคุณดีๆ 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#ข่าวไอโฟน #ถ่ายภาพ #เลนส์กล้อง #ช่างภาพมือใหม่  💡 The 'Telephoto Tax' Analysis: ตีความการเปลี่ยนแปลงไลน์ผลิตภั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เพิ่งได้ iPhone 18 Pro Max มา? อย่าเพิ่งทำอะไรทั้งนั้น! นี่คือ 3 สิ่งที่ช่างภาพต้องทำ 'ทันที' ที่แกะกล่อง เพื่อให้แน่ใจว่าคุณได้เครื่องมือที่ดีที่สุด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เห็นคนแกะกล่อง iPhone 18 Pro Max กันเยอะแล้ว แต่น้อยคนจะพูดถึงเรื่องนี้ครับ ก่อนจะติดฟิล์มหรือลงแอป ให้ทำ 3 อย่างนี้ก่อน</w:t>
        <w:br/>
        <w:br/>
        <w:t>1. ตรวจสภาพเลนส์: ใช้ไฟส่องที่เลนส์ทุกตัวอย่างละเอียด เช็คให้แน่ใจว่าไม่มีฝุ่นจากโรงงานหรือรอยขีดข่วนใดๆ ที่อาจส่งผลต่อคุณภาพของแสงและแฟลร์ในภาพของคุณ</w:t>
        <w:br/>
        <w:br/>
        <w:t>2. เช็ค Dead Pixel ของเซ็นเซอร์: เข้าแอปกล้อง, เลือกโหมด ProRAW, ปรับ Manual, ปิดหน้าเลนส์ให้สนิทแล้วถ่ายรูปสีดำล้วน จากนั้นซูมเข้าไปดูในรูป มีจุดสีขาวหรือสีแปลกๆ ไหม ถ้ามี นั่นอาจเป็นสัญญาณของ Hot/Dead Pixel ครับ</w:t>
        <w:br/>
        <w:br/>
        <w:t>3. ตั้งค่าโปรไฟล์กล้องทันที: เข้าไปที่ Settings &gt; Camera &gt; Formats แล้วเปิด Apple ProRAW และ ProRes Log ไว้เลย นี่คือการปลดล็อกคุณภาพไฟล์สูงสุดที่เครื่องทำได้ อย่ารอไปเปิดทีหลัง คุณต้องพร้อมสำหรับช็อตที่ดีที่สุดเสมอ</w:t>
        <w:br/>
        <w:br/>
        <w:t>ทำสามอย่างนี้เสร็จ ค่อยไปทำอย่างอื่นครับ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ใครกำลังจะซื้อเครื่องใหม่ กด save คลิปนี้ไว้เป็นเช็คลิสต์วันแรกของคุณได้เลย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เอกวิทย์  #iPhone18ProMax #แกะกล่อง #เทคนิคถ่ายรูป #ไอโฟน #สอนใช้ไอโฟน  💡 The 'Day One Sensor Check' Protocol: เปลี่ยนการแกะกล่องธรรมด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มีข่าวลือว่า iPhone 18 รุ่นธรรมดาอาจไม่มีขายแล้ว! คนงบน้อยอย่างเราจะทำยังไงดี?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เพื่อนๆ เห็นข่าวจาก Droidsans กันรึยังครับ? เขารายงานว่าปีนี้ Apple อาจจะตัด iPhone 18 รุ่นเริ่มต้นออกไป ทำให้รุ่นที่ถูกที่สุดอาจจะเป็นรุ่น Plus หรือ Pro แทน ซึ่งแน่นอนว่าราคาก็จะสูงขึ้นไปอีก!</w:t>
        <w:br/>
        <w:br/>
        <w:t>สำหรับคนงบน้อยที่ตั้งใจจะเก็บเงินซื้อรุ่นใหม่ ข่าวนี้อาจจะน่ากังวล แต่จริงๆ แล้วมันอาจจะเป็นโอกาสทองของเราก็ได้ครับ! เพราะเมื่อไหร่ที่รุ่นใหม่เปิดตัว ราคารุ่นเก่าๆ อย่าง iPhone 15 หรือ iPhone 14 ทั้งมือหนึ่งและมือสอง ก็จะปรับลงมาอีก ทำให้เราซื้อง่ายขึ้นในงบที่จำกัด</w:t>
        <w:br/>
        <w:br/>
        <w:t>ดังนั้นไม่ต้องตกใจไปครับ เรายังมีทางเลือกที่คุ้มค่าอยู่เสมอ แค่ต้องวางแผนให้ดี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ใครกำลังเล็ง iPhone งบเท่าไหร่กันอยู่ คอมเมนต์มาเลย เดี๋ยวช่วยดูให้ว่ารุ่นไหนยังน่าซื้อ!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 #iphone18 #ข่าวไอที #ซื้อมือถือ #ไอโฟนมือสอง  💡 The 'Future-Proofing Your Wallet' Angle: ไม่ได้แค่รายงานข่าว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ผ่อน 0% 10 เดือน ซื้อ iPhone ดูเหมือนจะคุ้ม แต่ระวัง 3 กับดักนี้ที่อาจทำให้คุณจ่ายแพงกว่าเดิม!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เห็นโปรผ่อน 0% ซื้อ iPhone เยอะมากใช่ไหมครับ? ฟังดูดีนะ แต่สำหรับคนงบน้อย ต้องหยุดคิดก่อน!</w:t>
        <w:br/>
        <w:br/>
        <w:t>กับดักข้อแรก: มันทำให้เรากล้าซื้อรุ่นที่แพงเกินตัว พอเห็นว่าจ่ายเดือนละไม่กี่พัน เราอาจจะเผลอไปเลือกรุ่นที่เกินความจำเป็น ทั้งที่จริงๆ แล้วเงินสดที่เรามีอาจจะพอสำหรับซื้อมือสองรุ่นดีๆ ได้เลย</w:t>
        <w:br/>
        <w:br/>
        <w:t>ข้อสอง: เราอาจพลาดดีลเงินสดที่ดีกว่า บางร้านที่ขายเครื่องมือสองหรือเครื่องหลุดจำนำ ถ้าเราจ่ายสด เราอาจจะต่อรองราคาได้อีกเยอะเลยนะครับ</w:t>
        <w:br/>
        <w:br/>
        <w:t>ข้อสาม: อันตรายสุดๆ คือถ้าเราจ่ายไม่ตรงเวลาแม้แค่งวดเดียว ดอกเบี้ยมหาโหดจะตามมาทันที จาก 0% กลายเป็นหนี้ก้อนโตได้เลย</w:t>
        <w:br/>
        <w:br/>
        <w:t>การผ่อนไม่ใช่เรื่องผิด แต่ต้องมั่นใจว่าเราบริหารจัดการได้จริงๆ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ใครเคยมีประสบการณ์ผ่อน 0% บ้าง เป็นยังไงกันบ้างมาแชร์กันหน่อย หรือถ้ามีงบอยู่เท่าไหร่ คอมเมนต์มา เดี๋ยวช่วยแนะนำรุ่นที่เหมาะให้ครับ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เอกวิทย์  #ผ่อนไอโฟน #การเงิน #เตือนภัย #ไอโฟน #วางแผนการเงิน  💡 The 'Debt-Free iPhone' Philosophy: เปลี่ยนมุมมองจากการ 'หาวิ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ซื้อ iPhone 14 มือสอง หรือ Samsung รุ่นใหม่ดี? ถ้าเพื่อนในกลุ่มใช้ซัมซุงเยอะต้องดูคลิปนี้!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เป็นคำถามโลกแตกเลยใช่ไหมครับ ระหว่าง iPhone มือสองสภาพดี กับ Samsung รุ่นใหม่แกะกล่องในงบเท่ากัน</w:t>
        <w:br/>
        <w:br/>
        <w:t>เมื่อก่อนหลายคนอาจจะลังเลเพราะกลัวปัญหาเวลาส่งไฟล์หารูปให้เพื่อนในแก๊งค์ที่ใช้ Android แต่ตอนนี้ปัญหานั้นเบาลงเยอะแล้วครับ! เพราะล่าสุดมีรายงานจาก Droidsans ว่า Samsung สามารถส่งไฟล์หา iPhone ได้ง่ายขึ้นมากแล้ว</w:t>
        <w:br/>
        <w:br/>
        <w:t>พอปัญหานี้หมดไป การตัดสินใจก็ง่ายขึ้นครับ ถ้าคุณชอบประสบการณ์ iOS ที่ลื่นไหล เสถียร ได้อัปเดตยาวๆ และอยู่ใน Ecosystem ของ Apple การเลือก iPhone 14 มือสองก็ยังเป็นตัวเลือกที่ฉลาดมากๆ</w:t>
        <w:br/>
        <w:br/>
        <w:t>แต่ถ้าคุณอยากได้เครื่องใหม่ ประกันเต็ม จอสวย กล้องซูมได้เยอะกว่า Samsung รุ่นใหม่ก็อาจจะตอบโจทย์</w:t>
        <w:br/>
        <w:br/>
        <w:t>ตอนนี้กำแพงระหว่างสองค่ายมันน้อยลงแล้ว เลือกที่ไลฟ์สไตล์เราได้เลย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แล้วคุณล่ะครับ งบเท่านี้จะเลือกทีมไหน? คอมเมนต์มาคุยกัน หรือบอกงบมา เดี๋ยวช่วยแนะนำให้!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#ไอโฟนvsซัมซุง #iphoneมือสอง #samsung #มือถือน่าใช้ #งบน้อย  💡 The 'Ecosystem Exit Barrier' Removal Angle: ตีความข่าวฟีเจอร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ทีมของคุณมีทั้ง iPhone และ Samsung ใช่ไหมครับ? การส่งไฟล์ระหว่างกันที่เป็นปัญหาคลาสสิกกำลังจะเปลี่ยนไป แต่สำหรับองค์กร นี่คือเรื่องความปลอดภัย ไม่ใช่แค่ความสะดวก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Droidsans, Samsung กำลังพัฒนาระบบส่งไฟล์ที่ทำงานคล้าย AirDrop ไปยัง iPhone ได้โดยตรง นี่อาจดูเหมือนเป็นข่าวดีสำหรับ Productivity แต่ในมุมของผู้บริหาร นี่คือสัญญาณเตือนด้านความปลอดภัยครับ</w:t>
        <w:br/>
        <w:br/>
        <w:t>ปัจจุบัน การส่งไฟล์ข้ามแพลตฟอร์มในองค์กรมักถูกควบคุมผ่านเครื่องมือที่ผ่านการรับรอง เช่น Microsoft 365 หรือ Google Workspace เพื่อให้ตรวจสอบและควบคุมได้</w:t>
        <w:br/>
        <w:br/>
        <w:t>ฟีเจอร์ใหม่นี้ แม้จะสะดวก แต่อาจกลายเป็นช่องทาง Shadow IT ที่อยู่นอกเหนือการควบคุมของฝ่ายไอที ทำให้เกิดความเสี่ยงข้อมูลสำคัญของบริษัทรั่วไหลโดยไม่มีใครตรวจสอบได้</w:t>
        <w:br/>
        <w:br/>
        <w:t>ก่อนจะอนุญาตให้ทีมใช้ สิ่งสำคัญคือต้องประเมินว่าฟีเจอร์นี้สอดคล้องกับนโยบายความปลอดภัยของข้อมูล (Data Policy) หรือไม่ และสามารถบริหารจัดการผ่าน Mobile Device Management (MDM) ได้หรือเปล่า ความสะดวกสบายของพนักงานต้องไม่แลกมาด้วยความเสี่ยงขององค์กรครับ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ถ้าอยากรู้ว่า Apple ecosystem ช่วยปิดช่องโหว่ความปลอดภัยให้ธุรกิจได้อย่างไร กด follow 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#iPhoneSecurity #MDM #AppleEcosystem #ผู้บริหาร #ITPolicy  💡 The 'Operational Efficiency vs. Security Audit' Angle: วิเคร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มีรายงานว่าปีนี้จะไม่มี iPhone 18 รุ่นธรรมดาอีกต่อไป นี่ไม่ใช่แค่ข่าวสำหรับผู้บริโภค แต่เป็นสัญญาณที่กระทบงบประมาณจัดซื้อไอทีขององค์กรคุณโดยตรง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Droidsans รายงานถึงข่าวลือที่ว่า Apple อาจตัด iPhone รุ่นธรรมดาออกไป และเริ่มต้นไลน์อัพด้วยรุ่น Pro ซึ่งหมายความว่าราคาเริ่มต้นของเครื่องที่องค์กรจะจัดซื้อให้พนักงานจะสูงขึ้นอย่างมีนัยสำคัญ</w:t>
        <w:br/>
        <w:br/>
        <w:t>ในมุมของผู้บริหารฝ่ายไอทีและจัดซื้อ นี่คือจุดเปลี่ยนที่ต้องวางแผนครับ</w:t>
        <w:br/>
        <w:br/>
        <w:t>ข้อดีคือ องค์กรจะได้กองทัพอุปกรณ์ (device fleet) ที่มีประสิทธิภาพสูงและเป็นมาตรฐานเดียวกันทั้งหมด ทำให้การดูแลรักษาง่ายขึ้น และรองรับแอปพลิเคชันสำหรับธุรกิจหนักๆ ได้ดีกว่าเดิม</w:t>
        <w:br/>
        <w:br/>
        <w:t>แต่ข้อเสียคือต้นทุนต่อหน่วยที่สูงขึ้น ซึ่งกระทบโดยตรงต่อการคำนวณ Total Cost of Ownership (TCO) และอาจบีบให้องค์กรต้องพิจารณาขยายรอบการเปลี่ยนอุปกรณ์จาก 2 ปี เป็น 3 ปี เพื่อบริหารกระแสเงินสด นี่คือการตัดสินใจเชิงกลยุทธ์ด้านงบประมาณ ไม่ใช่แค่การเลือกซื้อมือถือครับ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อยากเข้าใจ ROI ของการลงทุนใน Apple ecosystem สำหรับองค์กร กด follow 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#iPhone18 #AppleForBusiness #CorporateIT #TCO #การลงทุน  💡 The 'Standardized Fleet &amp; TCO Recalibration' Angle: โฟกัสไปท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พนักงานกดอัปเดต iOS ใหม่ แล้วแอป CRM ของบริษัทล่มทันที... ฝันร้ายนี้ป้องกันได้ครับ นี่คือ 3 สิ่งที่ผู้บริหารต้องคุยกับทีม IT ก่อนที่ iOS ใหม่จะมาถึง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ทุกครั้งที่มีการอัปเดต iOS ครั้งใหญ่ แม้จะมีฟีเจอร์ใหม่ๆ ที่น่าสนใจ แต่สำหรับองค์กรแล้ว ความเสี่ยงที่ใหญ่ที่สุดคือ Business Disruption ครับ แอปพลิเคชันสำคัญที่ใช้ทำงานอาจไม่รองรับทันที</w:t>
        <w:br/>
        <w:br/>
        <w:t>ดังนั้น แทนที่จะปล่อยให้พนักงานกดอัปเดตเอง นี่คือสิ่งที่ควรเกิดขึ้นในองค์กรของคุณ</w:t>
        <w:br/>
        <w:br/>
        <w:t>หนึ่ง: Pilot Testing ทีม IT ควรติดตั้งเวอร์ชันใหม่บนอุปกรณ์ทดสอบ เพื่อตรวจสอบความเข้ากันได้กับแอปพลิเคชันหลักของบริษัท เช่น ระบบ ERP, CRM หรือแอปภายใน</w:t>
        <w:br/>
        <w:br/>
        <w:t>สอง: Phased Rollout เมื่อทดสอบแล้วว่าปลอดภัย ควรใช้ระบบ MDM เพื่อทยอยปล่อยอัปเดตให้แต่ละแผนก ไม่ใช่อัปเดตพร้อมกันทั้งบริษัท เพื่อจำกัดผลกระทบหากเกิดปัญหา</w:t>
        <w:br/>
        <w:br/>
        <w:t>สาม: Clear Communication ต้องมีการสื่อสารภายในที่ชัดเจน แจ้งพนักงานถึงการเปลี่ยนแปลง สิ่งที่ต้องระวัง และช่องทางขอความช่วยเหลือ</w:t>
        <w:br/>
        <w:br/>
        <w:t>การบริหารจัดการอัปเดตอย่างเป็นระบบ คือกุญแจสำคัญในการรักษาความต่อเนื่องทางธุรกิจครับ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เราไว้สำหรับกลยุทธ์การบริหารจัดการอุปกรณ์ Apple ในองค์กรโดยเฉพาะ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75s  📰 ครูหนึ่งสอนดี  #iOSupdate #EnterpriseIT #MDM #BusinessContinuity #AppleEcosystem  💡 The 'Enterprise Change Management &amp; Risk Mitigation' Angle: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Apple อาจจะกำลังบังคับให้เราจ่ายแพงขึ้น! เพราะมีข่าวลือหนาหูว่า iPhone 18 รุ่นธรรมดา…อาจจะไม่มีอีกต่อไปแล้ว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ช็อกวงการ! ใครที่รอสอย iPhone 18 รุ่นเริ่มต้นราคาดีๆ อาจจะต้องฝันสลายครับ ตามรายงานจาก Droidsans มีความเป็นไปได้สูงว่า Apple อาจจะตัดไลน์อัพ iPhone 18 รุ่นธรรมดาออกไปเลยในปีหน้า! </w:t>
        <w:br/>
        <w:br/>
        <w:t>นั่นหมายความว่า รุ่นที่ถูกที่สุดอาจจะกลายเป็นรุ่น Plus หรืออาจจะข้ามไปเริ่มที่รุ่น Pro เลยก็ได้ เหมือนที่เคยทำกับรุ่น mini มาแล้ว</w:t>
        <w:br/>
        <w:br/>
        <w:t>ทำไมล่ะ? ก็เพื่อดันให้คนยอมจ่ายเงินเพิ่มสำหรับรุ่นที่สเปคสูงกว่าไงครับ เป็นการเพิ่มราคาขายเฉลี่ยของ iPhone ไปในตัว งานนี้ใครที่วางแผนอัปเกรดแบบคุมงบอาจจะต้องคิดใหม่เลยทีเดียว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เรื่องนี้ยังไม่คอนเฟิร์ม 100% นะครับ ถ้ามีข้อมูลใหม่จะรีบมาบอก กด follow ไว้เลย จะได้ไม่พลาด!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#iPhone18 #ไอโฟน18 #Apple #ข่าวลือ #มือถือ  💡 The 'Entry-Level Price Anchor' Shift Angle: วิเคราะห์การตัดร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จอพับอาจใช้ชื่อว่า 'iPhone Duo' และนี่คือเหตุผลว่าทำไมมันอาจจะคุ้มหรือไม่คุ้มที่จะรอ!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สาวก Apple ที่รอ iPhone จอพับมานานฟังทางนี้! ล่าสุด MacRumors ได้หยิบประเด็นร้อนเรื่อง 'iPhone Duo' กลับมาพูดถึงอีกครั้ง ซึ่งเป็นชื่อที่คาดการณ์กันว่า Apple อาจจะใช้สำหรับ iPhone จอพับรุ่นแรกของค่าย</w:t>
        <w:br/>
        <w:br/>
        <w:t>ลองนึกภาพตามนะครับ... iPhone ที่กางออกมาเป็นสองจอได้ ทำงาน Multitasking ได้แบบเทพๆ เหมือนพก iPad ไปด้วยทุกที่ แข่งกับ Samsung ได้แบบสมศักดิ์ศรี</w:t>
        <w:br/>
        <w:br/>
        <w:t>แต่ช้าก่อน! ความท้าทายก็มีเพียบ ทั้งเรื่องรอยพับกลางจอ ความทนทาน และที่สำคัญคือ 'ราคา' ที่อาจจะพุ่งไปแตะแสนได้ง่ายๆ คำถามคือ Apple จะรอให้เทคโนโลยีสมบูรณ์แบบก่อน หรือจะรีบออกมาสู้ในตลาดตอนนี้เลย?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คุณล่ะคิดว่า iPhone จอพับจะมาเมื่อไหร่? แล้วถ้ามาราคาเท่าไหร่ถึงจะซื้อ? คอมเมนต์มาคุยกัน แล้วกดติดตามไว้รอข่าวจริงได้เลย!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MacRumors  #iPhoneDuo #iPhoneFold #ไอโฟนจอพับ #Apple #ข่าวลือApple  💡 The 'Ecosystem Integrity' Test Angle: วิเคราะห์ iPhone จอพับ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คุณอาจจะไม่ต้องกดเว็บเองอีกต่อไป! เพราะ Apple กำลังซุ่มพัฒนา AI ให้มาเล่นเน็ตแทนเราใน Safari อยู่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นี่อาจจะเป็นการอัปเกรด Siri ครั้งใหญ่ที่สุด! มีรายงานจาก iPhonemod ว่าทีม WebKit ที่พัฒนา Safari อยู่เบื้องหลัง กำลังทดสอบฟีเจอร์ใหม่ที่ให้ 'AI Agent' เข้ามาควบคุมเบราว์เซอร์ได้</w:t>
        <w:br/>
        <w:br/>
        <w:t>มันคืออะไร? ลองนึกภาพคุณสั่ง Siri ว่า 'ช่วยจองตั๋วหนังรอบทุ่มให้หน่อย' แล้ว AI ก็เปิด Safari, เข้าเว็บโรงหนัง, เลือกที่นั่ง, แล้วไปรอที่หน้าจ่ายเงินให้เองเลย! นี่คือการสั่งงานทั้งโปรเซส ไม่ใช่แค่ช่วยหาข้อมูล</w:t>
        <w:br/>
        <w:br/>
        <w:t>ฟีเจอร์นี้ยังอยู่ในขั้นทดลองสำหรับนักพัฒนานะครับ แต่มันเป็นสัญญาณที่ชัดเจนมากว่าในอนาคต iPhone ของเราจะฉลาดและทำงานแทนเราได้ซับซ้อนขึ้นอีกหลายเท่าตัว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ถ้าทำได้จริง อยากให้ AI ทำอะไรแทนคุณใน Safari บ้าง? คอมเมนต์เลย! แล้วกด follow ไว้อัปเดตฟีเจอร์ AI ใหม่ๆ จาก Apple นะครับ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55s  📰 iMod  #AppleAI #Siri #iOS18 #Safari #iPhone  💡 The 'Autonomous Action vs. Assisted Suggestion' Leap Angle: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