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21 Sep 2026  07:57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เพื่อนส่งคลิป iPhone 18 มาให้ดูแล้วยืนงงป่ะ ว่ามันคืออะไร!?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ใจเย็นทุกคน! มันคือมีมใหม่ที่กำลังไวรัลใน TikTok ตอนนี้ค้าบ ไม่ใช่ iPhone 18 จริงๆ! เขาใช้เอฟเฟกต์ทำกันเนียนๆ ให้ดูเหมือนเครื่องมีปัญหา จอรวนๆ งี้ ใครเห็นก็ตกใจหมดแหละ จริงๆ แล้ว iPhone รุ่นใหม่ยังไม่เปิดตัวเลยนะ แต่อันนี้คือทำมาปั่นกันเฉยๆ ใครอยากไปเล่นกับเพื่อนบ้าง ลองหาเอฟเฟกต์แนวๆ 'glitch' หรือ 'broken screen' ใน TikTok แล้วไปแกล้งเพื่อนได้เลย เนียนจัด!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ใครเคยโดนแกล้งแล้วบ้างเม้นมา! กด follow ไว้เลย จะได้ไม่พลาดมีมใหม่ๆ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อาตี๋รีวิว  #iphone18promax #มีมไอโฟน #iphonetricks #เรื่องไอโฟน #อาตี๋รีวิว  💡 The 'Meme Participation' Angle: แทนที่จะวิเคราะห์ข่าวลือ, สค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อยู่กลุ่มเดียวกับเพื่อนที่ใช้ Samsung แล้วส่งไฟล์กันลำบาก? เลิกหัวร้อนได้แล้ว!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แก๊งค์ไหนมีทั้ง iPhone ทั้ง Samsung มามุงด่วน! รู้ยังว่า Samsung เขาส่งไฟล์ให้ iPhone แบบไวๆ คล้ายๆ AirDrop ได้แล้วนะเว้ย! ฟีเจอร์นี้ชื่อ 'Quick Share' แค่เพื่อนที่ใช้ Samsung เปิด Quick Share แล้วตั้งค่าเป็น 'ทุกคนที่อยู่ใกล้เคียง' เราก็แค่เปิด Wi-Fi กับ Bluetooth บน iPhone ของเราไว้ จากนั้นให้เพื่อนแชร์ไฟล์ มันจะขึ้นเป็น QR Code ให้เราสแกนปุ๊บ ไฟล์เข้าเครื่องเลย! ไม่ต้องส่งในไลน์ให้ภาพแตกอีกต่อไป ทำงานกลุ่มสบายขึ้นเยอะ!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แท็กเพื่อนที่ใช้ Samsung ด่วน! กด follow ไว้เลย มีทริคดีๆ แบบนี้อีกเพียบ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#ไอโฟน #samsung #quickshare #airdrop #ทริคไอโฟน  💡 The 'Universal Sender' Flex Angle: มุมนี้ไม่ได้เน้นแค่การแก้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ชาร์จช้า ชาร์จติดๆ ดับๆ อย่าเพิ่งซื้อสายใหม่! เช็คอันนี้ก่อน 0 บาท!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ใครชาร์จแบตแล้วต้องขยับสายหาองศาป่ะ? หรือชาร์จช้าผิดปกติ? สาเหตุหลักๆ เลยนะ คือฝุ่นในกระเป๋ากางเกงมันเข้าไปอัดกันแน่นในพอร์ตชาร์จของเราเว้ย! วิธีแก้คือง่ายและฟรี! แค่หาไม้จิ้มฟันอันเล็กๆ ค่อยๆ เขี่ยฝุ่นข้างในออกมาเบาๆ นะ อย่าใช้ของแข็งหรือของมีคมอื่นๆ เดี๋ยวพัง! พอเขี่ยออกมาจะตกใจว่าฝุ่นเยอะขนาดไหน พอสะอาดปุ๊บ เสียบสายชาร์จจะแน่นปึ้ก ชาร์จเร็วเหมือนเดิมเลย ประหยัดตังค์ค่าสายใหม่ไปอีก!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ใครเคยแคะออกมาแล้วบ้าง? กด follow ไว้เลย มีทริคประหยัดตังค์อีกเพียบ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ครูหนึ่งสอนดี  #ไอโฟนชาร์จไม่เข้า #ซ่อมไอโฟน #ทริคไอโฟน #ประหยัดเงิน #สอนใช้ไอโฟน  💡 The 'Zero-Cost Speed Boost' Angle: มุมนี้เปลี่ยนการซ่อมบำรุง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ทำงานกับเพื่อนที่ใช้ Samsung แล้วส่งไฟล์กันลำบาก? แค่ 3 ขั้นตอน ส่งรูป-วิดีโอจาก Samsung หา iPhone ได้เร็วเหมือน AirDrop แล้ว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สำหรับคนทำงานออฟฟิศที่ต้องแชร์ไฟล์กับเพื่อนร่วมงานที่ใช้ Samsung บ่อยๆ น่าจะเคยเจอปัญหาความเร็วในการส่งไฟล์ วันนี้มีข่าวดีครับ จากรายงานของ Droidsans ตอนนี้ฟีเจอร์ Quick Share ของ Samsung ได้รวมเข้ากับ Nearby Share ของ Android แล้ว ทำให้การส่งไฟล์หา iPhone ทำได้ง่ายและเร็วขึ้นมากครับ</w:t>
        <w:br/>
        <w:br/>
        <w:t>วิธีการก็ง่ายๆ แค่เปิด Quick Share บนเครื่อง Samsung แล้วเลือกส่งไฟล์ไปที่ iPhone ของเราโดยตรง ไม่ต้องผ่านแอปอื่น ไม่ต้องรออัปโหลดขึ้นคลาวด์ ช่วยประหยัดเวลาทำงานไปได้เยอะ โดยเฉพาะเวลาต้องส่งไฟล์วิดีโอใหญ่ๆ หรือรูปภาพความละเอียดสูงจากงานอีเวนต์ต่างๆ ถือเป็นการอัปเดตที่ช่วยลดช่องว่างการทำงานข้ามแพลตฟอร์มได้ดีมากครับ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ใครเคยเจอปัญหาส่งไฟล์ข้ามค่ายบ้าง? comment มาแชร์กันหน่อยครับ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#ไอทีน่ารู้ #iPhone #Samsung #AirDrop #มนุษย์ออฟฟิศ  💡 The 'Workflow Unblocker' Angle: มุมนี้ไม่ได้นำเสนอแค่ฟีเจอร์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ชาร์จติดๆ ดับๆ? อย่าเพิ่งเสียเงิน 500 ซื้อสายใหม่! ลองเช็คฟรีๆ 1 จุดนี้ก่อน อาจไม่ต้องเสียเงินสักบาท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ใครที่ใช้ iPhone แล้วเจอปัญหาเสียบสายชาร์จแล้วไม่เข้า หรือต้องขยับหามุมตลอดเวลาบ้างครับ? ก่อนจะรีบไปซื้อสายชาร์จหรือหัวชาร์จใหม่ ลองเช็คจุดนี้ดูก่อนครับ ปัญหาส่วนใหญ่มักเกิดจากฝุ่นหรือเศษผ้าเล็กๆ ที่เข้าไปอุดตันในพอร์ตชาร์จจากการที่เราใส่โทรศัพท์ไว้ในกระเป๋ากางเกงหรือกระเป๋าถือทุกวัน</w:t>
        <w:br/>
        <w:br/>
        <w:t>วิธีแก้ก็ง่ายมากครับ แค่ใช้ไม้จิ้มฟัน หรือวัสดุที่ไม่ใช่โลหะ ค่อยๆ เขี่ยเอาฝุ่นที่อัดแน่นอยู่ข้างในออกมา คุณจะแปลกใจว่ามีฝุ่นเยอะขนาดไหน พอเอาออกหมดแล้วลองเสียบสายชาร์จดูใหม่ ส่วนใหญ่จะกลับมาใช้งานได้ปกติทันทีครับ เป็นวิธีง่ายๆ ที่ช่วยประหยัดเงินค่าสายชาร์จเส้นใหม่ได้สบายๆ 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ใครเคยทำแล้วเวิร์คบ้าง? comment บอกหน่อย หรือถ้ามีทริคอื่นมาแชร์กันได้เลยครับ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ครูหนึ่งสอนดี  #iPhone #iphonetricks #ซ่อมไอโฟน #ประหยัดเงิน #เรื่องใกล้ตัว  💡 The 'Zero-Cost Maintenance' Angle: มุมนี้เปลี่ยนปัญหาที่ดูเห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18 Pro Max มีข่าวลือว่าเจอปัญหาแล้ว? ถ้าคุณกำลังวางแผนจะรอรุ่นใหม่ ดูคลิปนี้ก่อนตัดสินใจ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ช่วงนี้มีคลิปไวรัลจากช่องดังอย่าง อาตี๋รีวิว พูดถึงปัญหาที่อาจจะเกิดขึ้นกับ iPhone 18 Pro Max ทำให้หลายคนที่กำลังรออยู่เริ่มไม่แน่ใจว่าจะรอดีไหม</w:t>
        <w:br/>
        <w:br/>
        <w:t>ก่อนอื่นต้องย้ำว่า iPhone 18 ยังไม่เปิดตัวนะครับ ข้อมูลทั้งหมดจึงเป็นเพียง 'ข่าวลือ' หรือรายงานจากเครื่องทดสอบเบื้องต้นเท่านั้น ซึ่งปัญหาที่ถูกพูดถึงอาจจะเป็นแค่บั๊กซอฟต์แวร์เล็กๆ น้อยๆ ที่ Apple สามารถแก้ไขได้ก่อนวางขายจริง</w:t>
        <w:br/>
        <w:br/>
        <w:t>สำหรับคนทำงานที่เน้นความเสถียร นี่คือจุดที่ต้องพิจารณาครับ การรอรุ่นใหม่ล่าสุดอาจจะได้เทคโนโลยีที่ดีที่สุด แต่ก็มีความเสี่ยงที่จะเจอปัญหารุ่นแรกๆ ในขณะที่การเลือกซื้อ iPhone 15 Pro ในตอนนี้ คือการได้เครื่องที่ผ่านการพิสูจน์แล้วว่าใช้งานได้เสถียรแน่นอน ดังนั้นการตัดสินใจจึงขึ้นอยู่กับว่าคุณให้ความสำคัญกับ 'นวัตกรรม' หรือ 'ความน่าเชื่อถือ' มากกว่ากันในช่วงนี้ครับ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 จะรอเสี่ยงกับ iPhone 18 หรือซื้อ iPhone 15 ที่เสถียรแล้วเลย? comment มาคุยกันครับ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#iphone18promax #ข่าวไอที #ตัดสินใจ #อัปเกรด #ไอโฟน  💡 The 'Pre-Purchase Risk Assessment' Angle: มุมนี้เปลี่ยนข่าวล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 Selfie จากกล้องหน้า iPhone 18 Pro Max ที่ลือกัน จะดีกว่ากล้องหลังบางรุ่นจริงเหรอ? มาผ่าเทคโนโลยีเบื้องหลังกันครับ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เห็นคลิปเปรียบเทียบกล้องหน้าที่กำลังไวรัลจาก Droidsans แล้วน่าสนใจมาก โดยเฉพาะเมื่อเทียบ iPhone 18 Pro Max กับ Samsung รุ่นใหม่ที่ลือกัน สิ่งที่ทำให้กล้องหน้า iPhone อาจจะโดดเด่น ไม่ใช่แค่เรื่องความละเอียด แต่เป็น 'สมองกล' ที่อยู่ข้างในครับ</w:t>
        <w:br/>
        <w:br/>
        <w:t>ตามข่าวลือระบุว่า Apple อาจจะอัปเกรดทั้งเซ็นเซอร์และระบบ Autofocus ของกล้องหน้า แต่หัวใจสำคัญคือ Photonic Engine เจนเนอเรชั่นใหม่ ที่ทำงานร่วมกับ Deep Fusion มันจะวิเคราะห์และรวมข้อมูลจากหลายๆ เฟรมเข้าด้วยกันในระดับพิกเซล *ก่อน* ที่ภาพจะถูกบีบอัดด้วยซ้ำ ผลลัพธ์คือการเก็บรายละเอียดพื้นผิว อย่างเช่น เส้นผม หรือลายผ้า ได้ดีขึ้นมหาศาล โดยเฉพาะในที่แสงน้อย</w:t>
        <w:br/>
        <w:br/>
        <w:t>ในขณะที่ค่ายอื่นอาจเน้นปรับภาพให้สว่างและผิวเนียนด้วยซอฟต์แวร์หลังถ่าย แนวทางของ Apple คือการดึงข้อมูลดิบจากเซ็นเซอร์ให้ได้มากที่สุด ทำให้เราได้ไฟล์ที่ยืดหยุ่นเหมือนถ่ายจากกล้องใหญ่เลย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ถ้าอยากให้เจาะลึกไฟล์ ProRAW จากกล้องหน้าว่าทำอะไรได้บ้าง คอมเมนต์บอกกันหน่อย แล้วกด save คลิปนี้ไว้เลยครับ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#iphone18promax #กล้องไอโฟน #ถ่ายรูปด้วยมือถือ #selfietips #รู้รอบไอที  💡 The 'Front-Facing Computational Engine' Breakdown: เจาะลึกกร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ปัญหาโลกแตกของช่างภาพ: ถ่ายรูปด้วย iPhone สวยแค่ไหน แต่ส่งไฟล์ให้เครื่อง Samsung ทีไรภาพแตกทุกที...ปัญหานี้จบแล้ว!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สำหรับคนที่ใช้ iPhone ถ่ายรูปเป็นอาชีพ โดยเฉพาะไฟล์ใหญ่ๆ อย่าง Apple ProRAW การส่งงานให้ลูกค้าหรือเพื่อนที่ใช้ Samsung เป็นเรื่องปวดหัวมาตลอด จะส่งผ่านแอปแชทก็โดนบีบอัดจนคุณภาพหาย จะอัปโหลดขึ้น cloud ก็เสียเวลา</w:t>
        <w:br/>
        <w:br/>
        <w:t>แต่ล่าสุด ตามรายงานจาก Droidsans ตอนนี้มือถือ Samsung สามารถส่งไฟล์หา iPhone ได้โดยตรงแล้วผ่านฟีเจอร์ Quick Share ที่ทำงานคล้าย AirDrop เลยครับ</w:t>
        <w:br/>
        <w:br/>
        <w:t>นี่คือ Game Changer สำหรับ Mobile Workflow ของช่างภาพเลยนะ ลองนึกภาพตามนะครับ คุณถ่าย ProRAW ด้วย iPhone 15 Pro, แต่งสีใน Lightroom Mobile เสร็จ แล้วส่งไฟล์ DNG ขนาด 75MB ให้ทีมที่ใช้ Samsung ไปทำงานต่อได้ทันที โดยคุณภาพไม่ตกแม้แต่นิดเดียว เพราะมันส่งผ่าน Wi-Fi Direct ไม่ต้องผ่านอินเทอร์เน็ต ทำให้การทำงานจบในมือถือแบบ 100% เป็นจริงได้แล้ว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ใครเคยเจอปัญหาส่งไฟล์ข้ามค่ายแล้วหัวร้อนบ้าง? กด save คลิปนี้เก็บไว้เลย เอาไว้ใช้แก้ปัญหาหน้างานครับ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#mobileworkflow #appleproraw #ช่างภาพ #iphone15pro #techtips  💡 The 'Lossless Mobile Workflow' Enabler: ตีความฟีเจอร์ส่งไฟล์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18 Pro Max ที่ลือกัน มีอาการแสงแฟลร์แปลกๆ... สรุปแล้วมันคือ 'ข้อบกพร่อง' หรือเป็น 'คาแรคเตอร์' ของเลนส์ระดับโปร?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ช่วงนี้มีข่าวลือหนาหูมากเรื่องกล้อง iPhone 18 Pro Max อย่างที่มีคลิปจากช่องอาตี๋รีวิวพูดถึงเหมือนกัน ว่าอาจจะมีอาการเรื่องแสงแฟลร์หรือ Ghosting ที่แปลกตาไปจากเดิม</w:t>
        <w:br/>
        <w:br/>
        <w:t>ก่อนที่เราจะตัดสินว่านี่คือ 'ปัญหา' เราต้องมาวิเคราะห์ในเชิง Optics กันก่อนครับ โดยปกติแล้ว Lens Flare เกิดจากการสะท้อนของแสงภายในชิ้นเลนส์ ซึ่งเลนส์กล้องโปรราคาเป็นแสนก็เกิดขึ้นได้เหมือนกัน และช่างภาพหลายคนก็จงใจใช้มันเป็นเอฟเฟกต์เพื่อสร้างอารมณ์ให้ภาพ</w:t>
        <w:br/>
        <w:br/>
        <w:t>สิ่งที่น่าสนใจในข่าวลือนี้คือ Apple อาจจะใช้เทคโนโลยีเคลือบผิวเลนส์แบบใหม่ที่เรียกว่า 'Anti-Reflective Coating' ที่ล้ำกว่าเดิมเพื่อลดแสงสะท้อนที่ไม่ต้องการ แต่ในทางกลับกัน การเคลือบผิวแบบใหม่ก็อาจสร้าง 'คาแรคเตอร์' ของแฟลร์ในรูปแบบใหม่ขึ้นมาแทนที่ ซึ่งอาจจะควบคุมได้ยากขึ้นในตอนแรก</w:t>
        <w:br/>
        <w:br/>
        <w:t>ดังนั้น สิ่งที่เห็นอาจไม่ใช่ข้อบกพร่อง แต่เป็นคุณลักษณะใหม่ของฮาร์ดแวร์ที่เราในฐานะช่างภาพต้องเรียนรู้ที่จะควบคุมมันครับ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แน่นอนว่าทั้งหมดนี้ยังเป็นแค่ข่าวลือนะครับ กด save คลิปนี้ไว้ก่อน ถ้าเครื่องจริงเปิดตัวเมื่อไหร่ ผมจะเอามาทดสอบผ่าสเปคเลนส์ให้ดูแบบจัดเต็มแน่นอน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อาตี๋รีวิว  #iphone18promax #iphonecamera #lensflare #ถ่ายภาพ #ไอโฟน  💡 The 'Optical Artifact Forensics' Angle: วิเคราะห์ข่าวลือเรื่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ผ่อน iPhone 0% เดือนละ 1,000 กว่าบาท ฟังดูดีใช่ไหมครับ? แต่ระวัง 3 กับดักนี้ ก่อนจะติดสัญญา 3 ปีไม่รู้ตัว!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เห็นโปรผ่อน 0% นานๆ แล้วตาลุกวาวใช่ไหมครับ? ผมเข้าใจเลย แต่ก่อนจะตัดสินใจ ลองฟังทางนี้ก่อนครับ</w:t>
        <w:br/>
        <w:br/>
        <w:t>1. ส่วนใหญ่โปรนี้จะพ่วงกับรุ่นใหม่ล่าสุด ทำให้เราต้องจ่ายแพงกว่างบที่ตั้งไว้แต่แรกโดยไม่จำเป็น</w:t>
        <w:br/>
        <w:br/>
        <w:t>2. ผ่อนนาน 24-36 เดือนเนี่ย ตอนท้ายๆ เครื่องเราอาจจะเริ่มช้าแล้ว แต่เรายังต้องจ่ายค่างวดอยู่เลย มันจะรู้สึกไม่คุ้มสุดๆ</w:t>
        <w:br/>
        <w:br/>
        <w:t>3. ที่สำคัญที่สุด! ถ้าจ่ายช้าแม้แค่งวดเดียว ดอกเบี้ยมหาโหดจะตามมาทันที จาก 0% กลายเป็นหนี้ก้อนโตได้เลย</w:t>
        <w:br/>
        <w:br/>
        <w:t>การผ่อนไม่ใช่เรื่องผิดนะครับ แต่บางทีการเก็บเงินอีกนิดแล้วซื้อมือสองสภาพดี หรือรุ่นที่ตกรุ่นไปปีนึง อาจจะสบายใจกว่าในระยะยาวครับ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ใครกำลังคิดจะผ่อนอยู่บ้าง? หรือมีงบเท่าไหร่ ลองคอมเมนต์มาคุยกัน เดี๋ยวผมช่วยแนะนำรุ่นที่เหมาะกับงบให้ครับ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เอกวิทย์  #ผ่อนไอโฟน #การเงิน #ไอโฟน #เตือนภัย #เรื่องน่ารู้  💡 The 'Long-Term Burden' Warning Angle: มุมนี้ไม่ได้มองแค่ความ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อยากได้ iPhone เพราะ AirDrop? เดี๋ยว! ถ้าตอนนี้ใช้ Samsung อยู่ ลองเช็คฟีเจอร์นี้ใน 1 นาทีก่อน อาจไม่ต้องเสียเงินเป็นหมื่น!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หนึ่งในเหตุผลที่คนอยากย้ายมาใช้ iPhone ก็เพราะ AirDrop ที่ส่งไฟล์ให้เพื่อนง่ายสุดๆ ใช่ไหมครับ แต่รู้ไหมว่าตอนนี้ Samsung ก็ทำได้แล้วนะ</w:t>
        <w:br/>
        <w:br/>
        <w:t>ล่าสุด Droidsans รายงานว่าฟีเจอร์ Quick Share ของ Samsung สามารถส่งไฟล์หา iPhone ได้โดยตรงเลย ไม่ต้องลงแอปเพิ่ม แค่เปิด Control Center ของ iPhone แล้วให้เพื่อนที่มี Samsung กดแชร์มาที่เรา มันก็จะขึ้นมาให้รับไฟล์ได้เลย</w:t>
        <w:br/>
        <w:br/>
        <w:t>ดังนั้น ถ้าเหตุผลหลักของคุณคือการส่งไฟล์ข้ามค่าย ลองเช็คเครื่อง Samsung ของคุณดูก่อน อาจจะแก้ปัญหาได้โดยไม่ต้องซื้อเครื่องใหม่เลยครับ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ใครใช้ Samsung แล้วเคยลองฟีเจอร์นี้ส่งหา iPhone บ้าง เวิร์คไหม? หรือถ้าตั้งใจจะซื้อ iPhone อยู่แล้ว คอมเมนต์งบมาเลย เดี๋ยวช่วยเลือกรุ่นที่คุ้มสุดๆ ให้ครับ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Droidsans  #samsung #iphone #airdrop #quickshare #รอบรู้ไอที  💡 The 'Feature Parity Check' Angle: มุมนี้ทำหน้าที่เป็นที่ปรึก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ชาร์จไม่เข้า? อย่าเพิ่งวิ่งไปซื้อสายชาร์จใหม่ 500 บาท! ลองใช้เวลา 1 นาทีทำสิ่งนี้ก่อน อาจไม่ต้องเสียเงินสักบาท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เจอปัญหาชาร์จเข้าบ้างไม่เข้าบ้าง หรือต้องขยับสายตลอดเวลาไหมครับ? ปัญหานี้ 90% ไม่ได้มาจากสายชาร์จพังนะ</w:t>
        <w:br/>
        <w:br/>
        <w:t>จากคลิปของครูหนึ่งสอนดี ปัญหามันเกิดจากฝุ่นที่อัดแน่นอยู่ในพอร์ตชาร์จของเรานี่แหละครับ โดยเฉพาะคนที่ชอบใส่โทรศัพท์ไว้ในกระเป๋ากางเกง</w:t>
        <w:br/>
        <w:br/>
        <w:t>วิธีแก้ก็ง่ายนิดเดียว แค่หาอะไรแหลมๆ ที่ไม่นำไฟฟ้า เช่น ไม้จิ้มฟัน แล้วค่อยๆ เขี่ยเอาเศษฝุ่นข้างในออกมาครับ ย้ำว่าต้องทำเบาๆ นะครับ เดี๋ยวพอร์ตจะพังเอา พอเขี่ยออกมาจะตกใจเลยว่าฝุ่นเยอะขนาดไหน แล้วลองเสียบชาร์จใหม่ดู กลับมาใช้ได้ปกติแน่นอนครับ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ใครเคยเจอปัญหานี้แล้วแก้ด้วยวิธีนี้ได้บ้าง? คอมเมนต์บอกหน่อย! หรือถ้าเครื่องมีปัญหาอื่นแล้วอยากเปลี่ยนจริงๆ คอมเมนต์งบมาเลย เดี๋ยวแนะนำให้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ครูหนึ่งสอนดี  #ไอโฟนชาร์จไม่เข้า #ซ่อมมือถือ #ประหยัดเงิน #สอนใช้ไอโฟน #เรื่องใกล้ตัว  💡 The 'Zero-Cost Intervention' Angle: มุมนี้เน้นการให้ทางออกที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ทีมของคุณมีทั้ง iPhone และ Samsung ใช่ไหมครับ? ผลสำรวจจาก StatCounter ชี้ว่านี่คือส่วนผสมที่พบบ่อยที่สุดในองค์กร แต่การส่งไฟล์ขนาดใหญ่ข้ามค่ายคือฝันร้ายของ Productivity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การส่งไฟล์ Presentation, วิดีโอโปรเจกต์, หรือไฟล์งานออกแบบขนาดใหญ่ระหว่าง iPhone และ Samsung มักต้องพึ่งพา Cloud Storage หรือแอปแชท ซึ่งทั้งช้า, ลดทอนคุณภาพ, และอาจมีประเด็นด้านความปลอดภัยของข้อมูลบริษัท</w:t>
        <w:br/>
        <w:br/>
        <w:t>ตามรายงานล่าสุดจาก Droidsans, การพัฒนาระบบส่งไฟล์ระหว่างค่ายกำลังดีขึ้นเรื่อยๆ โดยฟีเจอร์ Quick Share ของ Samsung ที่ทำงานร่วมกับ Nearby Share ของ Google กำลังสร้างสะพานเชื่อมต่อที่แข็งแกร่งขึ้น</w:t>
        <w:br/>
        <w:br/>
        <w:t>สำหรับผู้บริหาร นี่ไม่ใช่แค่เรื่องความสะดวกสบาย แต่มันคือการลด "ต้นทุนแฝง" ของเวลาที่พนักงานเสียไปกับเรื่องไม่เป็นเรื่อง การส่งไฟล์ที่รวดเร็วและปลอดภัยหมายถึงการตัดสินใจที่เร็วขึ้น, workflow ที่ไม่สะดุด, และประสิทธิภาพของทีมที่สูงขึ้นโดยตรงครับ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ไว้สำหรับเทคนิคการใช้ Apple ecosystem เพื่อเพิ่มประสิทธิภาพให้ทีมของคุณ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#Productivity #AppleForBusiness #iPhone #Samsung #TechTips  💡 The 'Operational Efficiency Enabler' Angle: มุมนี้ไม่ได้มองแ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iOS อัปเดตใหม่มาพร้อมฟีเจอร์ที่น่าสนใจ แต่สำหรับผู้บริหาร การกดอัปเดตโดยไม่เตรียมตัว อาจหมายถึงความเสี่ยงทางธุรกิจมูลค่ามหาศาล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การอัปเดตที่ล้มเหลวบนอุปกรณ์ของผู้บริหารหรือทีมงานหลัก อาจทำให้เข้าถึงข้อมูลสำคัญไม่ได้, แอปพลิเคชันเฉพาะขององค์กรใช้งานไม่ได้, หรือเกิด Downtime ที่ส่งผลกระทบต่อการดำเนินงานโดยตรง</w:t>
        <w:br/>
        <w:br/>
        <w:t>จากแนวทางที่ช่อง 'ครูหนึ่งสอนดี' ได้แนะนำไว้ เราสามารถยกระดับให้เป็น 'โปรโตคอล' สำหรับองค์กรได้ 3 ขั้นตอนสำคัญก่อนการอัปเดตใดๆ ครับ</w:t>
        <w:br/>
        <w:br/>
        <w:t>1. การสำรองข้อมูล (Backup): ไม่ใช่แค่ข้อมูลส่วนตัว แต่คือข้อมูลทางธุรกิจทั้งหมด ควรมองว่านี่คือแผน Disaster Recovery สำหรับอุปกรณ์พกพาที่สำคัญที่สุดของคุณ ใช้ iCloud หรือการ Backup ลง Mac ให้เป็นมาตรฐาน</w:t>
        <w:br/>
        <w:br/>
        <w:t>2. ตรวจสอบความพร้อมของอุปกรณ์: ทั้งพื้นที่จัดเก็บข้อมูลที่เพียงพอ และความเข้ากันได้ของแอปพลิเคชันสำคัญที่ทีมของคุณใช้</w:t>
        <w:br/>
        <w:br/>
        <w:t>3. สภาพแวดล้อมที่ควบคุมได้: ทำการอัปเดตโดยใช้เครือข่าย Wi-Fi ขององค์กรที่ปลอดภัยและเสถียร พร้อมเสียบสายชาร์จเสมอ เพื่อป้องกันความเสียหายระหว่างกระบวนการ</w:t>
        <w:br/>
        <w:br/>
        <w:t>การทำตามขั้นตอนเหล่านี้จะเปลี่ยนการอัปเดตที่มีความเสี่ยง ให้กลายเป็นการอัปเกรดที่ราบรื่นและปลอดภัยสำหรับองค์กรครับ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เพื่อรับทราบแนวปฏิบัติที่ดีที่สุดในการบริหารจัดการอุปกรณ์ Apple ในองค์กร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ครูหนึ่งสอนดี  #iOSupdate #iPhoneTips #DataSecurity #AppleForBusiness #ผู้บริหาร  💡 The 'Business Continuity' Protocol Angle: มุมนี้ยกระดับคำแนะ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กำลังวางแผนอัปเกรด iPhone ให้ทีมผู้บริหารในอีก 2 ปีข้างหน้า? มีรายงานข่าวลือเกี่ยวกับ iPhone 18 Pro Max ที่ฝ่ายจัดซื้อและ IT ต้องจับตาดูอย่างใกล้ชิด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แม้จะยังเป็นเพียงข่าวลือที่ยังไม่ได้รับการยืนยัน แต่ล่าสุดมีรายงานจากช่อง 'อาตี๋รีวิว' ที่ตั้งข้อสังเกตเกี่ยวกับประเด็นที่อาจเกิดขึ้นกับ iPhone 18 Pro Max ในอนาคต</w:t>
        <w:br/>
        <w:br/>
        <w:t>สำหรับผู้บริหารและฝ่ายวางแผนขององค์กร ข้อมูลลักษณะนี้ไม่ใช่แค่ข่าวสารทั่วไป แต่มันคือ Data Point สำหรับการวางแผนจัดซื้อในระยะยาว ความน่าเชื่อถือและเสถียรภาพของอุปกรณ์คือหัวใจสำคัญ เพราะมันส่งผลโดยตรงต่อ Total Cost of Ownership (TCO) ทั้งค่าซ่อมบำรุง, การสนับสนุน, และเวลาที่สูญเสียไป</w:t>
        <w:br/>
        <w:br/>
        <w:t>ดังนั้น ข้อแนะนำเชิงกลยุทธ์คือ:</w:t>
        <w:br/>
        <w:t>1. อย่าเดิมพันกับเทคโนโลยีที่ยังไม่เปิดตัว: การวางแผนควรกระจายความเสี่ยงและพิจารณาจากรุ่นที่พิสูจน์ตัวเองในตลาดแล้ว</w:t>
        <w:br/>
        <w:t>2. ติดตามข้อมูลอย่างมีวิจารณญาณ: เพื่อประเมินว่าข่าวลือมีแนวโน้มที่จะเป็นจริงหรือไม่ และเตรียมแผนสำรอง</w:t>
        <w:br/>
        <w:t>3. พิจารณาแผนคุ้มครอง: AppleCare for Enterprise อาจเป็นเครื่องมือบริหารความเสี่ยงที่คุ้มค่า โดยเฉพาะกับอุปกรณ์รุ่นใหม่ล็อตแรกๆ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ไว้เพื่อวิเคราะห์ข่าวสาร Apple ในมุมมองที่จำเป็นสำหรับธุรกิจของคุณ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#iPhone18ProMax #AppleRumors #TechStrategy #BusinessIT #Apple  💡 The 'Strategic Procurement Foresight' Angle: มุมนี้เปลี่ยนข่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ไม่ใช่แค่พับได้! แต่ทีมออกแบบ Apple เผยแล้วว่าถ้า iPhone จอพับจะออกมา... ต้องเป็นแบบไหน!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ทุกคนรอ iPhone จอพับกันอยู่ใช่ไหมครับ? ล่าสุดมีรายงานจาก iPhonemod ที่น่าสนใจมาก เค้าพูดถึงแนวคิดการออกแบบ iPhone Duo จากทีมดีไซน์ของ Apple เองเลย! นี่ไม่ใช่แค่ข่าวลือลอยๆ นะครับ แต่เป็นเบื้องหลังความคิดว่า ถ้า Apple จะทำจอพับจริงๆ มันจะต่างจาก Samsung ยังไง... เขาเน้นไปที่ความรู้สึกตอนถือ, ความบาง, และการใช้งานที่ต้องไร้รอยต่อเหมือนเป็น iPhone เครื่องเดียว ไม่ใช่แค่เอาจอสองจอมาต่อกันตามรายงานครับ ถึงแม้จะยังเป็นแค่แนวคิด แต่ก็น่าตื่นเต้นว่าถ้ามาจริง มันจะเปลี่ยนเกมไปเลย!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ใครทีมจอพับบ้าง? คอมเมนต์มาหน่อย! แล้วกด follow ไว้เลย ถ้ามีข้อมูลจริงหลุดมาเมื่อไหร่ รู้ก่อนใครแน่นอน!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45s  📰 iMod  #iPhoneจอพับ #iPhoneDuo #AppleLeak #ไอโฟน #ข่าวลือ  💡 The 'Design Philosophy Deep Dive' Angle: มุมนี้เจาะลึกไปที่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เห็นคลิปไวรัลเรื่องปัญหา iPhone 18 Pro Max กันรึยัง? จริงๆ แล้วมันบอกใบ้ถึงสิ่งที่ Apple กำลังจะแก้ใน iPhone รุ่นต่อไป!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ช่วงนี้บน TikTok มีคลิปไวรัลจากช่องอาตี๋รีวิว พูดถึง "อาการ" ของ iPhone 18 Pro Max... แน่นอนว่ารุ่นนี้ยังไม่ออกนะครับ แต่มันอาจจะสะท้อนถึงปัญหาที่ผู้ใช้บางคนเจอในรุ่นปัจจุบัน แต่ที่น่าสนใจกว่าคือ... มีข่าวลือว่า Apple รู้เรื่องนี้ดี! รายงานจากหลายแหล่งระบุว่าใน iPhone รุ่นถัดๆ ไป Apple กำลังพิจารณายกเครื่องระบบระบายความร้อนใหม่ และอาจจะเปลี่ยนวัสดุตัวเครื่องบางส่วนเพื่อแก้ปัญหาความร้อนสะสมเวลาใช้งานหนักๆ โดยเฉพาะ นี่ไม่ใช่แค่การแก้ปัญหาที่ปลายเหตุ แต่เป็นการวิเคราะห์ล่วงหน้าเพื่อไม่ให้เกิดซ้ำในอนาคตตามที่มีข่าวลือครับ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ใครเคยเจอปัญหาเครื่องร้อนบ้าง? แล้วอยากให้ Apple แก้ไขอะไรที่สุด? กด follow ไว้นะครับ มี leak เรื่องสเปคใหม่ๆ มาจะรีบมาอัปเดต!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#iPhone18ProMax #iPhone16 #Apple #ไอทีน่ารู้ #รอบรู้ไอที  💡 The 'Pre-emptive Failure Analysis' Angle: มุมนี้ใช้กระแสไวรั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18 Pro Max ปะทะ Samsung S26 Ultra! สงครามกล้องเซลฟี่ในอนาคตใครจะชนะ? นี่คือข้อมูลล่าสุดจากข่าวลือ!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เห็นคลิปเปรียบเทียบกล้องเซลฟี่ของ iPhone 18 กับ Samsung S26 จาก Droidsans ที่เป็นไวรัลกันแล้วใช่ไหมครับ? มันอาจจะดูเป็นเรื่องอนาคตไกลๆ นะ แต่จริงๆ แล้วมันคือภาพสะท้อนสงครามเทคโนโลยีกล้องที่กำลังเกิดขึ้นอยู่ตอนนี้เลย! มีรายงานว่า Apple กำลังซุ่มพัฒนากล้องใต้จอแบบใหม่หมดจดสำหรับ iPhone รุ่นต่อไป เพื่อให้หน้าจอไม่มีติ่งหรือ Dynamic Island มากวนใจอีกต่อไป ในขณะที่ฝั่ง Samsung ก็มีข่าวลือว่าจะอัปเกรดเซ็นเซอร์กล้องหน้าให้มีขนาดใหญ่ขึ้นและใช้ AI ประมวลผลภาพที่ฉลาดกว่าเดิมเยอะมาก! นี่คือการแข่งกันว่าใครจะมอบประสบการณ์เซลฟี่ที่สมบูรณ์แบบได้ก่อนกัน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คุณอยากได้กล้องหน้าใต้จอ หรือกล้องหน้า AI เทพๆ มากกว่ากัน? คอมเมนต์มาเลย! และกด follow ไว้ อัปเดตสงครามกล้องนี้กันต่อ!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#iPhone18 #SamsungS26 #กล้องมือถือ #AppleVsSamsung #ข่าวไอที  💡 The 'Next-Gen Arms Race' Angle: มุมนี้ใช้คลิปเปรียบเทียบเชิง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