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22 Sep 2026  08:36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เพื่อนเริ่มคุยเรื่อง iPhone 18 กันยัง? ถ้าไม่อยากตกเทรนด์แล้วโดนแกง รีบดูคลิปนี้ด่วน!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ช่วงนี้ใน TikTok คือเดือดมาก มีแต่คนพูดถึง iPhone 18 Pro Max ว่าเริ่มมีอาการแปลกๆ แล้ว! ไหนจะกล้องเป็นสิบตัวเอย ดีไซน์ใหม่เอย... ใจเย็นก่อนวัยรุ่น! นี่มันเป็นมีม เป็นคอนเซ็ปต์ที่คนทำมาเล่นกันขำๆ นะ ไม่ใช่ของจริง! แต่รู้ไว้ไม่เสียหาย จะได้คุยกับเพื่อนรู้เรื่อง ไม่โดนแซวไงว่าไปอยู่ไหนมา... เรียกว่าตามกระแสให้ทันก็พอ!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ใครเห็นมีม iPhone 18 อันไหนพีคกว่านี้อีก คอมเมนต์มาเลย! แล้วกดฟอลไว้ จะได้ไม่พลาดเทรนด์ใหม่ๆ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อาตี๋รีวิว  #iphone18promax #ไอโฟน18 #มีมไอโฟน #เรื่องไอที #รอบรู้ไอที  💡 The 'Cultural Literacy' Angle: มุมนี้ไม่ได้สอนให้เล่นมีม แต่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ชาร์จช้า ชาร์จไม่เข้า? อย่าเพิ่งซื้อสายใหม่! ศัตรูตัวร้ายอาจซ่อนอยู่ในเครื่องนายเองนั่นแหละ!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ใครกำลังหัวร้อนกับปัญหา iPhone ชาร์จเข้าบ้างไม่เข้าบ้าง หรือต้องคอยขยับสายตลอดเวลา? ก่อนจะเสียเงินซื้อสายชาร์จใหม่ ลองเช็คเรื่องนี้ก่อน! ตัวการอาจจะเป็น 'เจ้าฝุ่น' ที่อัดแน่นอยู่ในพอร์ตชาร์จนี่เอง! แค่ปิดเครื่องก่อนนะ แล้วใช้ของที่ไม่นำไฟฟ้าอย่างไม้จิ้มฟัน ค่อยๆ เขี่ยเศษฝุ่นที่อัดกันอยู่ออกมาเบาๆ ระวังอย่าให้แรงไปล่ะ... แค่นี้ก็อาจจะกลับมาชาร์จเร็วเหมือนเดิมแล้ว ประหยัดตังค์ค่าสายใหม่ไปอีก!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ใครเคยเขี่ยฝุ่นออกมาเป็นก้อน สารภาพมาซะดีๆ! กดฟอลไว้เลย ทริคประหยัดตังค์แบบนี้มีอีกเพียบ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ครูหนึ่งสอนดี  #ไอโฟนชาร์จไม่เข้า #ซ่อมไอโฟน #ทริคไอโฟน #ไลฟ์แฮ็ก #สอนใช้ไอโฟน  💡 The 'Hidden Enemy' Reveal Angle: มุมนี้เปลี่ยนการแก้ปัญหาทาง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อยู่ดีๆ อาจต้องขอบคุณ Samsung ซะแล้ว! เรื่องจริง ไม่ได้ปั่น มาฟัง!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มีข่าวลือมาแรงมากจากฝั่ง Droidsans ว่า Samsung S26 Series ที่จะออกในอนาคต อาจจะขึ้นราคาทุกรุ่น! เริ่มต้นอาจบวกไปเกือบ 4,000 บาทเลยนะ... พอได้ยินแบบนี้แล้วมอง iPhone ในมือตัวเองแล้วแบบ... เอ้อ อยู่กับ Apple ต่อไปก็สบายใจดีเหมือนกันนะเนี่ย! มันทำให้เรากลับมาคิดเลยว่าอะไรที่ทำให้เรายังอยู่กับค่ายนี้... เป็นเพราะ iOS? AirDrop? หรือความเท่? พวกนายว่าไง?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เหตุผลข้อเดียวที่นายไม่ย้ายค่ายคืออะไร? คอมเมนต์มาแชร์กัน! แล้วกดฟอลไว้เลย มีเรื่องมาให้คิดอีกเพียบ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#iphonevsandroid #samsungs26 #ไอโฟน #สาวกapple #ข่าวไอที  💡 The 'Ecosystem Loyalty Test' Angle: มุมนี้ตีความข่าวของคู่แข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จะแพงขึ้น 4,000 บาท! เทียบกับ iPhone 16 ที่กำลังจะมา แบบไหนจะคุ้มกว่ากัน?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ใครที่กำลังลังเลว่าจะย้ายค่ายไป Samsung อาจจะต้องคิดใหม่ครับ มีรายงานล่าสุดจาก Droidsans ว่า Samsung Galaxy S26 Series ที่จะเปิดตัวปีหน้า อาจมีการปรับราคาขึ้นเริ่มต้นถึง 4,000 บาท ทำให้ช่องว่างราคาระหว่างเรือธงของสองค่ายแคบลงกว่าเดิม</w:t>
        <w:br/>
        <w:br/>
        <w:t>สำหรับคนทำงานที่มองหาความคุ้มค่าระยะยาว นี่เป็นจุดที่น่าคิดครับ เพราะการย้ายค่ายไม่ได้มีแค่ราคาเครื่อง แต่ยังมีต้นทุนแฝงเรื่องการซื้อแอปใหม่ หรืออุปกรณ์เสริมต่างๆ ที่ใช้ร่วมกันไม่ได้ พอราคาเครื่องขยับขึ้นมาเท่านี้ การลงทุนใน iPhone รุ่นใหม่อาจจะกลายเป็นตัวเลือกที่จบในระยะยาวมากกว่า เพราะ Ecosystem ของ Apple ยังคงเชื่อมต่อการทำงานได้ดีกว่า การตัดสินใจครั้งนี้อาจไม่ได้วัดกันที่สเปคอย่างเดียว แต่วัดกันที่ความคุ้มค่าตลอดอายุการใช้งานครับ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คุณคิดว่าราคานี้ Samsung ยังสู้ iPhone ไหวมั้ย?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#iPhonevsSamsung #GalaxyS26 #iPhone16 #ไอโฟน #ซัมซุง  💡 The 'Total Cost of Ecosystem' Angle: เปลี่ยนการเปรียบเทียบรา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แต่เพื่อนร่วมงานใช้ Samsung? ปัญหาการส่งไฟล์ใหญ่ๆ กำลังจะหมดไป!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สำหรับคนทำงานออฟฟิศที่ต้องเจอปัญหาส่งไฟล์ข้ามค่ายตลอดเวลานี่คือข่าวดีครับ Droidsans รายงานว่าตอนนี้ Samsung บางรุ่นสามารถส่งไฟล์หา iPhone ได้คล้ายกับ AirDrop แล้ว ซึ่งนี่ไม่ใช่แค่เรื่องเล็กๆ น้อยๆ นะครับ</w:t>
        <w:br/>
        <w:br/>
        <w:t>ฟีเจอร์นี้จะเปลี่ยนวิธีการทำงานของทีมที่มีทั้งคนใช้ iPhone และ Samsung ไปเลย ลองนึกภาพการส่งไฟล์ Presentation ขนาดใหญ่, ไฟล์วิดีโอสำหรับโปรเจกต์, หรือไฟล์ RAW จากกล้องให้เพื่อนร่วมทีมได้ทันทีโดยที่คุณภาพไม่ตกและไม่ต้องผ่านแอปอื่น มันช่วยลดขั้นตอนที่วุ่นวายและประหยัดเวลาทำงานได้จริงจังมาก ทำให้กำแพงระหว่างสองระบบที่เคยเป็นอุปสรรคในการทำงานร่วมกันลดน้อยลงไปเยอะเลยครับ ถือเป็นการอัปเดตที่เน้น Productivity สำหรับคนทำงานโดยเฉพาะ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ใครเคยเจอปัญหาส่งไฟล์ข้ามค่ายจนหัวร้อนบ้าง? คอมเมนต์มาแชร์กันหน่อยครับ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#iPhoneTips #SamsungTricks #ทำงาน #Productivity #ไอที  💡 The 'Cross-Platform Workflow Integration' Angle: ยกระดับฟีเจ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คิดจะรอ iPhone 18 Pro Max? อาจต้องเบรกไว้ก่อน! เริ่มมีข่าวลือเรื่องปัญหาล็อตแรกแล้ว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ใครที่เป็นสายรอซื้อ iPhone รุ่นล่าสุดเสมอต้องฟังทางนี้ครับ ตอนนี้เริ่มมีกระแสข่าวลือจากฝั่ง Content Creator อย่างช่อง อาตี๋รีวิว พูดถึงปัญหาที่อาจจะเกิดขึ้นกับ iPhone 18 Pro Max แล้ว ต้องย้ำนะครับว่านี่ยังเป็นแค่ข่าวลือที่ยังไม่ยืนยัน</w:t>
        <w:br/>
        <w:br/>
        <w:t>เรื่องนี้ทำให้เกิดคำถามสำคัญสำหรับคนที่จะอัปเกรด ว่าคุณเป็นผู้ใช้สายไหน? สายแรกคือ 'Early Adopter' ที่ยอมรับความเสี่ยงที่จะเจอปัญหาล็อตแรก เพื่อแลกกับการได้ใช้เทคโนโลยีใหม่ล่าสุดก่อนใคร กับสายที่สองคือ 'Smart Upgrader' ที่รอให้คนอื่นรีวิวจนมั่นใจ รอให้มีการแก้ปัญหาต่างๆ แล้วค่อยซื้อ อาจจะเป็นรุ่นปัจจุบันอย่าง iPhone 15 Pro หรือรอ iPhone 16 ที่กำลังจะมา ซึ่งเป็นตัวเลือกที่ปลอดภัยกว่า การรู้ว่าตัวเองเป็นสายไหน จะช่วยให้คุณตัดสินใจลงทุนกับมือถือเครื่องใหม่ได้คุ้มค่าและสบายใจที่สุดครับ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แล้วคุณล่ะ เป็นสายไหน? Early Adopter หรือ Smart Upgrader? คอมเมนต์บอกตัวตนของคุณหน่อยครับ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#iPhone18ProMax #AppleRumors #iPhone16 #อัพเกรด #เรื่องไอที  💡 The 'Early Adopter vs. Smart Upgrader' Dilemma Angle: ไม่ได้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18 Pro อาจมีฟีเจอร์ที่กล้องโปรใช้กัน! นี่ไม่ใช่แค่ gimmick แต่จะเปลี่ยนการถ่ายภาพบนมือถือไปตลอดกาล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ช่างภาพทุกคนรู้ดีว่ารูรับแสง หรือ f-stop คือหัวใจของการควบคุมภาพ แต่บนมือถือ มันถูกจำลองด้วยซอฟต์แวร์มาตลอด</w:t>
        <w:br/>
        <w:br/>
        <w:t>แต่ล่าสุดมีรายงานจากช่องพี่เอกวิทย์ ที่พูดถึงข่าวลือว่า iPhone 18 Pro และ Pro Max อาจมาพร้อมกับ 'Adjustable Aperture' หรือรูรับแสงที่ปรับค่าได้จริงๆ ในฮาร์ดแวร์!</w:t>
        <w:br/>
        <w:br/>
        <w:t>นี่มันหมายความว่าอะไร? หนึ่ง คือการควบคุม 'Depth of Field' หรือระยะชัดลึกได้แบบสมจริง ไม่ใช่แค่การเบลอหลังด้วย Portrait Mode อีกต่อไป เราจะได้โบเก้ที่เป็นธรรมชาติจากชิ้นเลนส์จริงๆ</w:t>
        <w:br/>
        <w:br/>
        <w:t>สอง คือการควบคุมแสงในที่สว่างจ้า จากปกติที่เราต้องพึ่งแค่ Shutter Speed หรือ ISO ตอนนี้เราสามารถ 'หรี่' รูรับแสงลงเพื่อคุมแสงได้เหมือนกล้องใหญ่ ทำให้ภาพคมชัดขึ้นทั้งภาพ และลดความเสี่ยงภาพ overexpose โดยไม่ต้องพึ่งฟิลเตอร์ ND</w:t>
        <w:br/>
        <w:br/>
        <w:t>ถ้าข่าวลือนี้เป็นจริง มันจะลดช่องว่างระหว่าง iPhone กับกล้อง Mirrorless ลงไปอีกขั้นเลยครับ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ถ้าฟีเจอร์นี้มาจริง workflow ของช่างภาพเปลี่ยนแน่นอน กด save คลิปนี้ไว้เลย เดี๋ยวมาเจาะลึกเรื่องการใช้รูรับแสงถ่ายภาพ Portrait ให้ดูครับ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เอกวิทย์  #iphone18pro #iphonecamera #cameragear #ถ่ายภาพ #ไอโฟน  💡 The 'Creative Control Reclaimed' Angle: มุมนี้ไม่ได้นำเสนอแค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เห็นคลิปเปรียบเทียบ Selfie ของ iPhone 18 Pro Max กับ Samsung S26 Ultra แล้วใช่ไหมครับ? แต่รู้ไหมว่าเบื้องหลังความต่างมันไม่ใช่แค่เรื่องสี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หลายคนน่าจะเห็นคลิปไวรัลจาก Droidsans ที่เปรียบเทียบกล้องหน้าของสองเรือธงที่ลือกันแล้วนะครับ ส่วนใหญ่จะโฟกัสกันที่ Skin Tone หรือสีสัน แต่สำหรับคนถ่ายภาพ เราต้องมองให้ลึกกว่านั้น</w:t>
        <w:br/>
        <w:br/>
        <w:t>ตามข่าวลือ iPhone 18 Pro Max อาจจะอัปเกรดเซ็นเซอร์กล้องหน้าให้ใหญ่ขึ้น ซึ่งแปลตรงตัวเลยคือการรับแสงที่ดีขึ้น Dynamic Range กว้างขึ้น และ Noise ที่น้อยลงในที่แสงน้อย</w:t>
        <w:br/>
        <w:br/>
        <w:t>แต่ส่วนที่สำคัญกว่าคือกระบวนการ xử lý ภาพครับ Apple ใช้สิ่งที่เรียกว่า Photonic Engine ซึ่งมันจะประมวลผลจากข้อมูลดิบ (Uncompressed data) ตั้งแต่ต้นทาง ทำให้สามารถรักษารายละเอียดเล็กๆ น้อยๆ อย่างเช่น พื้นผิวของผิว หรือเส้นผมเอาไว้ได้สมจริงที่สุด ก่อนที่จะถูกบีบอัดเป็นไฟล์สุดท้าย</w:t>
        <w:br/>
        <w:br/>
        <w:t>ในขณะที่ฝั่ง Samsung มักจะจูนภาพให้สว่างและมีสีสันสดใสพร้อมใช้ทันที ซึ่งก็เป็นสไตล์ที่หลายคนชอบ</w:t>
        <w:br/>
        <w:br/>
        <w:t>ดังนั้นการเลือกไม่ได้อยู่ที่ว่าใครดีกว่าใคร แต่มันคือปรัชญาการทำภาพที่ต่างกัน คุณชอบแบบสมจริงเก็บรายละเอียดครบ หรือแบบสวยงามพร้อมแชร์ทันที?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คุณอยู่ทีมไหน ชอบภาพสไตล์ไหนมากกว่ากัน คอมเมนต์มาคุยกันได้เลย! กด save ไว้ก่อน เดี๋ยวมีเปรียบเทียบกล้องหลังแบบจัดเต็มแน่นอนครับ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#iphone18promax #samsungs26ultra #cameracomparison #ไอโฟน #ถ่ายรูป  💡 The 'Beyond-the-Megapixel' Sensor Analysis Angle: แทนที่จะตั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มีคนเริ่มเจอ 'อาการ' แปลกๆ ในกล้อง iPhone 18 Pro Max ที่ลือกัน... แต่ถ้าผมบอกว่านี่อาจจะไม่ใช่ 'ปัญหา' แต่เป็น 'คาแรคเตอร์' เหมือนเลนส์กล้องโปรล่ะ?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จากคลิปไวรัลของช่องอาตี๋รีวิว ที่พูดถึง 'อาการ' ที่อาจจะเกิดขึ้นกับ iPhone 18 Pro Max ทำให้หลายคนกังวล แต่ในฐานะคนเล่นกล้อง ผมอยากชวนมองอีกมุมครับ</w:t>
        <w:br/>
        <w:br/>
        <w:t>ต้องย้ำก่อนว่านี่เป็นเพียงข่าวลือที่ยังไม่ยืนยันนะครับ</w:t>
        <w:br/>
        <w:br/>
        <w:t>ในโลกของกล้องโปร เลนส์แต่ละตัวไม่ได้สมบูรณ์แบบ 100% แต่มันมีสิ่งที่เรียกว่า 'Optical Signature' หรือ 'คาแรคเตอร์' เฉพาะตัว เช่น ลักษณะของโบเก้, แฉกไฟ หรืออาการแสงแฟลร์ ซึ่งบางครั้งช่างภาพจงใจใช้เอฟเฟกต์เหล่านี้เพื่อสร้างสรรค์งานศิลปะด้วยซ้ำ</w:t>
        <w:br/>
        <w:br/>
        <w:t>อาการที่ลือกัน อาจเกิดจากเทคโนโลยี Anti-Reflective Coating ใหม่ที่ Apple อาจจะใส่เข้ามาเพื่อลดแสงสะท้อนและโกสต์ แต่ในบางสถานการณ์ มันอาจสร้างผลข้างเคียงเป็นแฟลร์ในรูปแบบใหม่ที่เราไม่คุ้นเคย</w:t>
        <w:br/>
        <w:br/>
        <w:t>คำถามสำคัญจึงไม่ใช่แค่ 'มันคืออะไร' แต่คือ 'เราจะมองมันแบบไหน' มันคือข้อบกพร่อง (Flaw) ที่ต้องรอ Apple แก้ไข หรือมันคือคุณลักษณะ (Character) ของเลนส์ชุดใหม่ ที่เราต้องเรียนรู้ที่จะทำงานกับมัน เหมือนที่ช่างภาพเรียนรู้ที่จะใช้ประโยชน์จากความไม่สมบูรณ์แบบของเลนส์โปรราคาแพง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เรื่องนี้ยังต้องตามกันยาวๆ ครับ คุณคิดว่ามันคือ 'ปัญหา' หรือ 'คาแรคเตอร์'? กด save คลิปนี้ไว้ ถ้ามีข้อมูลอัปเดต จะรีบมาวิเคราะห์ให้ฟังทันที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75s  📰 อาตี๋รีวิว  #iphone18promax #iphonecamera #ช่างภาพ #ไอโฟน #cameragear  💡 The 'Optical Signature vs. Flaw' Debate Angle: มุมนี้เปลี่ยน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มีข่าวว่า Samsung รุ่นใหม่จะแพงขึ้น 4,000! แต่เดี๋ยวก่อน... เงินเท่ากันอาจได้ iPhone ที่คุ้มกว่านะ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เห็นข่าวจาก Droidsans ไหมครับ ว่ามีแนวโน้มที่ Samsung S26 Series จะปรับราคาขึ้นอีกประมาณ 4,000 บาท ซึ่งตามรายงานยังไม่ได้รับการยืนยันนะครับ แต่ถ้าเป็นจริงขึ้นมา พอราคาขยับไปขนาดนั้น หลายคนอาจจะเริ่มคิดแล้วว่างบ 2-3 หมื่น เราหันมาดู iPhone มือสองสภาพดี หรือรุ่นที่ตกรุ่นไปปีสองปี มันจะคุ้มกว่ารึเปล่า?</w:t>
        <w:br/>
        <w:br/>
        <w:t>ยกตัวอย่างง่ายๆ เลย งบประมาณนี้อาจจะหา iPhone 13 หรือ iPhone 14 สภาพนางฟ้าได้สบายๆ เลยนะ ได้ทั้งชิปที่ยังแรงอยู่, กล้องคุณภาพดี, และได้อัปเดต iOS ไปอีกยาวๆ แทนที่จะจ่ายเต็มกับ Android รุ่นใหม่ ลองมอง iPhone รุ่นที่คุ้มค่าเป็นตัวเลือกดู อาจจะตอบโจทย์การใช้งานระยะยาวมากกว่าก็ได้ครับ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ใครมีงบเท่าไหร่กันบ้าง? ลองคอมเมนต์มาเลย เดี๋ยวช่วยแนะนำรุ่นที่เหมาะที่สุดให้ครับ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Droidsans  #ไอโฟน #iphoneมือสอง #ซื้อมือถือ #samsung #คุ้มค่า  💡 The 'Budget Reallocation' Angle: ใช้ข่าวการขึ้นราคาของคู่แข่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ผ่อน 0% นาน 36 เดือน... ฟังดูดี แต่กับ iPhone งบน้อย คุ้มจริงไหม?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ช่วงนี้เห็นโปรบัตรเครดิตผ่อน 0% นานๆ 24 เดือน 36 เดือนออกมาเยอะมาก โดยเฉพาะกับ iPhone รุ่นใหม่ๆ แต่สำหรับคนงบน้อยที่เล็ง iPhone มือสองหรือรุ่นรองๆ ลงมา การผ่อน 0% เป็นทางเลือกที่ดีจริงรึเปล่า? มีเรื่องต้องระวังนิดหน่อยครับ</w:t>
        <w:br/>
        <w:br/>
        <w:t>อย่างแรกเลยคือ 'ภาระระยะยาว' ผ่อน 36 เดือนนี่คือ 3 ปีเต็มๆ เลยนะครับ ตอนเราผ่อนหมด iPhone เครื่องนั้นอาจจะตกรุ่นไปไกลแล้ว ความรู้สึกคุ้มค่ามันจะลดลงไปเรื่อยๆ</w:t>
        <w:br/>
        <w:br/>
        <w:t>อย่างที่สองคือ 'ร้านค้า' ร้านมือสองส่วนใหญ่ไม่ค่อยมีโปร 0% กับบัตรโดยตรง อาจจะต้องผ่อนผ่านแอปอื่นซึ่งมีดอกเบี้ยแฝง ต้องเช็คเงื่อนไขให้ดีมากๆ ไม่งั้นอาจจะแพงกว่าซื้อสดอีก</w:t>
        <w:br/>
        <w:br/>
        <w:t>บางทีการเก็บเงินอีกนิดแล้วซื้อสด หรือเลือกผ่อนระยะสั้นที่สุดเท่าที่ไหว อาจจะสบายใจกว่าในระยะยาวครับ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ใครเคยมีประสบการณ์ผ่อน iPhone บ้าง? ดีไม่ดียังไง มาแชร์กันในคอมเมนต์หน่อยครับ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55s  📰 เอกวิทย์  #ผ่อนไอโฟน #ผ่อนไปใช้ไป #iphoneมือสอง #การเงิน #เตือนภัย  💡 The 'Debt-Trap Awareness' Angle: นำเสนอโปรโมชั่นการเงิน (0%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Samsung อยู่ แต่อยากย้ายมา iPhone งบ 15,000? หมดห่วงเรื่องส่งไฟล์แล้วนะ!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หนึ่งในเรื่องที่คนใช้ Samsung กังวลที่สุดเวลาจะย้ายมา iPhone ก็คือเรื่องการส่งไฟล์หากันนี่แหละ ล่าสุดมีข่าวดีครับ Droidsans รายงานว่า Samsung เริ่มมีฟีเจอร์ที่ช่วยให้ส่งไฟล์หา iPhone ได้ง่ายขึ้นแล้ว นี่เป็นสัญญาณที่ดีเลยว่าโลกของสองระบบนี้มันใกล้กันมากขึ้น ทำให้การตัดสินใจย้ายค่ายง่ายขึ้นเยอะ</w:t>
        <w:br/>
        <w:br/>
        <w:t>ทีนี้กลับมาที่คำถามสำคัญ... งบหมื่นกลางๆ จะไป iPhone รุ่นไหนดี ที่ย้ายมาแล้วรู้สึกคุ้ม?</w:t>
        <w:br/>
        <w:br/>
        <w:t>ตัวเลือกแรกที่แนะนำเลยคือ iPhone 13 มือสองครับ จอสวย กล้องยังเทพ ชิป A15 Bionic ยังแรงเหลือๆ ใช้ได้อีก 3-4 ปีสบายๆ พอปัญหาเรื่องส่งไฟล์ที่เคยกังวลเริ่มคลี่คลายแล้ว ทำให้การย้ายมาใช้ iPhone ในงบจำกัดเป็นอะไรที่น่าสนใจมากๆ ตอนนี้เลยครับ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ใครกำลังลังเลจะย้ายค่ายอยู่บ้าง? คอมเมนต์งบกับรุ่นที่เล็งไว้มาเลย เดี๋ยวช่วยดูให้!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#ย้ายค่าย #ไอโฟนvsแอนดรอยด์ #iphone13 #iphoneมือสอง #งบน้อย  💡 The 'Cross-Platform Bridge' Angle: ใช้ข่าวการอัปเดตทางเทคนิค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มีรายงานว่า Samsung S26 Series อาจขึ้นราคาเริ่มต้นถึง 4,000 บาท นี่ไม่ใช่แค่ข่าวสำหรับผู้บริโภค แต่เป็นสัญญาณที่ฝ่ายจัดซื้อขององค์กรต้องจับตามองครับ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การขึ้นราคาของคู่แข่ง ทำให้การคำนวณ 'ต้นทุนการเป็นเจ้าของทั้งหมด' หรือ Total Cost of Ownership (TCO) ของ iPhone ยิ่งน่าสนใจขึ้นไปอีกครับ</w:t>
        <w:br/>
        <w:br/>
        <w:t>สำหรับองค์กร การเลือกสมาร์ทโฟนไม่ได้ดูแค่ราคาซื้อ แต่ต้องดูมูลค่าคงเหลือ (Residual Value) ซึ่ง iPhone มีสถิติที่สูงกว่าคู่แข่งอย่างสม่ำเสมอมาโดยตลอด หมายความว่าเมื่อถึงรอบการเปลี่ยนอุปกรณ์ในอีก 2-3 ปีข้างหน้า องค์กรจะได้เงินทุนคืนสูงกว่า</w:t>
        <w:br/>
        <w:br/>
        <w:t>เมื่อรวมกับต้นทุนการดูแลรักษาที่ต่ำกว่า ความปลอดภัยระดับองค์กรที่มาพร้อมเครื่อง และ Ecosystem ที่ทำงานร่วมกันได้อย่างราบรื่น การลงทุนใน iPhone ตั้งแต่วันแรก อาจหมายถึง TCO ที่ต่ำกว่าในระยะยาว แม้ราคาเริ่มต้นอาจจะดูใกล้เคียงกันก็ตามครับ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ถ้าคุณกำลังวางแผนจัดซื้ออุปกรณ์สำหรับทีมในปีหน้า กด follow ไว้ครับ ผมจะมาแชร์วิธีคำนวณ TCO ของ iPhone ที่แท้จริงสำหรับธุรกิจ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#iPhoneธุรกิจ #AppleEcosystem #การลงทุน #ผู้บริหาร #TCO  💡 The 'Total Cost of Ownership (TCO) Re-evaluation' Angle: ใช้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เวลาของทีมคุณถูกใช้ไปกับการส่งไฟล์ระหว่าง Samsung กับ iPhone หรือไม่? จากรายงานล่าสุด การทำงานร่วมกันกำลังจะง่ายขึ้น แต่นี่คือสิ่งที่ผู้บริหารต้องรู้เกี่ยวกับ 'ต้นทุนแฝง' ของการทำงานข้ามระบบครับ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ปัญหาคลาสสิกในองค์กรคือการส่งไฟล์ขนาดใหญ่ข้ามแพลตฟอร์ม ซึ่งพนักงานมักเสียเวลาหาวิธีแก้ปัญหาเฉพาะหน้า หรือต้องใช้แอปพลิเคชัน third-party ที่อาจไม่ปลอดภัยและไม่ได้ผ่านการอนุมัติจากฝ่าย IT</w:t>
        <w:br/>
        <w:br/>
        <w:t>ตามรายงานจาก Droidsans แม้จะมีความพยายามทำให้การส่งไฟล์ระหว่าง Samsung และ iPhone ง่ายขึ้น แต่ก็ยังไม่สามารถเทียบได้กับความเร็วและความปลอดภัยของ AirDrop ที่ทำงานแบบไร้รอยต่อใน Apple Ecosystem ไม่ว่าจะเป็นการส่งจาก iPhone ไป Mac หรือ iPad</w:t>
        <w:br/>
        <w:br/>
        <w:t>สำหรับผู้บริหาร นี่คือ 'ต้นทุนแฝง' ด้านเวลาและประสิทธิภาพที่เกิดขึ้นทุกวัน การสร้างมาตรฐานบนแพลตฟอร์มเดียวที่ปลอดภัยและทำงานร่วมกันได้อย่างสมบูรณ์ จะช่วยขจัดปัญหาคอขวดนี้ เพิ่มเวลาให้ทีมได้โฟกัสกับงานที่สำคัญกว่า และลดความเสี่ยงด้านความปลอดภัยของข้อมูลองค์กรครับ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อยากลดขั้นตอนการทำงานที่ไม่จำเป็นในทีมของคุณ? Follow เลยครับ สำหรับเคล็ดลับการใช้ Apple ecosystem เพิ่ม productivity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#Productivity #AppleEcosystem #iPhoneTips #การทำงาน #ผู้บริหาร  💡 The 'Cross-Platform Friction Reduction' Angle: ตีความฟีเจอร์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กล้องหน้าไม่ใช่แค่สำหรับ Selfie อีกต่อไป แต่คือเครื่องมือสำคัญสำหรับผู้บริหารในยุค Hybrid Work มีข่าวลือเปรียบเทียบ iPhone 18 Pro Max กับคู่แข่ง นี่คือเหตุผลว่าทำไมคุณภาพกล้องหน้าถึงส่งผลต่อธุรกิจของคุณโดยตรง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ในยุคที่การประชุมออนไลน์เป็นเรื่องปกติ ภาพลักษณ์และความเป็นมืออาชีพบนจอคือสิ่งสำคัญ ข่าวลือที่ Droidsans นำเสนอถึงการเปรียบเทียบกล้องหน้า แม้จะยังไม่ได้รับการยืนยัน แต่ก็ได้จุดประกายประเด็นสำคัญขึ้นมาครับ</w:t>
        <w:br/>
        <w:br/>
        <w:t>คุณภาพของกล้องหน้าบน iPhone ไม่ได้ถูกออกแบบมาเพื่อความสวยงามเท่านั้น แต่ยังให้ความคมชัด สีสันที่สมจริง และการจัดการแสงที่ดีเยี่ยมในการประชุมทางวิดีโอ ซึ่งทั้งหมดนี้ส่งผลโดยตรงต่อ 'Executive Presence' หรือภาพลักษณ์ของผู้นำ</w:t>
        <w:br/>
        <w:br/>
        <w:t>การมีภาพที่ชัดเจนและดูเป็นมืออาชีพ ช่วยสร้างความน่าเชื่อถือในการเจรจากับลูกค้า นักลงทุน หรือแม้แต่การสื่อสารกับทีมงานภายใน ดังนั้น การลงทุนในอุปกรณ์ที่ให้ผลลัพธ์ที่ดีที่สุดในการสื่อสารทางไกล จึงเป็นการลงทุนในภาพลักษณ์ขององค์กรไปในตัวครับ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 ถ้าอยากรู้ว่า Apple ecosystem จะยกระดับการทำงานแบบ Hybrid ของคุณและทีมได้อย่างไร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#HybridWork #ExecutivePresence #iPhone18ProMax #Apple #ผู้นำ  💡 The 'Executive Presence &amp; Remote Collaboration' Angle: เปลี่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 Apple เคยเกือบจะทำ Apple Pencil สำหรับ iPhone โดยเฉพาะ! แต่มันถูกยกเลิกไปในนาทีสุดท้าย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มีรายงานจาก iPhonemod เผยข้อมูลวงในว่า Apple เคยซุ่มพัฒนา Apple Pencil รุ่นพิเศษที่มีขนาดสั้นและป้อมกว่าเดิม โปรเจกต์นี้ถูกออกแบบมาเพื่อใช้กับ 'iPhone Duo' โดยเฉพาะเลยครับ แต่สุดท้ายทั้งโปรเจกต์ iPhone Duo และดินสอรุ่นนี้ก็ถูกพับเก็บไปก่อนจะได้เปิดตัว ทำให้ความฝันที่จะได้ใช้ Apple Pencil กับ iPhone โดยตรงยังไม่เกิดขึ้นจริงในเร็วๆ นี้ครับ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อยากรู้เรื่องโปรเจกต์ลับๆ ของ Apple ที่ไม่เคยได้เปิดตัวอีก? กด follow ไว้เลย เดี๋ยวมีมาเล่าอีกเพียบ!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iMod  #ApplePencil #iPhone #AppleLeaks #ไอโฟน #ข่าวไอที  💡 The 'Product Graveyard' Angle: ไม่ได้แค่รายงานข่าวลือ แต่เป็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ล้ำไปอีกขั้น! iPhone 20 Pro อาจมาพร้อมดีไซน์ 'กระจกทั้งเครื่อง' แบบที่เราไม่เคยเห็นมาก่อน!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ใครว่าดีไซน์ iPhone มาถึงทางตันแล้ว? ข่าวลือล่าสุดจาก 9to5Mac ระบุว่า iPhone 20 Pro อาจมีการเปลี่ยนแปลงดีไซน์ครั้งใหญ่ที่สุดในรอบหลายปี โดยอาจมาในรูปแบบ 'กระจกทั้งเครื่อง' หรือ all-glass design ครับ! นี่ยังเป็นแค่ข่าวลือแรกๆ นะครับ แต่ถ้ามาจริง ลองนึกภาพ iPhone ที่ดูเหมือนแก้วใสๆ ไร้รอยต่อทั้งชิ้นดูสิครับ จะล้ำขนาดไหน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ถ้าดีไซน์นี้มาจริงจะซื้อกันมั้ย? กด follow ไว้เลย อัปเดตข่าวหลุด iPhone 20 Pro ก่อนใคร!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9to5Mac  #iPhone20Pro #iPhoneLeaks #Apple #ไอโฟน #ดีไซน์  💡 The 'Final Form' Speculation Angle: ตีความข่าวลือเรื่องดีไซน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20 Pro จออาจจะละเอียดขึ้นไปอีก! แต่...อาจต้องแลกมากับราคาที่แพงขึ้นเหมือนฝั่ง Samsung!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 iPhone 20 Pro มาอีกแล้วครับ! รายงานจาก AppleInsider เผยว่าหน้าจออาจมีความละเอียดสูงขึ้นไปอีกขั้น ซึ่งน่าจะมาพร้อมกับดีไซน์กระจกทั้งเครื่องที่ลือกันก่อนหน้านี้ แต่ของใหม่ๆ แบบนี้ก็อาจมีราคาที่ต้องจ่ายครับ เพราะในฝั่งคู่แข่งอย่าง Samsung ก็มีข่าวหลุดว่าจะขึ้นราคา S26 Series ถึง 4,000 บาทเลยทีเดียว ยังไม่ยืนยันนะครับ แต่ถ้า Apple จัดเต็มเทคโนโลยีใหม่ๆ มาขนาดนี้ เราอาจต้องเตรียมรับมือกับราคา iPhone ที่อาจขยับขึ้นตามไปด้วย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เตรียมเก็บเงินกันรึยัง? กด follow ด่วน! เดี๋ยวมาอัปเดตราคาหลุด iPhone รุ่นใหม่ทันทีที่มีข่าว!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AppleInsider  #iPhone20Pro #AppleLeaks #Samsung #ราคาไอโฟน #หน้าจอ  💡 The 'Innovation Tax' Angle: เชื่อมโยงข่าวลือด้านสเปค (ความละ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