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23 Sep 2026  18:24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อยากรู้มั้ยว่าอีก 2 ปี รูปเซลฟี่จาก iPhone จะจึ้งเบอร์ไหน? มีภาพคอนเซ็ปต์หลุดมาให้ส่องแล้ว!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เห็นคลิปจาก Droidsans มา คือช็อตฟีลมาก! เค้าทำภาพเปรียบเทียบกล้องหน้าเซลฟี่ของรุ่นในอนาคต มีทั้ง iPhone 18 Pro Max กับ Samsung S26 Ultra เลยนะ (ย้ำว่านี่คือคอนเซ็ปต์ที่ทำนายกันนะ ยังไม่ยืนยัน!) แต่ดูจากภาพคือกล้องหน้า iPhone ในอนาคตอาจจะเก็บดีเทลผิวได้เนียนเป็นธรรมชาติมากเวอร์ สีผิวดูสมจริง ไม่ติดเหลือง แถมยังจัดการแสงดีงามแม้ในที่แสงน้อย คือถ้าออกมาจริงนี่เตรียมเมมเต็มได้เลย ลงโซเชียลคือปังแน่นอน!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18 เซลฟี่ได้แบบนี้จริง จะซื้อป่ะ? คอมเมนต์มาหน่อย! แล้วกด follow ไว้เลย อัปเดตข่าวหลุดก่อนใครเพื่อน 🔥</w:t>
      </w:r>
    </w:p>
    <w:p>
      <w:pPr>
        <w:spacing w:before="0" w:after="40"/>
      </w:pPr>
      <w:r>
        <w:rPr>
          <w:rFonts w:ascii="Arial" w:hAnsi="Arial"/>
          <w:b w:val="0"/>
          <w:i/>
          <w:color w:val="888888"/>
          <w:sz w:val="16"/>
        </w:rPr>
        <w:t>⏱ 40s  📰 Droidsans  #iPhone18ProMax #ข่าวไอโฟน #ไอโฟน #กล้องไอโฟน #Apple  💡 The 'Future-Proof Flex' Angle: ไม่ใช่แค่การรายงานข่าวลือ แต่</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ใครใช้ iPhone แล้วลังเลจะอัปเกรด...ฟังทางนี้! มีข่าวดี (จากค่ายอื่น) มาบอก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ชาว iPhone ฟังแล้วอาจใจชื้นขึ้น! Droidsans เค้ามีรายงานข่าวลือว่า Samsung อาจจะขึ้นราคา Galaxy S26 Series เริ่มต้นที่ประมาณ 4,000 บาทเลยนะ! พอเห็นเทรนด์ตลาดมือถือฝั่งนั้นเริ่มขยับราคาขึ้นไปอีก สภาพพพ... ก็ทำให้ iPhone ในมือเราดูคุ้มค่าขึ้นมาเลยป่ะ? ใครที่ใช้รุ่นใหม่ๆ อยู่แล้วก็ใจร่มๆ ได้เลย ไม่ต้องรีบอัปเกรดทุกปีก็ได้ เก็บตังค์ไว้รอรุ่นที่มันว้าวแบบพลิกโฉมจริงๆ ทีเดียวดีกว่า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ใครทีมใช้ยาวๆ บ้าง? กด follow ไว้เลย เดี๋ยวหาทริคทำให้เครื่องเก่าลื่นปรื๊ดมาฝาก! 🔥</w:t>
      </w:r>
    </w:p>
    <w:p>
      <w:pPr>
        <w:spacing w:before="0" w:after="40"/>
      </w:pPr>
      <w:r>
        <w:rPr>
          <w:rFonts w:ascii="Arial" w:hAnsi="Arial"/>
          <w:b w:val="0"/>
          <w:i/>
          <w:color w:val="888888"/>
          <w:sz w:val="16"/>
        </w:rPr>
        <w:t>⏱ 35s  📰 Droidsans  #iPhone #Apple #ไอโฟน #ซัมซุง #ข่าวไอที  💡 The 'Upgrade Anxiety Soother' Angle: เปลี่ยนข่าวการขึ้นราคาข</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แกรรร! เหมือนเราจะแฮ็ก Apple Maps ได้อะ ใครลองแล้วเป็นเหมือนกันบ้าง?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ไถ TikTok ไปเจอคลิปของช่อง อาตี๋รีวิว แล้วต้องลองทำตามด่วน! เค้าบอกว่าเหมือนเจอทริกลับในแอป Maps บน iPhone อะ ปกติเวลาเรากดค้างที่ไหนซักที่ มันก็จะปักหมุดให้ใช่มะ? แต่เหมือนว่าถ้าเราลองทำท่าแปลกๆ (โชว์การซูมเข้าออกเร็วๆ แล้วจิ้มค้าง) บางทีมันจะขึ้นเป็นหมุดเปล่าๆ หรือแสดงผลเพี้ยนๆ เหมือนเจอ Easter Egg ในเกมเลย! เอาจริงก็ไม่รู้ว่ามันคือฟีเจอร์หรือบั๊ค แต่โคตรเท่ เหมือนเราเจอทางลับในแอปที่ใช้ทุกวันอะ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ใครลองทำตามแล้วติดบ้างไม่ติดบ้าง? แคปจอมาอวดในคอมเมนต์หน่อย! กด follow ไว้เลย เดี๋ยวหาบั๊คสนุกๆ แบบนี้มาให้เล่นอีก! 🔥</w:t>
      </w:r>
    </w:p>
    <w:p>
      <w:pPr>
        <w:spacing w:before="0" w:after="40"/>
      </w:pPr>
      <w:r>
        <w:rPr>
          <w:rFonts w:ascii="Arial" w:hAnsi="Arial"/>
          <w:b w:val="0"/>
          <w:i/>
          <w:color w:val="888888"/>
          <w:sz w:val="16"/>
        </w:rPr>
        <w:t xml:space="preserve">⏱ 40s  📰 อาตี๋รีวิว  #ทริคไอโฟน #AppleMaps #ไอโฟน #ios #อาตี๋รีวิว  💡 The 'Glitch-as-Feature' Discovery Angle: ตีความ 'บั๊ค' หรือ </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Samsung มีข่าวลือว่าจะขึ้นราคา S26 อีก 4,000 บาท... แล้วแบบนี้ การอยู่กับ iPhone ต่อไปจะคุ้มกว่าจริงไหม?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มีรายงานจากฝั่ง Droidsans ว่า Samsung อาจจะปรับราคา Galaxy S26 Series ขึ้นอีกเริ่มต้นที่ 4,000 บาทนะครับ นี่เป็นแค่ข่าวลือที่ยังไม่ยืนยัน แต่ก็น่าสนใจสำหรับคนทำงานอย่างเราๆ ที่กำลังวางแผนจะซื้อมือถือใหม่</w:t>
        <w:br/>
        <w:br/>
        <w:t>คำถามคือ... การที่คู่แข่งขึ้นราคา ทำให้ iPhone น่าสนใจขึ้นรึเปล่า? แม้ iPhone จะราคาสูง แต่ข้อดีที่หลายคนรู้กันคือ 'ราคาขายต่อ' หรือ Trade-in value ที่แข็งมาก ทำให้ต้นทุนในการเปลี่ยนเครื่องทุก 2-3 ปีของเราค่อนข้างนิ่งและคาดเดาได้ง่ายกว่า</w:t>
        <w:br/>
        <w:br/>
        <w:t>สำหรับคนทำงานที่มองเรื่องความคุ้มค่าระยะยาว การที่ราคาขายต่อดี มันเหมือนเราจ่ายค่าส่วนต่างน้อยลงตอนอัปเกรด ทำให้การวางแผนการเงินง่ายขึ้นเยอะเลยครับ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iPhone รุ่นไหนอยู่ แล้วมีแผนจะเปลี่ยนไปใช้ค่ายอื่นบ้างเพราะราคา? คอมเมนต์มาคุยกันครับ</w:t>
      </w:r>
    </w:p>
    <w:p>
      <w:pPr>
        <w:spacing w:before="0" w:after="40"/>
      </w:pPr>
      <w:r>
        <w:rPr>
          <w:rFonts w:ascii="Arial" w:hAnsi="Arial"/>
          <w:b w:val="0"/>
          <w:i/>
          <w:color w:val="888888"/>
          <w:sz w:val="16"/>
        </w:rPr>
        <w:t>⏱ 50s  📰 Droidsans  #iPhone #Apple #การเงิน #มนุษย์เงินเดือน #ซื้อมือถือ  💡 The 'Investment Stability' Angle: มุมนี้ไม่ได้วิเคราะห์ต้นทุ</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เรือธงปีนี้ หรือรอเรือธงราคาย่อมเยาปีหน้า? ฝั่ง Samsung มีข่าวลือรุ่นใหม่มาให้เราปวดหัวอีกแล้วครับ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เห็นข่าวลือจาก Droidsans ไหมครับ? มีการพูดถึงราคา Samsung Galaxy S25 Ultra เทียบกับรุ่นที่อาจจะมาในอนาคตอย่าง S26 FE ซึ่งทำให้เห็นเลยว่าฝั่ง Android มีตัวเลือกเยอะมาก ทั้งรุ่นท็อป รุ่นรองท็อป รุ่นปีก่อน รุ่นราคาพิเศษ</w:t>
        <w:br/>
        <w:br/>
        <w:t>สำหรับบางคนอาจจะดี แต่สำหรับคนทำงานที่เวลาเป็นเงินเป็นทอง การต้องมานั่งศึกษาข้อมูลเปรียบเทียบสเปคที่ซับซ้อนอาจทำให้เราเสียเวลาโดยไม่จำเป็น นี่คือจุดที่ iPhone ได้เปรียบเรื่อง 'ความง่าย'</w:t>
        <w:br/>
        <w:br/>
        <w:t>Apple มีไลน์อัปที่ชัดเจน เช่น iPhone 15, 15 Pro, 15 Pro Max ทำให้การตัดสินใจซื้อง่ายกว่ามาก ไม่ต้องปวดหัวกับตัวเลือกยิบย่อย แค่เลือกรุ่นที่ใช่กับงบประมาณและความต้องการของเราก็จบแล้ว เป็นการลดขั้นตอนที่เสียเวลาไปได้เยอะเลยครับ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คุณชอบแบบมีตัวเลือกเยอะๆ ให้เทียบ หรือชอบแบบที่ Apple จัดมาให้แล้วจบๆ? คอมเมนต์บอกหน่อยครับ</w:t>
      </w:r>
    </w:p>
    <w:p>
      <w:pPr>
        <w:spacing w:before="0" w:after="40"/>
      </w:pPr>
      <w:r>
        <w:rPr>
          <w:rFonts w:ascii="Arial" w:hAnsi="Arial"/>
          <w:b w:val="0"/>
          <w:i/>
          <w:color w:val="888888"/>
          <w:sz w:val="16"/>
        </w:rPr>
        <w:t>⏱ 55s  📰 Droidsans  #iPhonevsAndroid #ตัดสินใจ #Productivity #รีวิวมือถือ #Apple  💡 The 'Decision Fatigue Reduction' Angle: มุมนี้ไม่ได้พูดถึงคว</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 iPhone 18 Pro Max จะดีกว่าเดิมจริงไหม? ข่าวลือเทียบกับ Samsung S26 Ultra เริ่มมาแล้ว... แต่เดี๋ยวก่อนครับ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ช่วงนี้มีข่าวลือเรื่องการเปรียบเทียบกล้องของมือถือในอนาคตอย่าง iPhone 18 Pro Max กับ Samsung S26 Ultra ออกมาให้เห็นแล้วนะครับ ซึ่งแน่นอนว่าเทคโนโลยีมันต้องดีขึ้นเรื่อยๆ อยู่แล้ว</w:t>
        <w:br/>
        <w:br/>
        <w:t>แต่คำถามที่ผมอยากชวนคิดสำหรับคนทำงานคือ กล้อง iPhone 15 Pro หรือรุ่น 16 ที่กำลังจะมา มันดี 'เกินพอ' สำหรับงานของเราแล้วหรือยัง?</w:t>
        <w:br/>
        <w:br/>
        <w:t>ไม่ว่าจะเป็นการถ่ายรูปสินค้าลงโซเชียล, การวิดีโอคอลประชุมกับลูกค้า, หรือการทำคอนเทนต์ง่ายๆ คุณภาพของกล้อง iPhone ในปัจจุบันก็อยู่ในระดับโปรเฟสชันนอลแล้ว การรอเทคโนโลยีที่ยังเป็นแค่ข่าวลือ อาจจะทำให้เราพลาดโอกาสในการใช้เครื่องมือดีๆ ที่มีอยู่ตอนนี้เพื่อสร้างงาน สร้างรายได้ไปนะครับ บางทีการอัปเกรดวันนี้ อาจจะคุ้มค่ากว่าการรอสิ่งที่ดีที่สุดในอีก 2 ปีข้างหน้าก็ได้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งานของคุณต้องใช้กล้องมือถือโหดแค่ไหน? คอมเมนต์บอกหน่อยว่าฟีเจอร์กล้องอะไรที่จำเป็นที่สุดครับ</w:t>
      </w:r>
    </w:p>
    <w:p>
      <w:pPr>
        <w:spacing w:before="0" w:after="40"/>
      </w:pPr>
      <w:r>
        <w:rPr>
          <w:rFonts w:ascii="Arial" w:hAnsi="Arial"/>
          <w:b w:val="0"/>
          <w:i/>
          <w:color w:val="888888"/>
          <w:sz w:val="16"/>
        </w:rPr>
        <w:t>⏱ 60s  📰 Droidsans  #กล้องไอโฟน #iPhone15Pro #iPhone16 #ทำงาน #ถ่ายรูป  💡 The 'Professional Sufficiency' Angle: มุมนี้ไม่ได้เทียบสเปคท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ภาพจาก Main Camera ของ iPhone 18 Pro Max กับ Samsung S26 Ultra... ทำไมสีมันต่างกันขนาดนี้ ทั้งที่ถ่ายที่เดียวกัน? ไม่ใช่แค่เรื่อง Sensor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หลายคนดูคลิปเปรียบเทียบจาก Droidsans แล้วเถียงกันว่าค่ายไหนสีสวยกว่า แต่สำหรับช่างภาพแบบเราๆ ต้องมองให้ลึกกว่านั้นครับ มันคือ 'ปรัชญา' การทำภาพที่ต่างกันโดยสิ้นเชิง</w:t>
        <w:br/>
        <w:br/>
        <w:t>ฝั่ง iPhone ใช้ Photonic Engine ที่เน้นปรัชญา 'True-to-life' คือพยายามรักษารายละเอียดและสีสันให้ใกล้เคียงกับที่ตาเห็นมากที่สุด ผลลัพธ์คือภาพที่ดูเป็นธรรมชาติ เหมือนเป็นไฟล์ RAW ที่ถูก Process มาแล้วระดับหนึ่ง เหมาะกับการเป็น 'ผืนผ้าใบ' ชั้นดี เอาไปดึงสีต่อใน Lightroom ได้ยืดหยุ่นสูง</w:t>
        <w:br/>
        <w:br/>
        <w:t>ในขณะที่ Samsung จะเน้นภาพที่ 'Vibrant' และ 'Punchy' สีสดใส คอนทราสต์จัดจ้านมาตั้งแต่หลังกล้อง คือพร้อมโพสต์ทันที ไม่ต้องแต่งเยอะ</w:t>
        <w:br/>
        <w:br/>
        <w:t>มันไม่ใช่ว่าใครดีกว่าใคร แต่คือคุณเลือก 'จุดเริ่มต้น' แบบไหนสำหรับงานของคุณ อยากได้ไฟล์ดิบๆ มาปั้นต่อ หรืออยากได้ภาพสำเร็จรูปเลย? นี่คือคำถามที่สำคัญกว่าครับ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เซฟคลิปนี้ไว้ก่อนเลย เดี๋ยวคลิปหน้าเราจะเอาไฟล์ ProRAW ของ iPhone มาเทียบให้ดูว่ามันยืดหยุ่นกว่าไฟล์ปกติแค่ไหน</w:t>
      </w:r>
    </w:p>
    <w:p>
      <w:pPr>
        <w:spacing w:before="0" w:after="40"/>
      </w:pPr>
      <w:r>
        <w:rPr>
          <w:rFonts w:ascii="Arial" w:hAnsi="Arial"/>
          <w:b w:val="0"/>
          <w:i/>
          <w:color w:val="888888"/>
          <w:sz w:val="16"/>
        </w:rPr>
        <w:t>⏱ 60s  📰 Droidsans  #iPhone18ProMax #iPhonecamera #ถ่ายไงได้งี้ #ช่างภาพ #AppleProRAW  💡 The 'Post-Processing Headstart' Angle: วิเคราะห์ภาพถ่ายจากกล</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กล้องหน้า iPhone 18 Pro Max ใช้ถ่าย Vlog หรือทำ Content จริงจังได้หรือยัง? เลิกมองมันเป็นแค่กล้อง Selfie ได้แล้วครับ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พอเห็นคลิปเปรียบเทียบกล้องหน้าจาก Droidsans หลายคนอาจจะโฟกัสที่ความเนียนของผิว แต่สำหรับ Content Creator สิ่งที่สำคัญกว่าคือ 'ความต่อเนื่อง' ของฟุตเทจครับ</w:t>
        <w:br/>
        <w:br/>
        <w:t>คำถามคือ... ถ้าเราใช้กล้องหลักเป็น A-Cam แล้วสลับมาใช้กล้องหน้าเป็น B-Cam สีมันจะโดดมั้ย? ต้องมาแก้สีเยอะรึเปล่า?</w:t>
        <w:br/>
        <w:br/>
        <w:t>บน iPhone 18 Pro Max คำตอบคือแทบไม่ต้องเลยครับ เพราะ Apple ให้ความสำคัญกับ Color Science ที่แม่นยำและสม่ำเสมอทั่วทั้งระบบกล้อง ไม่ว่าจะกล้องหน้าหรือหลัง โทนสี Dynamic Range และการจัดการแสงจะใกล้เคียงกันมาก ทำให้การตัดต่อวิดีโอราบรื่นสุดๆ เหมือนใช้กล้องตัวเดียวกันแต่คนละเลนส์</w:t>
        <w:br/>
        <w:br/>
        <w:t>บวกกับ Autofocus ที่ฉลาดขึ้น ทำให้มันเป็นเครื่องมือถ่ายทำที่เชื่อถือได้จริง ไม่ใช่แค่ของเล่นอีกต่อไป</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ใครใช้กล้องหน้าถ่ายงานจริงจังอยู่บ้าง? เซฟไว้เลย เดี๋ยวคลิปหน้ามาลองเทส Log Video จากกล้องหน้าให้ดู</w:t>
      </w:r>
    </w:p>
    <w:p>
      <w:pPr>
        <w:spacing w:before="0" w:after="40"/>
      </w:pPr>
      <w:r>
        <w:rPr>
          <w:rFonts w:ascii="Arial" w:hAnsi="Arial"/>
          <w:b w:val="0"/>
          <w:i/>
          <w:color w:val="888888"/>
          <w:sz w:val="16"/>
        </w:rPr>
        <w:t>⏱ 55s  📰 Droidsans  #iPhone18ProMax #vlogcamera #videography #contentcreator #ไอโฟน  💡 The 'A-Cam/B-Cam Parity' Angle: ยกระดับการวิเคราะห์กล้องหน้า</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เคยสงสัยไหมครับว่าทำไม Portrait Mode ของ iPhone 18 Pro Max ถึงถ่ายคนให้ดูดีขึ้นได้ โดยเฉพาะเรื่องสีผิวในที่แสงยากๆ? มันมีเบื้องหลังที่ลึกกว่าการเบลอหลังธรรมดาครับ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เห็นคลิปไวรัล 'ถ่ายแฟน' เปรียบเทียบโทนผิวกันเยอะ เลยอยากจะมาเจาะลึกให้ฟังในเชิงเทคนิคครับว่า iPhone ทำได้ยังไง</w:t>
        <w:br/>
        <w:br/>
        <w:t>หัวใจของมันคือ 'Computational Photography' ที่ทำงานซับซ้อนมากครับ เมื่อเรากดชัตเตอร์ใน Portrait Mode ตัว Photonic Engine ไม่ได้แค่แยกคนออกจากพื้นหลัง แต่มันทำสิ่งที่เรียกว่า 'Semantic Segmentation' คือมันวิเคราะห์และเข้าใจองค์ประกอบในภาพ แยกแยะระหว่างเส้นผม, ผิวหน้า, เสื้อผ้า, และพื้นหลัง</w:t>
        <w:br/>
        <w:br/>
        <w:t>จากนั้น Smart HDR 5 จะเข้ามาจัดการแสงเฉพาะจุด เช่น ลดความสว่างบนส่วนที่ไฮไลท์ของใบหน้าเพื่อเก็บรายละเอียด แต่ยังคงเพิ่มแสงในส่วนเงาใต้คาง ทำให้หน้าดูมีมิติ ไม่แบน</w:t>
        <w:br/>
        <w:br/>
        <w:t>ที่สำคัญที่สุดคือ Skin Tone Mapping ที่ถูกเทรนมาให้รักษาสีผิวที่เป็นธรรมชาติและแม่นยำที่สุดในทุกสภาพแสง มันคือการมีผู้ช่วยแต่งภาพมือโปร มาทำ Masking และปรับแสงให้เราแบบเรียลไทม์ในเสี้ยววินาที นี่แหละครับคือความลับที่ทำให้ภาพ Portrait จาก iPhone มันดูโปรขึ้นเรื่อยๆ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เซฟไว้เป็นไอเดียเลย คลิปหน้าจะมาสอนเทคนิคควบคุมระยะชัดลึก (Depth Control) ให้เนียนเหมือนเลนส์กล้องโปรจริงๆ</w:t>
      </w:r>
    </w:p>
    <w:p>
      <w:pPr>
        <w:spacing w:before="0" w:after="40"/>
      </w:pPr>
      <w:r>
        <w:rPr>
          <w:rFonts w:ascii="Arial" w:hAnsi="Arial"/>
          <w:b w:val="0"/>
          <w:i/>
          <w:color w:val="888888"/>
          <w:sz w:val="16"/>
        </w:rPr>
        <w:t>⏱ 65s  📰 อาตี๋รีวิว  #ถ่ายรูปด้วยมือถือ #PortraitMode #iPhonePhotography #สอนถ่ายรูป #PhotonicEngine  💡 The 'Computational Portraiture' Deep Dive Angle: ไม่ได้เปรีย</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จะซื้อ Android ใหม่ หรือ iPhone มือสองดี? ข่าวนี้อาจทำให้คุณตัดสินใจง่ายขึ้นเยอะเลย!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เพิ่งมีข่าวลือจากฝั่ง Samsung ว่า Galaxy S26 Series รุ่นใหม่ อาจจะปรับราคาขึ้นอีก! พอของใหม่ราคาแรงขึ้น มันก็กระทบราคาในตลาดมือถือ Android ไปด้วย... แต่ในทางกลับกัน งบ 20,000 ของเราตอนนี้ กลายเป็นงบที่น่าสนใจมากสำหรับ iPhone มือสองครับ!</w:t>
        <w:br/>
        <w:br/>
        <w:t>เพราะในงบนี้ เราสามารถหา iPhone 13 หรืออาจจะขยับไปถึง iPhone 14 รุ่นเริ่มต้นในสภาพดีๆ ได้เลย ซึ่งข้อดีคือ iPhone พวกนี้ราคาค่อนข้างนิ่งแล้ว ไม่ตกฮวบฮาบเหมือนตอนเปิดตัวใหม่ๆ แถมยังได้ใช้ iOS ยาวๆ ไปอีกหลายปี ได้ประสบการณ์การใช้งานที่ลื่นไหลเหมือนเดิม กลายเป็นว่าการซื้อ iPhone รุ่นที่ตกรุ่นไปปีสองปี อาจเป็นการลงทุนที่ฉลาดกว่าในระยะยาวครับ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ถ้ามีงบ 20,000 คุณจะเลือกทีมไหน? คอมเมนต์งบของคุณมา เดี๋ยวช่วยแนะนำรุ่นที่เหมาะที่สุดให้เลย!</w:t>
      </w:r>
    </w:p>
    <w:p>
      <w:pPr>
        <w:spacing w:before="0" w:after="40"/>
      </w:pPr>
      <w:r>
        <w:rPr>
          <w:rFonts w:ascii="Arial" w:hAnsi="Arial"/>
          <w:b w:val="0"/>
          <w:i/>
          <w:color w:val="888888"/>
          <w:sz w:val="16"/>
        </w:rPr>
        <w:t>⏱ 50s  📰 Droidsans  #ไอโฟนมือสอง #iPhoneราคานักเรียน #ซื้อมือถือ #samsung #Apple  💡 The 'Safe Haven Investment' Angle: ใช้ข่าวการขึ้นราคาของคู่แ</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 iPhone 18 จะเทพไปไหน? แล้วมันจำเป็นกับเราจริงป่าว? มาดูว่าเงิน 15,000 ซื้อกล้อง iPhone ระดับไหนได้บ้าง!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เห็นข่าวลือเทียบสเปคกล้อง iPhone 18 Pro Max กับ Samsung S26 Ultra แล้วใช่มั้ยครับ? คือมันโหดมากจริงๆ แต่คำถามคือ...เราต้องจ่ายเงินเกือบครึ่งแสนเพื่อกล้องนั้นจริงๆ เหรอ?</w:t>
        <w:br/>
        <w:br/>
        <w:t>ความจริงก็คือ เทคโนโลยีกล้องใน iPhone รุ่นก่อนๆ มันมาถึงจุดที่ 'ดีเกินพอ' สำหรับคนส่วนใหญ่ไปนานแล้วครับ อย่างกล้องของ iPhone 13 ที่ตอนนี้มือสองหาได้ในงบหมื่นกลางๆ เนี่ย ทั้งโหมดภาพถ่ายบุคคล ทั้ง Cinematic Mode มันยังทำงานได้ดีมากๆ ถ่ายลง TikTok คือสวยเลย</w:t>
        <w:br/>
        <w:br/>
        <w:t>การที่ค่ายมือถือแข่งกันเปิดตัวฟีเจอร์ใหม่ๆ มันก็ดีนะ แต่สำหรับคนงบน้อยอย่างเรา มันคือโอกาสทองที่จะได้ของดีในราคาที่ใช่ ไม่ต้องวิ่งตามเทคโนโลยีล่าสุดก็มีรูปสวยๆ 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ใครยังใช้ iPhone 13 ถ่ายรูปสวยๆ อยู่บ้าง? หรือถ้ามีงบจำกัด คอมเมนต์มาเลย เดี๋ยวช่วยเลือกรุ่นที่กล้องปังสุดให้!</w:t>
      </w:r>
    </w:p>
    <w:p>
      <w:pPr>
        <w:spacing w:before="0" w:after="40"/>
      </w:pPr>
      <w:r>
        <w:rPr>
          <w:rFonts w:ascii="Arial" w:hAnsi="Arial"/>
          <w:b w:val="0"/>
          <w:i/>
          <w:color w:val="888888"/>
          <w:sz w:val="16"/>
        </w:rPr>
        <w:t>⏱ 48s  📰 Droidsans  #ถ่ายไงได้งี้ #iPhone13 #ไอโฟนกล้องสวย #งบน้อย #กล้องไอโฟน  💡 The 'Good-Enough Revolution' Angle: ใช้ข่าวลือเกี่ยวกับเทคโน</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รอซื้อมือถือ 'ตกรุ่น' ยังไงให้คุ้มสุด? คนเล่น iPhone เขามีวิธีคิดแบบนี้!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เวลาจะซื้อมือถือใหม่ หลายคนจะเห็นว่าฝั่ง Android มีหลายรุ่นมาก อย่างล่าสุดมีข่าว Samsung ที่พูดถึงราคารุ่น Ultra กับรุ่น FE ซึ่งก็เป็นกลยุทธ์ของเขา แต่สำหรับคนที่จะซื้อ iPhone มันมีแพทเทิร์นที่คาดเดาง่ายกว่าเยอะเลยครับ</w:t>
        <w:br/>
        <w:br/>
        <w:t>จุดที่คุ้มที่สุดในการซื้อ iPhone มือสอง คือช่วง 'หลังเปิดตัวรุ่นใหม่ไปแล้ว 2-3 เดือน' เพราะจะเป็นช่วงที่คนปล่อยเครื่องเก่าออกมาเยอะที่สุด ทำให้ราคาในตลาดมือสองตกลงมาอยู่ในจุดที่นิ่งและน่าซื้อมาก อย่างตอนนี้ที่ iPhone 16 กำลังจะมา มันคือจังหวะดีที่เราจะเล็ง iPhone 13 หรือ iPhone 14 ในราคาดีๆ เลย การที่ Apple มีรุ่นไม่ซับซ้อน ทำให้เราวางแผนเก็บเงินรอซื้อได้ง่ายกว่ามากครับ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คุณคิดว่าซื้อ iPhone ช่วงไหนคุ้มสุด? คอมเมนต์งบกับรุ่นที่เล็งไว้มาคุยกัน!</w:t>
      </w:r>
    </w:p>
    <w:p>
      <w:pPr>
        <w:spacing w:before="0" w:after="40"/>
      </w:pPr>
      <w:r>
        <w:rPr>
          <w:rFonts w:ascii="Arial" w:hAnsi="Arial"/>
          <w:b w:val="0"/>
          <w:i/>
          <w:color w:val="888888"/>
          <w:sz w:val="16"/>
        </w:rPr>
        <w:t>⏱ 45s  📰 Droidsans  #ไอโฟน #ผ่อนไอโฟน #iPhoneมือสอง #ทริคไอโฟน #วางแผนการเงิน  💡 The 'Predictable Value Drop' Angle: ใช้ข่าวความซับซ้อนของไลน</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คู่แข่งหลักของ Apple มีรายงานว่าจะขึ้นราคาเรือธงรุ่นถัดไปถึง 4,000 บาท นี่ไม่ใช่แค่เรื่องของผู้บริโภค แต่มันคือสัญญาณสำหรับฝ่ายจัดซื้อในองค์กรของคุณ</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Samsung มีแนวโน้มจะปรับขึ้นราคา Galaxy S26 Series ซึ่งเป็นคู่แข่งโดยตรงของ iPhone ถึง 4,000 บาทต่อเครื่อง ความผันผวนของราคาในตลาด Android อาจสร้างความท้าทายในการวางแผนงบประมาณระยะยาวสำหรับองค์กรที่ต้องจัดหาอุปกรณ์จำนวนมาก</w:t>
        <w:br/>
        <w:br/>
        <w:t>ในทางกลับกัน Apple มีโครงสร้างราคา iPhone ที่ค่อนข้างคงที่และคาดการณ์ได้ง่ายกว่าเมื่อเทียบกันปีต่อปี ความเสถียรภาพนี้เป็นปัจจัยสำคัญในการคำนวณต้นทุนรวมในการเป็นเจ้าของ หรือ Total Cost of Ownership (TCO) เมื่อรวมกับมูลค่าขายต่อ (Residual Value) ที่สูงกว่าของ iPhone ทำให้การลงทุนในอุปกรณ์ Apple สำหรับพนักงานเป็นการตัดสินใจที่คุ้มค่าและบริหารจัดการงบประมาณได้ง่ายกว่าในระยะยาว ความแน่นอนด้านราคานี้คือสิ่งที่ผู้บริหารฝ่ายการเงินและฝ่ายจัดซื้อให้ความสำคัญ</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ถ้าคุณมองหาความเสถียรในการลงทุนด้านเทคโนโลยีสำหรับทีม Follow เราไว้สำหรับข้อมูลเชิงลึกด้าน Apple ecosystem สำหรับธุรกิจ</w:t>
      </w:r>
    </w:p>
    <w:p>
      <w:pPr>
        <w:spacing w:before="0" w:after="40"/>
      </w:pPr>
      <w:r>
        <w:rPr>
          <w:rFonts w:ascii="Arial" w:hAnsi="Arial"/>
          <w:b w:val="0"/>
          <w:i/>
          <w:color w:val="888888"/>
          <w:sz w:val="16"/>
        </w:rPr>
        <w:t>⏱ 60s  📰 Droidsans  #iPhone #AppleEcosystem #BusinessTech #การลงทุน #ผู้บริหาร  💡 The 'Budgetary Predictability' Angle: มุมนี้ไม่ได้เน้นแค่การ</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มีข่าวลือเปรียบเทียบกล้อง iPhone 18 Pro Max กับ Samsung S26 Ultra แต่สำหรับธุรกิจ คำถามไม่ใช่แค่ 'ใครถ่ายสวยกว่า' แต่คือ 'ใครสร้าง Asset ที่มีมูลค่าทางธุรกิจได้ดีกว่า'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มีการนำสเปคกล้องของมือถือเรือธงในอนาคตมาเปรียบเทียบกันแล้ว แต่สำหรับผู้บริหารและทีมการตลาด กล้องมือถือคือเครื่องมือสร้างคอนเทนต์ ไม่ใช่ของเล่น</w:t>
        <w:br/>
        <w:br/>
        <w:t>จุดแข็งของ iPhone ไม่ได้อยู่ที่ภาพนิ่งภาพเดียว แต่อยู่ที่ 'ความสม่ำเสมอของสี' (Color Science Consistency) ทั่วทั้ง Ecosystem ทำให้ภาพหรือวิดีโอที่ถ่ายด้วย iPhone จะมีสีตรงกันเมื่อนำไปตัดต่อบน MacBook หรือนำเสนอบน iPad ซึ่งสำคัญอย่างยิ่งต่อการรักษา Brand Identity</w:t>
        <w:br/>
        <w:br/>
        <w:t>นอกจากนี้ iPhone Pro ยังมีฟอร์แมตวิดีโอระดับโปรอย่าง ProRes ที่ทำงานร่วมกับโปรแกรมตัดต่อ Final Cut Pro ได้อย่างราบรื่น ช่วยลดเวลาและต้นทุนในขั้นตอน Post-production ได้อย่างมหาศาล ดังนั้น การเลือกอุปกรณ์จึงไม่ใช่แค่เรื่องสเปค แต่คือการเลือกระบบการทำงาน (Workflow) ที่มีประสิทธิภาพสูงสุดสำหรับองค์กร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ถ้าคุณใช้ iPhone สร้างคอนเทนต์ให้ธุรกิจ Follow เราสำหรับเทคนิคที่จะยกระดับงานของคุณ</w:t>
      </w:r>
    </w:p>
    <w:p>
      <w:pPr>
        <w:spacing w:before="0" w:after="40"/>
      </w:pPr>
      <w:r>
        <w:rPr>
          <w:rFonts w:ascii="Arial" w:hAnsi="Arial"/>
          <w:b w:val="0"/>
          <w:i/>
          <w:color w:val="888888"/>
          <w:sz w:val="16"/>
        </w:rPr>
        <w:t>⏱ 65s  📰 Droidsans  #iPhonePro #ContentCreation #DigitalMarketing #AppleEcosystem #ProRes  💡 The 'Marketing Asset Workflow' Angle: มุมนี้ยกระดับการเปรียบ</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กล้องหน้าไม่ใช่แค่ไว้ถ่ายเซลฟี่ ในยุค Hybrid Work มันคือเครื่องมือสร้าง 'Executive Presence' ของคุณ รายงานการเปรียบเทียบ iPhone 18 Pro Max และ Samsung S26 Ultra ชี้ให้เห็นถึงความสำคัญนี้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Droidsans เปรียบเทียบคุณภาพกล้องหน้าของสมาร์ทโฟนเรือธงรุ่นถัดไป ซึ่งสำหรับผู้บริหารแล้ว นี่คือเรื่องสำคัญอย่างยิ่ง เพราะในทุกการประชุมทางไกล ภาพลักษณ์ของคุณคือตัวแทนของทั้งองค์กร คุณภาพวิดีโอที่ไม่ดีอาจบั่นทอนความเป็นมืออาชีพได้</w:t>
        <w:br/>
        <w:br/>
        <w:t>iPhone มีเครื่องมือที่ออกแบบมาเพื่อเรื่องนี้โดยเฉพาะ เช่น Center Stage ที่จัดให้คุณอยู่กลางเฟรมเสมอ หรือ Portrait Mode สำหรับวิดีโอที่ช่วยเบลอฉากหลังที่ไม่ต้องการ ทำให้คู่สนทนาโฟกัสที่ตัวคุณและสิ่งที่คุณพูด</w:t>
        <w:br/>
        <w:br/>
        <w:t>ที่สำคัญคือการประมวลผลสีผิวที่ดูเป็นธรรมชาติของ Apple ช่วยสร้างภาพลักษณ์ที่น่าเชื่อถือและดูดีในการประชุมออนไลน์เสมอ การลงทุนในอุปกรณ์ที่มีระบบกล้องหน้าที่เหนือกว่า จึงเท่ากับการลงทุนในแบรนด์ส่วนบุคคล (Personal Brand) และประสิทธิภาพในการสื่อสารของคุณในฐานะผู้นำ</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เราเพื่อเรียนรู้วิธีใช้ iPhone และ Apple ecosystem ให้คุณดูเป็นมืออาชีพที่สุดในทุกการประชุม</w:t>
      </w:r>
    </w:p>
    <w:p>
      <w:pPr>
        <w:spacing w:before="0" w:after="40"/>
      </w:pPr>
      <w:r>
        <w:rPr>
          <w:rFonts w:ascii="Arial" w:hAnsi="Arial"/>
          <w:b w:val="0"/>
          <w:i/>
          <w:color w:val="888888"/>
          <w:sz w:val="16"/>
        </w:rPr>
        <w:t>⏱ 70s  📰 Droidsans  #ExecutivePresence #HybridWork #iPhoneTips #Leadership #VideoConference  💡 The 'Personal Branding Hardware' Angle: มุมนี้ตีความคุณภาพขอ</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หลุดข้อมูล iPhone 20! จอใหญ่ขึ้นจนเกือบ 7 นิ้ว! แต่นี่ไม่ใช่แค่การขยายจอธรรมดา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จะเกิดอะไรขึ้นถ้า iPhone Pro กับ Pro Max ในอนาคตมันต่างกันแบบสุดขั้ว? ล่าสุดมีรายงานจากฝั่ง Supply Chain ที่ iPhonemod นำมาเผยแพร่ ระบุว่า iPhone 20 Pro ที่คาดว่าจะเปิดตัวปี 2027 อาจขยับจอเป็น 6.41 นิ้ว ส่วนรุ่น Pro Max จะใหญ่เบิ้มไปถึง 6.96 นิ้ว! ซึ่งใหญ่เกือบเท่า iPad mini รุ่นแรกเลยนะ นี่อาจเป็นสัญญาณว่า Apple กำลังจะแยกไลน์ Pro กับ Pro Max ให้ขาดจากกันอย่างชัดเจนในอนาคต ทำให้รุ่น Pro Max กลายเป็นอุปกรณ์ 'Ultra' สำหรับมือโปรจริงๆ ที่ต้องการพื้นที่ทำงานแบบสุดๆ ไปเลยก็ได้ ใครทีมจอใหญ่ยักษ์...งานนี้มีลุ้นครับ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เรื่องนี้ยังอีกนาน แต่ถ้ามีข้อมูลเพิ่ม ผมรีบมารายงานทันที กด follow ไว้เลยครับ!</w:t>
      </w:r>
    </w:p>
    <w:p>
      <w:pPr>
        <w:spacing w:before="0" w:after="40"/>
      </w:pPr>
      <w:r>
        <w:rPr>
          <w:rFonts w:ascii="Arial" w:hAnsi="Arial"/>
          <w:b w:val="0"/>
          <w:i/>
          <w:color w:val="888888"/>
          <w:sz w:val="16"/>
        </w:rPr>
        <w:t>⏱ 45s  📰 iMod  #iphone20 #iphoneleak #apple #ไอโฟน #ข่าวลือ  💡 The 'Product Line Divergence' Angle: ตีความข่าวลือเรื่องขนาด</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Watch ในอนาคต อาจจะไม่มีหน้าจอ!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ฟังไม่ผิดครับ! มีข่าวลือหนาหูจาก AppleInsider ว่า Apple กำลังซุ่มพัฒนา Apple Watch แบบที่ไม่มีหน้าจอเลย! โดยข่าวลือระบุว่าหน้าตาอาจจะมาในรูปแบบสายรัดข้อมือฟิตเนสบางๆ ที่เน้นเก็บข้อมูลสุขภาพและการออกกำลังกายแบบเต็มที่ 24 ชั่วโมง โดยไม่ต้องมีหน้าจอมาคอยรบกวนหรือเปลืองแบตเตอรี่ นี่อาจเป็นแผนของ Apple ที่จะเจาะตลาดกลุ่มคนรักสุขภาพแบบฮาร์ดคอร์ หรือคนที่ไม่ชอบใส่นาฬิกา แต่ยังอยากได้ข้อมูลสุขภาพที่แม่นยำใน Ecosystem ของ Apple อยู่ ใครอยากได้ฟีเจอร์สุขภาพเต็มๆ แต่ไม่อยากได้สมาร์ทวอทช์...ข่าวนี้มีลุ้นเลยครับ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ถ้ามีภาพหลุดของจริงออกมาเมื่อไหร่ ช่องนี้รู้ก่อนใคร! กดติดตามไว้เลยครับ!</w:t>
      </w:r>
    </w:p>
    <w:p>
      <w:pPr>
        <w:spacing w:before="0" w:after="40"/>
      </w:pPr>
      <w:r>
        <w:rPr>
          <w:rFonts w:ascii="Arial" w:hAnsi="Arial"/>
          <w:b w:val="0"/>
          <w:i/>
          <w:color w:val="888888"/>
          <w:sz w:val="16"/>
        </w:rPr>
        <w:t>⏱ 40s  📰 AppleInsider  #applewatch #appleleak #apple #ข่าวไอที #สุขภาพ  💡 The 'Ecosystem Entry-Point' Angle: วางตำแหน่งข่าวลือผลิตภัณฑ</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ข่าวดีสำหรับคนใช้ iPhone? เมื่อมีข่าวว่าคู่แข่งเตรียมขึ้นราคาอีก 4,000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ใครที่เคยคิดว่า iPhone แพง อาจจะต้องคิดใหม่! เพราะตอนนี้มีรายงานที่กำลังเป็นไวรัลจากฝั่ง Droidsans ว่า Samsung Galaxy S26 Series รุ่นใหม่ อาจจะปรับราคาเริ่มต้นขึ้นอีกราวๆ 4,000 บาท! นี่เป็นสัญญาณที่น่าสนใจมาก เพราะมันทำให้ช่องว่างราคา หรือที่หลายคนเรียกว่า 'Apple Tax' มันแคบลงเรื่อยๆ พอเรือธงฝั่งคู่แข่งแพงขึ้นแบบนี้ การตัดสินใจซื้อ iPhone ที่ขึ้นชื่อเรื่องราคาขายต่อดีกว่า และอัปเดตซอฟต์แวร์ได้ยาวๆ อาจจะกลายเป็นตัวเลือกที่ 'คุ้มค่า' กว่าเดิมในสายตาของหลายคนก็ได้นะ คุณล่ะคิดว่าไง? คอมเมนต์มาคุยกัน!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อยากตามติดทุกข่าวสารที่ทำให้คุณใช้ Apple ได้คุ้มค่าขึ้น กด follow ด่วน!</w:t>
      </w:r>
    </w:p>
    <w:p>
      <w:pPr>
        <w:spacing w:before="0" w:after="40"/>
      </w:pPr>
      <w:r>
        <w:rPr>
          <w:rFonts w:ascii="Arial" w:hAnsi="Arial"/>
          <w:b w:val="0"/>
          <w:i/>
          <w:color w:val="888888"/>
          <w:sz w:val="16"/>
        </w:rPr>
        <w:t>⏱ 45s  📰 Droidsans  #iphonevsandroid #samsung #apple #ไอโฟน #ข่าวไอที  💡 The 'Shrinking Premium' Angle: ใช้ข่าวการขึ้นราคาของคู่แข่งเ</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